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A2C" w:rsidRPr="00143A27" w:rsidRDefault="002849AD" w:rsidP="00CA3FDB">
      <w:pPr>
        <w:pStyle w:val="Ttulo1"/>
        <w:rPr>
          <w:lang w:val="es-ES"/>
        </w:rPr>
      </w:pPr>
      <w:bookmarkStart w:id="0" w:name="_GoBack"/>
      <w:bookmarkEnd w:id="0"/>
      <w:r w:rsidRPr="00143A27">
        <w:rPr>
          <w:lang w:val="es-ES"/>
        </w:rPr>
        <w:t>IDISCAM PhD 2026</w:t>
      </w:r>
    </w:p>
    <w:p w:rsidR="00494A2C" w:rsidRPr="00CA3FDB" w:rsidRDefault="002849AD" w:rsidP="00CA3FDB">
      <w:pPr>
        <w:pStyle w:val="Ttulo2"/>
        <w:rPr>
          <w:lang w:val="es-ES"/>
        </w:rPr>
      </w:pPr>
      <w:r w:rsidRPr="00CA3FDB">
        <w:rPr>
          <w:lang w:val="es-ES"/>
        </w:rPr>
        <w:t>MEMORIA CIENTÍFICO-TÉCNICA</w:t>
      </w:r>
    </w:p>
    <w:p w:rsidR="00494A2C" w:rsidRDefault="002849AD" w:rsidP="00CA3FDB">
      <w:pPr>
        <w:rPr>
          <w:lang w:val="es-ES"/>
        </w:rPr>
      </w:pPr>
      <w:r w:rsidRPr="00CA3FDB">
        <w:rPr>
          <w:lang w:val="es-ES"/>
        </w:rPr>
        <w:t>La memoria deberá cumplimentarse conforme a las Bases Generales y a las bases específicas de IDISCAM PhD 2026. No modifique los títulos ni el orden de los apartados.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849AD" w:rsidRPr="004E636F" w:rsidTr="002849AD">
        <w:tc>
          <w:tcPr>
            <w:tcW w:w="8828" w:type="dxa"/>
          </w:tcPr>
          <w:p w:rsidR="002849AD" w:rsidRPr="002849AD" w:rsidRDefault="002849AD" w:rsidP="002849AD">
            <w:pPr>
              <w:spacing w:line="276" w:lineRule="auto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INDICACIONES PARA CUMPLIMENTAR LA MEMORIA</w:t>
            </w:r>
          </w:p>
          <w:p w:rsidR="002849AD" w:rsidRPr="002849AD" w:rsidRDefault="002849AD" w:rsidP="002849AD">
            <w:pPr>
              <w:numPr>
                <w:ilvl w:val="0"/>
                <w:numId w:val="10"/>
              </w:numPr>
              <w:tabs>
                <w:tab w:val="clear" w:pos="360"/>
                <w:tab w:val="num" w:pos="720"/>
              </w:tabs>
              <w:spacing w:line="276" w:lineRule="auto"/>
              <w:rPr>
                <w:lang w:val="es-ES"/>
              </w:rPr>
            </w:pPr>
            <w:r w:rsidRPr="002849AD">
              <w:rPr>
                <w:lang w:val="es-ES"/>
              </w:rPr>
              <w:t xml:space="preserve">La memoria científico-técnica </w:t>
            </w:r>
            <w:r w:rsidR="004E636F">
              <w:rPr>
                <w:lang w:val="es-ES"/>
              </w:rPr>
              <w:t xml:space="preserve">tendrá una </w:t>
            </w:r>
            <w:r w:rsidR="004E636F" w:rsidRPr="004E636F">
              <w:rPr>
                <w:b/>
                <w:lang w:val="es-ES"/>
              </w:rPr>
              <w:t>extensión máxima de 7</w:t>
            </w:r>
            <w:r w:rsidRPr="004E636F">
              <w:rPr>
                <w:b/>
                <w:lang w:val="es-ES"/>
              </w:rPr>
              <w:t xml:space="preserve"> páginas</w:t>
            </w:r>
            <w:r w:rsidRPr="002849AD">
              <w:rPr>
                <w:lang w:val="es-ES"/>
              </w:rPr>
              <w:t>, excluida la portada.</w:t>
            </w:r>
          </w:p>
          <w:p w:rsidR="002849AD" w:rsidRDefault="002849AD" w:rsidP="002849AD">
            <w:pPr>
              <w:numPr>
                <w:ilvl w:val="0"/>
                <w:numId w:val="10"/>
              </w:numPr>
              <w:tabs>
                <w:tab w:val="clear" w:pos="360"/>
                <w:tab w:val="num" w:pos="720"/>
              </w:tabs>
              <w:spacing w:line="276" w:lineRule="auto"/>
              <w:rPr>
                <w:lang w:val="es-ES"/>
              </w:rPr>
            </w:pPr>
            <w:r w:rsidRPr="002849AD">
              <w:rPr>
                <w:lang w:val="es-ES"/>
              </w:rPr>
              <w:t>Deberá respetarse la estructura y los apartados establecidos en el presente modelo, sin eliminar ni modificar sus títulos.</w:t>
            </w:r>
          </w:p>
          <w:p w:rsidR="00143A27" w:rsidRPr="002849AD" w:rsidRDefault="00143A27" w:rsidP="002849AD">
            <w:pPr>
              <w:numPr>
                <w:ilvl w:val="0"/>
                <w:numId w:val="10"/>
              </w:numPr>
              <w:tabs>
                <w:tab w:val="clear" w:pos="360"/>
                <w:tab w:val="num" w:pos="720"/>
              </w:tabs>
              <w:spacing w:line="276" w:lineRule="auto"/>
              <w:rPr>
                <w:lang w:val="es-ES"/>
              </w:rPr>
            </w:pPr>
            <w:r w:rsidRPr="001255D7">
              <w:rPr>
                <w:lang w:val="es-ES"/>
              </w:rPr>
              <w:t xml:space="preserve">El texto deberá cumplimentarse utilizando </w:t>
            </w:r>
            <w:r w:rsidRPr="004E636F">
              <w:rPr>
                <w:b/>
                <w:lang w:val="es-ES"/>
              </w:rPr>
              <w:t>fuente Calibri, tamaño 11 puntos e interlineado sencillo</w:t>
            </w:r>
            <w:r w:rsidRPr="001255D7">
              <w:rPr>
                <w:lang w:val="es-ES"/>
              </w:rPr>
              <w:t>. No deberá modificarse el formato general, los márgenes ni la estructura del documento.</w:t>
            </w:r>
          </w:p>
          <w:p w:rsidR="002849AD" w:rsidRPr="002849AD" w:rsidRDefault="002849AD" w:rsidP="002849AD">
            <w:pPr>
              <w:numPr>
                <w:ilvl w:val="0"/>
                <w:numId w:val="10"/>
              </w:numPr>
              <w:tabs>
                <w:tab w:val="clear" w:pos="360"/>
                <w:tab w:val="num" w:pos="720"/>
              </w:tabs>
              <w:spacing w:line="276" w:lineRule="auto"/>
              <w:rPr>
                <w:lang w:val="es-ES"/>
              </w:rPr>
            </w:pPr>
            <w:r w:rsidRPr="002849AD">
              <w:rPr>
                <w:lang w:val="es-ES"/>
              </w:rPr>
              <w:t>La memoria deberá describir el proyecto de investigación que desarrollará la persona candidata durante el periodo de contratación y su integración en la línea de investigación del grupo receptor.</w:t>
            </w:r>
          </w:p>
          <w:p w:rsidR="002849AD" w:rsidRPr="002849AD" w:rsidRDefault="002849AD" w:rsidP="002849AD">
            <w:pPr>
              <w:numPr>
                <w:ilvl w:val="0"/>
                <w:numId w:val="10"/>
              </w:numPr>
              <w:tabs>
                <w:tab w:val="clear" w:pos="360"/>
                <w:tab w:val="num" w:pos="720"/>
              </w:tabs>
              <w:spacing w:line="276" w:lineRule="auto"/>
              <w:rPr>
                <w:lang w:val="es-ES"/>
              </w:rPr>
            </w:pPr>
            <w:r w:rsidRPr="002849AD">
              <w:rPr>
                <w:lang w:val="es-ES"/>
              </w:rPr>
              <w:t>Se recomienda una redacción sintética y orientada a facilitar la evaluación de la calidad científico-técnica, viabilidad, relevancia e integración del proyecto.</w:t>
            </w:r>
          </w:p>
          <w:p w:rsidR="002849AD" w:rsidRPr="002849AD" w:rsidRDefault="002849AD" w:rsidP="002849AD">
            <w:pPr>
              <w:numPr>
                <w:ilvl w:val="0"/>
                <w:numId w:val="10"/>
              </w:numPr>
              <w:tabs>
                <w:tab w:val="clear" w:pos="360"/>
                <w:tab w:val="num" w:pos="720"/>
              </w:tabs>
              <w:spacing w:line="276" w:lineRule="auto"/>
              <w:rPr>
                <w:lang w:val="es-ES"/>
              </w:rPr>
            </w:pPr>
            <w:r w:rsidRPr="002849AD">
              <w:rPr>
                <w:lang w:val="es-ES"/>
              </w:rPr>
              <w:t>Las instrucciones incluidas en cada apartado tienen carácter orientativo y deberán eliminarse antes de generar la versión definitiva en PDF.</w:t>
            </w:r>
          </w:p>
          <w:p w:rsidR="004E636F" w:rsidRDefault="002849AD" w:rsidP="004E636F">
            <w:pPr>
              <w:numPr>
                <w:ilvl w:val="0"/>
                <w:numId w:val="10"/>
              </w:numPr>
              <w:tabs>
                <w:tab w:val="clear" w:pos="360"/>
                <w:tab w:val="num" w:pos="720"/>
              </w:tabs>
              <w:spacing w:line="276" w:lineRule="auto"/>
              <w:rPr>
                <w:lang w:val="es-ES"/>
              </w:rPr>
            </w:pPr>
            <w:r w:rsidRPr="002849AD">
              <w:rPr>
                <w:lang w:val="es-ES"/>
              </w:rPr>
              <w:t>Una vez cumplimentada la memoria, deberá generarse una copia en formato PDF y nombrarse utilizando la inicial del nombre y el primer apellido de la persona candidata, seguidos del término PhD2026_Memoria.</w:t>
            </w:r>
          </w:p>
          <w:p w:rsidR="00D26B9E" w:rsidRPr="004E636F" w:rsidRDefault="004E636F" w:rsidP="004E636F">
            <w:pPr>
              <w:spacing w:line="276" w:lineRule="auto"/>
              <w:ind w:left="360"/>
              <w:rPr>
                <w:b/>
                <w:lang w:val="es-ES"/>
              </w:rPr>
            </w:pPr>
            <w:r>
              <w:rPr>
                <w:lang w:val="es-ES"/>
              </w:rPr>
              <w:t xml:space="preserve">         </w:t>
            </w:r>
            <w:r w:rsidRPr="004E636F">
              <w:rPr>
                <w:b/>
                <w:lang w:val="es-ES"/>
              </w:rPr>
              <w:t xml:space="preserve">   </w:t>
            </w:r>
            <w:r w:rsidR="00D26B9E" w:rsidRPr="004E636F">
              <w:rPr>
                <w:b/>
                <w:lang w:val="es-ES"/>
              </w:rPr>
              <w:t>Ejemplo: S_RamonyCajal_PhD2026_Memoria.pdf</w:t>
            </w:r>
          </w:p>
          <w:p w:rsidR="00BA00CE" w:rsidRPr="004E636F" w:rsidRDefault="00D26B9E" w:rsidP="004E636F">
            <w:pPr>
              <w:pStyle w:val="Prrafodelista"/>
              <w:numPr>
                <w:ilvl w:val="0"/>
                <w:numId w:val="12"/>
              </w:numPr>
              <w:rPr>
                <w:rStyle w:val="Textoennegrita"/>
                <w:b w:val="0"/>
                <w:lang w:val="es-ES"/>
              </w:rPr>
            </w:pPr>
            <w:r w:rsidRPr="004E636F">
              <w:rPr>
                <w:rStyle w:val="Textoennegrita"/>
                <w:b w:val="0"/>
                <w:lang w:val="es-ES"/>
              </w:rPr>
              <w:t>El documento en formato PDF deberá remitirse por correo electró</w:t>
            </w:r>
            <w:r w:rsidR="004E636F">
              <w:rPr>
                <w:rStyle w:val="Textoennegrita"/>
                <w:b w:val="0"/>
                <w:lang w:val="es-ES"/>
              </w:rPr>
              <w:t xml:space="preserve">nico a </w:t>
            </w:r>
            <w:hyperlink r:id="rId8" w:history="1">
              <w:r w:rsidR="004E636F" w:rsidRPr="00504774">
                <w:rPr>
                  <w:rStyle w:val="Hipervnculo"/>
                  <w:lang w:val="es-ES"/>
                </w:rPr>
                <w:t>secretaria@idiscam.es</w:t>
              </w:r>
            </w:hyperlink>
            <w:r w:rsidR="004E636F">
              <w:rPr>
                <w:rStyle w:val="Textoennegrita"/>
                <w:b w:val="0"/>
                <w:lang w:val="es-ES"/>
              </w:rPr>
              <w:t xml:space="preserve"> </w:t>
            </w:r>
            <w:r w:rsidRPr="004E636F">
              <w:rPr>
                <w:rStyle w:val="Textoennegrita"/>
                <w:b w:val="0"/>
                <w:lang w:val="es-ES"/>
              </w:rPr>
              <w:t>de acuerdo con las indicaciones establecidas en las bases.</w:t>
            </w:r>
          </w:p>
          <w:p w:rsidR="00BA00CE" w:rsidRPr="00D26B9E" w:rsidRDefault="00BA00CE" w:rsidP="004E636F">
            <w:pPr>
              <w:pStyle w:val="Prrafodelista"/>
              <w:ind w:left="360"/>
              <w:rPr>
                <w:lang w:val="es-ES"/>
              </w:rPr>
            </w:pPr>
          </w:p>
        </w:tc>
      </w:tr>
    </w:tbl>
    <w:p w:rsidR="002849AD" w:rsidRDefault="002849AD" w:rsidP="00CA3FDB">
      <w:pPr>
        <w:rPr>
          <w:lang w:val="es-ES"/>
        </w:rPr>
      </w:pPr>
    </w:p>
    <w:p w:rsidR="002849AD" w:rsidRDefault="002849AD" w:rsidP="002849AD">
      <w:pPr>
        <w:rPr>
          <w:lang w:val="es-ES"/>
        </w:rPr>
        <w:sectPr w:rsidR="002849AD" w:rsidSect="002849AD">
          <w:headerReference w:type="default" r:id="rId9"/>
          <w:footerReference w:type="default" r:id="rId10"/>
          <w:headerReference w:type="first" r:id="rId11"/>
          <w:pgSz w:w="12240" w:h="15840"/>
          <w:pgMar w:top="1417" w:right="1701" w:bottom="1417" w:left="1701" w:header="720" w:footer="720" w:gutter="0"/>
          <w:pgNumType w:start="1"/>
          <w:cols w:space="720"/>
          <w:titlePg/>
          <w:docGrid w:linePitch="360"/>
        </w:sectPr>
      </w:pPr>
    </w:p>
    <w:p w:rsidR="002849AD" w:rsidRPr="002849AD" w:rsidRDefault="002849AD" w:rsidP="002849AD">
      <w:pPr>
        <w:pStyle w:val="Ttulo1"/>
        <w:rPr>
          <w:lang w:val="es-ES"/>
        </w:rPr>
      </w:pPr>
      <w:r w:rsidRPr="002849AD">
        <w:rPr>
          <w:lang w:val="es-ES"/>
        </w:rPr>
        <w:lastRenderedPageBreak/>
        <w:t>IDISCAM PhD 2026</w:t>
      </w:r>
    </w:p>
    <w:p w:rsidR="002849AD" w:rsidRPr="00CA3FDB" w:rsidRDefault="002849AD" w:rsidP="002849AD">
      <w:pPr>
        <w:pStyle w:val="Ttulo2"/>
        <w:rPr>
          <w:lang w:val="es-ES"/>
        </w:rPr>
      </w:pPr>
      <w:r w:rsidRPr="00CA3FDB">
        <w:rPr>
          <w:lang w:val="es-ES"/>
        </w:rPr>
        <w:t>MEMORIA CIENTÍFICO-TÉCNICA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5"/>
        <w:gridCol w:w="4413"/>
      </w:tblGrid>
      <w:tr w:rsidR="00494A2C" w:rsidRPr="004E636F">
        <w:trPr>
          <w:jc w:val="center"/>
        </w:trPr>
        <w:tc>
          <w:tcPr>
            <w:tcW w:w="8838" w:type="dxa"/>
            <w:gridSpan w:val="2"/>
            <w:shd w:val="clear" w:color="auto" w:fill="F28E9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color w:val="FFFFFF"/>
                <w:lang w:val="es-ES"/>
              </w:rPr>
              <w:t>DATOS IDENTIFICATIVOS DE LA PROPUESTA</w:t>
            </w:r>
          </w:p>
        </w:tc>
      </w:tr>
      <w:tr w:rsidR="00494A2C" w:rsidRPr="00143A27">
        <w:trPr>
          <w:jc w:val="center"/>
        </w:trPr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4E636F" w:rsidRDefault="002849AD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4E636F">
              <w:rPr>
                <w:b/>
                <w:sz w:val="20"/>
                <w:szCs w:val="20"/>
                <w:lang w:val="es-ES"/>
              </w:rPr>
              <w:t>TÍTULO DEL PROYECTO:</w:t>
            </w:r>
          </w:p>
        </w:tc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>
            <w:pPr>
              <w:spacing w:before="0" w:after="0"/>
              <w:rPr>
                <w:lang w:val="es-ES"/>
              </w:rPr>
            </w:pPr>
          </w:p>
        </w:tc>
      </w:tr>
      <w:tr w:rsidR="00494A2C">
        <w:trPr>
          <w:jc w:val="center"/>
        </w:trPr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4E636F" w:rsidRDefault="002849AD">
            <w:pPr>
              <w:spacing w:before="0" w:after="0"/>
              <w:rPr>
                <w:sz w:val="20"/>
                <w:szCs w:val="20"/>
              </w:rPr>
            </w:pPr>
            <w:r w:rsidRPr="004E636F">
              <w:rPr>
                <w:b/>
                <w:sz w:val="20"/>
                <w:szCs w:val="20"/>
              </w:rPr>
              <w:t>PERSONA CANDIDATA:</w:t>
            </w:r>
          </w:p>
        </w:tc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</w:pPr>
          </w:p>
        </w:tc>
      </w:tr>
      <w:tr w:rsidR="00494A2C" w:rsidRPr="004E636F">
        <w:trPr>
          <w:jc w:val="center"/>
        </w:trPr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4E636F" w:rsidRDefault="002849AD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4E636F">
              <w:rPr>
                <w:b/>
                <w:sz w:val="20"/>
                <w:szCs w:val="20"/>
                <w:lang w:val="es-ES"/>
              </w:rPr>
              <w:t>INVESTIGADOR/A PRINCIPAL DEL GRUPO RECEPTOR:</w:t>
            </w:r>
          </w:p>
        </w:tc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4E636F" w:rsidRDefault="00494A2C">
            <w:pPr>
              <w:spacing w:before="0" w:after="0"/>
              <w:rPr>
                <w:lang w:val="es-ES"/>
              </w:rPr>
            </w:pPr>
          </w:p>
        </w:tc>
      </w:tr>
      <w:tr w:rsidR="00494A2C" w:rsidRPr="004E636F">
        <w:trPr>
          <w:jc w:val="center"/>
        </w:trPr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4E636F" w:rsidRDefault="002849AD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4E636F">
              <w:rPr>
                <w:b/>
                <w:sz w:val="20"/>
                <w:szCs w:val="20"/>
                <w:lang w:val="es-ES"/>
              </w:rPr>
              <w:t>GRUPO DE INVESTIGACIÓN IDISCAM RECEPTOR:</w:t>
            </w:r>
          </w:p>
        </w:tc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4E636F" w:rsidRDefault="00494A2C">
            <w:pPr>
              <w:spacing w:before="0" w:after="0"/>
              <w:rPr>
                <w:lang w:val="es-ES"/>
              </w:rPr>
            </w:pPr>
          </w:p>
        </w:tc>
      </w:tr>
      <w:tr w:rsidR="00D04B4A" w:rsidRPr="004E636F">
        <w:trPr>
          <w:jc w:val="center"/>
        </w:trPr>
        <w:tc>
          <w:tcPr>
            <w:tcW w:w="441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04B4A" w:rsidRPr="004E636F" w:rsidRDefault="004E636F">
            <w:pPr>
              <w:rPr>
                <w:b/>
                <w:sz w:val="20"/>
                <w:szCs w:val="20"/>
                <w:lang w:val="es-ES"/>
              </w:rPr>
            </w:pPr>
            <w:r w:rsidRPr="004E636F">
              <w:rPr>
                <w:b/>
                <w:sz w:val="20"/>
                <w:szCs w:val="20"/>
                <w:lang w:val="es-ES"/>
              </w:rPr>
              <w:t>LÍNEA DE INVESTIGACIÓN EN LA QUE SE INTEGRA:</w:t>
            </w:r>
          </w:p>
        </w:tc>
        <w:tc>
          <w:tcPr>
            <w:tcW w:w="44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04B4A" w:rsidRPr="004E636F" w:rsidRDefault="00D04B4A">
            <w:pPr>
              <w:rPr>
                <w:lang w:val="es-ES"/>
              </w:rPr>
            </w:pPr>
          </w:p>
        </w:tc>
      </w:tr>
    </w:tbl>
    <w:p w:rsidR="00494A2C" w:rsidRPr="004E636F" w:rsidRDefault="00494A2C">
      <w:pPr>
        <w:spacing w:before="0"/>
        <w:rPr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143A27">
        <w:trPr>
          <w:jc w:val="center"/>
        </w:trPr>
        <w:tc>
          <w:tcPr>
            <w:tcW w:w="8838" w:type="dxa"/>
            <w:shd w:val="clear" w:color="auto" w:fill="F28E9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color w:val="FFFFFF"/>
                <w:lang w:val="es-ES"/>
              </w:rPr>
              <w:t>1. RESUMEN EJECUTIVO</w:t>
            </w:r>
          </w:p>
        </w:tc>
      </w:tr>
      <w:tr w:rsidR="00494A2C" w:rsidRPr="004E636F">
        <w:trPr>
          <w:jc w:val="center"/>
        </w:trPr>
        <w:tc>
          <w:tcPr>
            <w:tcW w:w="883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4E636F" w:rsidRDefault="002849AD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CA3FDB">
              <w:rPr>
                <w:b/>
                <w:i/>
                <w:color w:val="666666"/>
                <w:sz w:val="20"/>
                <w:szCs w:val="20"/>
                <w:lang w:val="es-ES"/>
              </w:rPr>
              <w:t xml:space="preserve">Extensión máxima: 1 página. </w:t>
            </w:r>
            <w:r w:rsidRPr="004E636F">
              <w:rPr>
                <w:i/>
                <w:color w:val="666666"/>
                <w:sz w:val="20"/>
                <w:szCs w:val="20"/>
                <w:lang w:val="es-ES"/>
              </w:rPr>
              <w:t>Describa de forma sintética la pregunta de investigación, la hipótesis o planteamiento de partida, los objetivos principales, la aproximación metodológica, los resultados esperados y la integración del proyecto en la línea de investigación del grupo receptor.</w:t>
            </w:r>
          </w:p>
        </w:tc>
      </w:tr>
      <w:tr w:rsidR="00494A2C" w:rsidRPr="004E636F">
        <w:trPr>
          <w:jc w:val="center"/>
        </w:trPr>
        <w:tc>
          <w:tcPr>
            <w:tcW w:w="88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4E636F" w:rsidRDefault="00494A2C">
            <w:pPr>
              <w:spacing w:before="0" w:after="0"/>
              <w:rPr>
                <w:sz w:val="18"/>
                <w:lang w:val="es-ES"/>
              </w:rPr>
            </w:pPr>
          </w:p>
          <w:p w:rsidR="00CA3FDB" w:rsidRPr="004E636F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Pr="004E636F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Pr="004E636F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Pr="004E636F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Pr="004E636F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Pr="004E636F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Pr="004E636F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Pr="004E636F" w:rsidRDefault="00CA3FDB">
            <w:pPr>
              <w:spacing w:before="0" w:after="0"/>
              <w:rPr>
                <w:lang w:val="es-ES"/>
              </w:rPr>
            </w:pPr>
          </w:p>
        </w:tc>
      </w:tr>
    </w:tbl>
    <w:p w:rsidR="00494A2C" w:rsidRPr="004E636F" w:rsidRDefault="00494A2C">
      <w:pPr>
        <w:spacing w:before="0" w:after="100"/>
        <w:rPr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4E636F" w:rsidTr="004E636F">
        <w:trPr>
          <w:jc w:val="center"/>
        </w:trPr>
        <w:tc>
          <w:tcPr>
            <w:tcW w:w="8828" w:type="dxa"/>
            <w:shd w:val="clear" w:color="auto" w:fill="F28E9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color w:val="FFFFFF"/>
                <w:lang w:val="es-ES"/>
              </w:rPr>
              <w:t>2. ANTECEDENTES Y ESTADO ACTUAL DEL CONOCIMIENTO</w:t>
            </w:r>
          </w:p>
        </w:tc>
      </w:tr>
      <w:tr w:rsidR="00494A2C" w:rsidRPr="004E636F" w:rsidTr="004E636F">
        <w:trPr>
          <w:jc w:val="center"/>
        </w:trPr>
        <w:tc>
          <w:tcPr>
            <w:tcW w:w="882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CA3FDB">
              <w:rPr>
                <w:i/>
                <w:color w:val="666666"/>
                <w:sz w:val="20"/>
                <w:szCs w:val="20"/>
                <w:lang w:val="es-ES"/>
              </w:rPr>
              <w:t>Describa los antecedentes científico-técnicos y el estado actual del conocimiento en relación con la pregunta de investigación. Identifique la necesidad, problema o vacío de conocimiento que aborda el proyecto y justifique su relevancia.</w:t>
            </w:r>
          </w:p>
        </w:tc>
      </w:tr>
      <w:tr w:rsidR="00494A2C" w:rsidRPr="004E636F" w:rsidTr="004E636F">
        <w:trPr>
          <w:jc w:val="center"/>
        </w:trPr>
        <w:tc>
          <w:tcPr>
            <w:tcW w:w="88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lang w:val="es-ES"/>
              </w:rPr>
            </w:pPr>
          </w:p>
          <w:p w:rsidR="002849AD" w:rsidRDefault="002849AD">
            <w:pPr>
              <w:spacing w:before="0" w:after="0"/>
              <w:rPr>
                <w:lang w:val="es-ES"/>
              </w:rPr>
            </w:pPr>
          </w:p>
          <w:p w:rsidR="002849AD" w:rsidRDefault="002849AD">
            <w:pPr>
              <w:spacing w:before="0" w:after="0"/>
              <w:rPr>
                <w:lang w:val="es-ES"/>
              </w:rPr>
            </w:pPr>
          </w:p>
          <w:p w:rsidR="002849AD" w:rsidRPr="00CA3FDB" w:rsidRDefault="002849AD">
            <w:pPr>
              <w:spacing w:before="0" w:after="0"/>
              <w:rPr>
                <w:lang w:val="es-ES"/>
              </w:rPr>
            </w:pPr>
          </w:p>
        </w:tc>
      </w:tr>
      <w:tr w:rsidR="00494A2C" w:rsidRPr="00143A27" w:rsidTr="004E636F">
        <w:trPr>
          <w:jc w:val="center"/>
        </w:trPr>
        <w:tc>
          <w:tcPr>
            <w:tcW w:w="8828" w:type="dxa"/>
            <w:shd w:val="clear" w:color="auto" w:fill="F28E9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color w:val="FFFFFF"/>
                <w:lang w:val="es-ES"/>
              </w:rPr>
              <w:lastRenderedPageBreak/>
              <w:t>3. HIPÓTESIS Y OBJETIVOS</w:t>
            </w:r>
          </w:p>
        </w:tc>
      </w:tr>
      <w:tr w:rsidR="00494A2C" w:rsidRPr="004E636F" w:rsidTr="004E636F">
        <w:trPr>
          <w:jc w:val="center"/>
        </w:trPr>
        <w:tc>
          <w:tcPr>
            <w:tcW w:w="882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CA3FDB">
              <w:rPr>
                <w:i/>
                <w:color w:val="666666"/>
                <w:sz w:val="20"/>
                <w:szCs w:val="20"/>
                <w:lang w:val="es-ES"/>
              </w:rPr>
              <w:t>Formule la hipótesis o planteamiento de partida y defina de forma clara, concreta y verificable el objetivo general y los objetivos específicos del proyecto.</w:t>
            </w:r>
          </w:p>
        </w:tc>
      </w:tr>
      <w:tr w:rsidR="00494A2C" w:rsidRPr="004E636F" w:rsidTr="004E636F">
        <w:trPr>
          <w:jc w:val="center"/>
        </w:trPr>
        <w:tc>
          <w:tcPr>
            <w:tcW w:w="88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Pr="00CA3FDB" w:rsidRDefault="00CA3FDB">
            <w:pPr>
              <w:spacing w:before="0" w:after="0"/>
              <w:rPr>
                <w:lang w:val="es-ES"/>
              </w:rPr>
            </w:pPr>
          </w:p>
        </w:tc>
      </w:tr>
    </w:tbl>
    <w:p w:rsidR="00494A2C" w:rsidRPr="00CA3FDB" w:rsidRDefault="00494A2C">
      <w:pPr>
        <w:spacing w:before="0" w:after="100"/>
        <w:rPr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CA3FDB">
        <w:trPr>
          <w:jc w:val="center"/>
        </w:trPr>
        <w:tc>
          <w:tcPr>
            <w:tcW w:w="8838" w:type="dxa"/>
            <w:shd w:val="clear" w:color="auto" w:fill="F28E9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color w:val="FFFFFF"/>
                <w:lang w:val="es-ES"/>
              </w:rPr>
              <w:t>4. METODOLOGÍA</w:t>
            </w:r>
          </w:p>
        </w:tc>
      </w:tr>
      <w:tr w:rsidR="00494A2C" w:rsidRPr="004E636F">
        <w:trPr>
          <w:jc w:val="center"/>
        </w:trPr>
        <w:tc>
          <w:tcPr>
            <w:tcW w:w="883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CA3FDB">
              <w:rPr>
                <w:i/>
                <w:color w:val="666666"/>
                <w:sz w:val="20"/>
                <w:szCs w:val="20"/>
                <w:lang w:val="es-ES"/>
              </w:rPr>
              <w:t>Describa la metodología prevista para alcanzar los objetivos propuestos, incluyendo, cuando proceda, diseño del estudio, población o muestras, criterios de selección, técnicas, procedimientos, variables, análisis y otros elementos metodológicos relevantes. Identifique las principales limitaciones o riesgos y las medidas previstas para abordarlos.</w:t>
            </w:r>
          </w:p>
        </w:tc>
      </w:tr>
      <w:tr w:rsidR="00494A2C" w:rsidRPr="004E636F">
        <w:trPr>
          <w:jc w:val="center"/>
        </w:trPr>
        <w:tc>
          <w:tcPr>
            <w:tcW w:w="88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  <w:rPr>
                <w:lang w:val="es-ES"/>
              </w:rPr>
            </w:pPr>
          </w:p>
          <w:p w:rsidR="00CA3FDB" w:rsidRDefault="00CA3FDB">
            <w:pPr>
              <w:spacing w:before="0" w:after="0"/>
              <w:rPr>
                <w:lang w:val="es-ES"/>
              </w:rPr>
            </w:pPr>
          </w:p>
          <w:p w:rsidR="00CA3FDB" w:rsidRDefault="00CA3FDB">
            <w:pPr>
              <w:spacing w:before="0" w:after="0"/>
              <w:rPr>
                <w:lang w:val="es-ES"/>
              </w:rPr>
            </w:pPr>
          </w:p>
          <w:p w:rsidR="00CA3FDB" w:rsidRDefault="00CA3FDB">
            <w:pPr>
              <w:spacing w:before="0" w:after="0"/>
              <w:rPr>
                <w:lang w:val="es-ES"/>
              </w:rPr>
            </w:pPr>
          </w:p>
          <w:p w:rsidR="00CA3FDB" w:rsidRPr="00CA3FDB" w:rsidRDefault="00CA3FDB">
            <w:pPr>
              <w:spacing w:before="0" w:after="0"/>
              <w:rPr>
                <w:lang w:val="es-ES"/>
              </w:rPr>
            </w:pPr>
          </w:p>
        </w:tc>
      </w:tr>
    </w:tbl>
    <w:p w:rsidR="00494A2C" w:rsidRPr="00CA3FDB" w:rsidRDefault="00494A2C">
      <w:pPr>
        <w:rPr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4E636F">
        <w:trPr>
          <w:jc w:val="center"/>
        </w:trPr>
        <w:tc>
          <w:tcPr>
            <w:tcW w:w="8838" w:type="dxa"/>
            <w:shd w:val="clear" w:color="auto" w:fill="F28E9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color w:val="FFFFFF"/>
                <w:lang w:val="es-ES"/>
              </w:rPr>
              <w:t>5. PLAN DE TRABAJO Y CRONOGRAMA</w:t>
            </w:r>
          </w:p>
        </w:tc>
      </w:tr>
      <w:tr w:rsidR="00494A2C" w:rsidRPr="004E636F">
        <w:trPr>
          <w:jc w:val="center"/>
        </w:trPr>
        <w:tc>
          <w:tcPr>
            <w:tcW w:w="883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CA3FDB">
            <w:pPr>
              <w:spacing w:before="0" w:after="0"/>
              <w:rPr>
                <w:sz w:val="20"/>
                <w:szCs w:val="20"/>
                <w:lang w:val="es-ES"/>
              </w:rPr>
            </w:pPr>
            <w:r>
              <w:rPr>
                <w:i/>
                <w:color w:val="666666"/>
                <w:sz w:val="20"/>
                <w:szCs w:val="20"/>
                <w:lang w:val="es-ES"/>
              </w:rPr>
              <w:t>Describa las actividades o tareas previstas, los principales hitos y resultados asociados. Incluya un cronograma ajustado al periodo máximo de ejecución de 24 meses.</w:t>
            </w:r>
          </w:p>
        </w:tc>
      </w:tr>
      <w:tr w:rsidR="00494A2C" w:rsidRPr="004E636F">
        <w:trPr>
          <w:jc w:val="center"/>
        </w:trPr>
        <w:tc>
          <w:tcPr>
            <w:tcW w:w="88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Pr="00CA3FDB" w:rsidRDefault="0064428D">
            <w:pPr>
              <w:spacing w:before="0" w:after="0"/>
              <w:rPr>
                <w:lang w:val="es-ES"/>
              </w:rPr>
            </w:pPr>
          </w:p>
        </w:tc>
      </w:tr>
    </w:tbl>
    <w:p w:rsidR="00494A2C" w:rsidRPr="00CA3FDB" w:rsidRDefault="00494A2C">
      <w:pPr>
        <w:spacing w:before="0" w:after="100"/>
        <w:rPr>
          <w:lang w:val="es-ES"/>
        </w:rPr>
      </w:pPr>
    </w:p>
    <w:tbl>
      <w:tblPr>
        <w:tblStyle w:val="Tablaconcuadrcula"/>
        <w:tblW w:w="8935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1427"/>
        <w:gridCol w:w="425"/>
        <w:gridCol w:w="381"/>
        <w:gridCol w:w="408"/>
        <w:gridCol w:w="408"/>
        <w:gridCol w:w="408"/>
        <w:gridCol w:w="408"/>
        <w:gridCol w:w="408"/>
        <w:gridCol w:w="408"/>
        <w:gridCol w:w="408"/>
        <w:gridCol w:w="448"/>
        <w:gridCol w:w="426"/>
        <w:gridCol w:w="567"/>
      </w:tblGrid>
      <w:tr w:rsidR="0064428D" w:rsidTr="0064428D">
        <w:trPr>
          <w:jc w:val="center"/>
        </w:trPr>
        <w:tc>
          <w:tcPr>
            <w:tcW w:w="2405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ACTIVIDAD / TAREA</w:t>
            </w:r>
          </w:p>
        </w:tc>
        <w:tc>
          <w:tcPr>
            <w:tcW w:w="1427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RESPONSABLE</w:t>
            </w:r>
          </w:p>
        </w:tc>
        <w:tc>
          <w:tcPr>
            <w:tcW w:w="425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44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6" w:type="dxa"/>
            <w:shd w:val="clear" w:color="auto" w:fill="FCE8E9"/>
          </w:tcPr>
          <w:p w:rsidR="0064428D" w:rsidRPr="00CA3FDB" w:rsidRDefault="0064428D">
            <w:pPr>
              <w:spacing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CE8E9"/>
          </w:tcPr>
          <w:p w:rsidR="0064428D" w:rsidRPr="00CA3FDB" w:rsidRDefault="0064428D">
            <w:pPr>
              <w:spacing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</w:tr>
      <w:tr w:rsidR="0064428D" w:rsidTr="0064428D">
        <w:trPr>
          <w:jc w:val="center"/>
        </w:trPr>
        <w:tc>
          <w:tcPr>
            <w:tcW w:w="24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142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38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6" w:type="dxa"/>
          </w:tcPr>
          <w:p w:rsidR="0064428D" w:rsidRDefault="0064428D" w:rsidP="00CA3FDB"/>
        </w:tc>
        <w:tc>
          <w:tcPr>
            <w:tcW w:w="567" w:type="dxa"/>
          </w:tcPr>
          <w:p w:rsidR="0064428D" w:rsidRDefault="0064428D" w:rsidP="00CA3FDB"/>
        </w:tc>
      </w:tr>
      <w:tr w:rsidR="0064428D" w:rsidTr="0064428D">
        <w:trPr>
          <w:jc w:val="center"/>
        </w:trPr>
        <w:tc>
          <w:tcPr>
            <w:tcW w:w="24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142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38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6" w:type="dxa"/>
          </w:tcPr>
          <w:p w:rsidR="0064428D" w:rsidRDefault="0064428D" w:rsidP="00CA3FDB"/>
        </w:tc>
        <w:tc>
          <w:tcPr>
            <w:tcW w:w="567" w:type="dxa"/>
          </w:tcPr>
          <w:p w:rsidR="0064428D" w:rsidRDefault="0064428D" w:rsidP="00CA3FDB"/>
        </w:tc>
      </w:tr>
      <w:tr w:rsidR="0064428D" w:rsidTr="0064428D">
        <w:trPr>
          <w:jc w:val="center"/>
        </w:trPr>
        <w:tc>
          <w:tcPr>
            <w:tcW w:w="24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142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38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6" w:type="dxa"/>
          </w:tcPr>
          <w:p w:rsidR="0064428D" w:rsidRDefault="0064428D" w:rsidP="00CA3FDB"/>
        </w:tc>
        <w:tc>
          <w:tcPr>
            <w:tcW w:w="567" w:type="dxa"/>
          </w:tcPr>
          <w:p w:rsidR="0064428D" w:rsidRDefault="0064428D" w:rsidP="00CA3FDB"/>
        </w:tc>
      </w:tr>
      <w:tr w:rsidR="0064428D" w:rsidTr="0064428D">
        <w:trPr>
          <w:jc w:val="center"/>
        </w:trPr>
        <w:tc>
          <w:tcPr>
            <w:tcW w:w="24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142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38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6" w:type="dxa"/>
          </w:tcPr>
          <w:p w:rsidR="0064428D" w:rsidRDefault="0064428D" w:rsidP="00CA3FDB"/>
        </w:tc>
        <w:tc>
          <w:tcPr>
            <w:tcW w:w="567" w:type="dxa"/>
          </w:tcPr>
          <w:p w:rsidR="0064428D" w:rsidRDefault="0064428D" w:rsidP="00CA3FDB"/>
        </w:tc>
      </w:tr>
      <w:tr w:rsidR="0064428D" w:rsidTr="0064428D">
        <w:trPr>
          <w:jc w:val="center"/>
        </w:trPr>
        <w:tc>
          <w:tcPr>
            <w:tcW w:w="24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142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38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6" w:type="dxa"/>
          </w:tcPr>
          <w:p w:rsidR="0064428D" w:rsidRDefault="0064428D" w:rsidP="00CA3FDB"/>
        </w:tc>
        <w:tc>
          <w:tcPr>
            <w:tcW w:w="567" w:type="dxa"/>
          </w:tcPr>
          <w:p w:rsidR="0064428D" w:rsidRDefault="0064428D" w:rsidP="00CA3FDB"/>
        </w:tc>
      </w:tr>
      <w:tr w:rsidR="0064428D" w:rsidTr="0064428D">
        <w:trPr>
          <w:jc w:val="center"/>
        </w:trPr>
        <w:tc>
          <w:tcPr>
            <w:tcW w:w="2405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ACTIVIDAD / TAREA</w:t>
            </w:r>
          </w:p>
        </w:tc>
        <w:tc>
          <w:tcPr>
            <w:tcW w:w="1427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RESPONSABLE</w:t>
            </w:r>
          </w:p>
        </w:tc>
        <w:tc>
          <w:tcPr>
            <w:tcW w:w="425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81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44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426" w:type="dxa"/>
            <w:shd w:val="clear" w:color="auto" w:fill="FCE8E9"/>
          </w:tcPr>
          <w:p w:rsidR="0064428D" w:rsidRPr="00CA3FDB" w:rsidRDefault="0064428D">
            <w:pPr>
              <w:spacing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</w:t>
            </w:r>
          </w:p>
        </w:tc>
        <w:tc>
          <w:tcPr>
            <w:tcW w:w="567" w:type="dxa"/>
            <w:shd w:val="clear" w:color="auto" w:fill="FCE8E9"/>
          </w:tcPr>
          <w:p w:rsidR="0064428D" w:rsidRPr="00CA3FDB" w:rsidRDefault="0064428D">
            <w:pPr>
              <w:spacing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</w:t>
            </w:r>
          </w:p>
        </w:tc>
      </w:tr>
      <w:tr w:rsidR="0064428D" w:rsidTr="0064428D">
        <w:trPr>
          <w:jc w:val="center"/>
        </w:trPr>
        <w:tc>
          <w:tcPr>
            <w:tcW w:w="24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142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38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6" w:type="dxa"/>
          </w:tcPr>
          <w:p w:rsidR="0064428D" w:rsidRDefault="0064428D" w:rsidP="00CA3FDB"/>
        </w:tc>
        <w:tc>
          <w:tcPr>
            <w:tcW w:w="567" w:type="dxa"/>
          </w:tcPr>
          <w:p w:rsidR="0064428D" w:rsidRDefault="0064428D" w:rsidP="00CA3FDB"/>
        </w:tc>
      </w:tr>
      <w:tr w:rsidR="0064428D" w:rsidTr="0064428D">
        <w:trPr>
          <w:jc w:val="center"/>
        </w:trPr>
        <w:tc>
          <w:tcPr>
            <w:tcW w:w="24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142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38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6" w:type="dxa"/>
          </w:tcPr>
          <w:p w:rsidR="0064428D" w:rsidRDefault="0064428D" w:rsidP="00CA3FDB"/>
        </w:tc>
        <w:tc>
          <w:tcPr>
            <w:tcW w:w="567" w:type="dxa"/>
          </w:tcPr>
          <w:p w:rsidR="0064428D" w:rsidRDefault="0064428D" w:rsidP="00CA3FDB"/>
        </w:tc>
      </w:tr>
      <w:tr w:rsidR="0064428D" w:rsidTr="0064428D">
        <w:trPr>
          <w:jc w:val="center"/>
        </w:trPr>
        <w:tc>
          <w:tcPr>
            <w:tcW w:w="24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142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38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6" w:type="dxa"/>
          </w:tcPr>
          <w:p w:rsidR="0064428D" w:rsidRDefault="0064428D" w:rsidP="00CA3FDB"/>
        </w:tc>
        <w:tc>
          <w:tcPr>
            <w:tcW w:w="567" w:type="dxa"/>
          </w:tcPr>
          <w:p w:rsidR="0064428D" w:rsidRDefault="0064428D" w:rsidP="00CA3FDB"/>
        </w:tc>
      </w:tr>
      <w:tr w:rsidR="0064428D" w:rsidTr="0064428D">
        <w:trPr>
          <w:jc w:val="center"/>
        </w:trPr>
        <w:tc>
          <w:tcPr>
            <w:tcW w:w="24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142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38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6" w:type="dxa"/>
          </w:tcPr>
          <w:p w:rsidR="0064428D" w:rsidRDefault="0064428D" w:rsidP="00CA3FDB"/>
        </w:tc>
        <w:tc>
          <w:tcPr>
            <w:tcW w:w="567" w:type="dxa"/>
          </w:tcPr>
          <w:p w:rsidR="0064428D" w:rsidRDefault="0064428D" w:rsidP="00CA3FDB"/>
        </w:tc>
      </w:tr>
      <w:tr w:rsidR="0064428D" w:rsidTr="0064428D">
        <w:trPr>
          <w:jc w:val="center"/>
        </w:trPr>
        <w:tc>
          <w:tcPr>
            <w:tcW w:w="24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142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38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6" w:type="dxa"/>
          </w:tcPr>
          <w:p w:rsidR="0064428D" w:rsidRDefault="0064428D" w:rsidP="00CA3FDB"/>
        </w:tc>
        <w:tc>
          <w:tcPr>
            <w:tcW w:w="567" w:type="dxa"/>
          </w:tcPr>
          <w:p w:rsidR="0064428D" w:rsidRDefault="0064428D" w:rsidP="00CA3FDB"/>
        </w:tc>
      </w:tr>
    </w:tbl>
    <w:p w:rsidR="00494A2C" w:rsidRDefault="00494A2C">
      <w:pPr>
        <w:spacing w:before="0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143A27">
        <w:trPr>
          <w:jc w:val="center"/>
        </w:trPr>
        <w:tc>
          <w:tcPr>
            <w:tcW w:w="8838" w:type="dxa"/>
            <w:shd w:val="clear" w:color="auto" w:fill="F28E9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color w:val="FFFFFF"/>
                <w:lang w:val="es-ES"/>
              </w:rPr>
              <w:t>6. RESULTADOS ESPERADOS</w:t>
            </w:r>
          </w:p>
        </w:tc>
      </w:tr>
      <w:tr w:rsidR="00494A2C" w:rsidRPr="004E636F">
        <w:trPr>
          <w:jc w:val="center"/>
        </w:trPr>
        <w:tc>
          <w:tcPr>
            <w:tcW w:w="883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CA3FDB">
              <w:rPr>
                <w:i/>
                <w:color w:val="666666"/>
                <w:sz w:val="20"/>
                <w:szCs w:val="20"/>
                <w:lang w:val="es-ES"/>
              </w:rPr>
              <w:t>Describa los principales resultados científico-técnicos que se espera obtener durante el periodo de contratación, indicando su relación con los objetivos planteados y, cuando proceda, los productos o resultados derivados previstos.</w:t>
            </w:r>
          </w:p>
        </w:tc>
      </w:tr>
      <w:tr w:rsidR="00494A2C" w:rsidRPr="004E636F">
        <w:trPr>
          <w:jc w:val="center"/>
        </w:trPr>
        <w:tc>
          <w:tcPr>
            <w:tcW w:w="88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Pr="00CA3FDB" w:rsidRDefault="00CA3FDB">
            <w:pPr>
              <w:spacing w:before="0" w:after="0"/>
              <w:rPr>
                <w:lang w:val="es-ES"/>
              </w:rPr>
            </w:pPr>
          </w:p>
        </w:tc>
      </w:tr>
    </w:tbl>
    <w:p w:rsidR="00494A2C" w:rsidRPr="00CA3FDB" w:rsidRDefault="00494A2C">
      <w:pPr>
        <w:rPr>
          <w:lang w:val="es-ES"/>
        </w:rPr>
      </w:pPr>
    </w:p>
    <w:p w:rsidR="00494A2C" w:rsidRPr="00CA3FDB" w:rsidRDefault="00494A2C">
      <w:pPr>
        <w:spacing w:before="0" w:after="100"/>
        <w:rPr>
          <w:lang w:val="es-ES"/>
        </w:rPr>
      </w:pPr>
    </w:p>
    <w:p w:rsidR="00494A2C" w:rsidRPr="004E636F" w:rsidRDefault="00494A2C">
      <w:pPr>
        <w:spacing w:before="0"/>
        <w:rPr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143A27">
        <w:trPr>
          <w:jc w:val="center"/>
        </w:trPr>
        <w:tc>
          <w:tcPr>
            <w:tcW w:w="8838" w:type="dxa"/>
            <w:shd w:val="clear" w:color="auto" w:fill="F28E9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color w:val="FFFFFF"/>
                <w:lang w:val="es-ES"/>
              </w:rPr>
              <w:t>7. RELEVANCIA Y POTENCIAL IMPACTO</w:t>
            </w:r>
          </w:p>
        </w:tc>
      </w:tr>
      <w:tr w:rsidR="00494A2C" w:rsidRPr="004E636F">
        <w:trPr>
          <w:jc w:val="center"/>
        </w:trPr>
        <w:tc>
          <w:tcPr>
            <w:tcW w:w="883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CA3FDB">
              <w:rPr>
                <w:i/>
                <w:color w:val="666666"/>
                <w:sz w:val="20"/>
                <w:szCs w:val="20"/>
                <w:lang w:val="es-ES"/>
              </w:rPr>
              <w:t>Explique la relevancia de la pregunta científica y la contribución esperada de los resultados a la generación de conocimiento. Cuando proceda, describa su potencial básico, traslacional, clínico o sanitario.</w:t>
            </w:r>
          </w:p>
        </w:tc>
      </w:tr>
      <w:tr w:rsidR="00494A2C" w:rsidRPr="004E636F">
        <w:trPr>
          <w:jc w:val="center"/>
        </w:trPr>
        <w:tc>
          <w:tcPr>
            <w:tcW w:w="88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Pr="00CA3FDB" w:rsidRDefault="00CA3FDB">
            <w:pPr>
              <w:spacing w:before="0" w:after="0"/>
              <w:rPr>
                <w:lang w:val="es-ES"/>
              </w:rPr>
            </w:pPr>
          </w:p>
        </w:tc>
      </w:tr>
      <w:tr w:rsidR="00494A2C" w:rsidRPr="004E636F">
        <w:trPr>
          <w:jc w:val="center"/>
        </w:trPr>
        <w:tc>
          <w:tcPr>
            <w:tcW w:w="8838" w:type="dxa"/>
            <w:shd w:val="clear" w:color="auto" w:fill="F28E9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color w:val="FFFFFF"/>
                <w:lang w:val="es-ES"/>
              </w:rPr>
              <w:t>8. INTEGRACIÓN DEL PROYECTO EN LA LÍNEA DE INVESTIGACIÓN DEL GRUPO RECEPTOR</w:t>
            </w:r>
          </w:p>
        </w:tc>
      </w:tr>
      <w:tr w:rsidR="00494A2C" w:rsidRPr="004E636F">
        <w:trPr>
          <w:jc w:val="center"/>
        </w:trPr>
        <w:tc>
          <w:tcPr>
            <w:tcW w:w="883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4E636F" w:rsidRDefault="002849AD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CA3FDB">
              <w:rPr>
                <w:i/>
                <w:color w:val="666666"/>
                <w:sz w:val="20"/>
                <w:szCs w:val="20"/>
                <w:lang w:val="es-ES"/>
              </w:rPr>
              <w:t>Describa la relación del proyecto con las líneas de investigación y actividad científica del grupo receptor. Explique de qué manera el entorno científico, los recursos y las capacidades del grupo contribuirán a su desarrollo y cómo la incorporación de la persona candidata contribuirá al fortalecimiento de la capacidad investigadora del grupo.</w:t>
            </w:r>
          </w:p>
        </w:tc>
      </w:tr>
      <w:tr w:rsidR="00494A2C" w:rsidRPr="004E636F">
        <w:trPr>
          <w:jc w:val="center"/>
        </w:trPr>
        <w:tc>
          <w:tcPr>
            <w:tcW w:w="88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4E636F" w:rsidRDefault="00494A2C">
            <w:pPr>
              <w:spacing w:before="0" w:after="0"/>
              <w:rPr>
                <w:sz w:val="18"/>
                <w:lang w:val="es-ES"/>
              </w:rPr>
            </w:pPr>
          </w:p>
          <w:p w:rsidR="00CA3FDB" w:rsidRPr="004E636F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Pr="004E636F" w:rsidRDefault="00CA3FDB">
            <w:pPr>
              <w:spacing w:before="0" w:after="0"/>
              <w:rPr>
                <w:lang w:val="es-ES"/>
              </w:rPr>
            </w:pPr>
          </w:p>
        </w:tc>
      </w:tr>
    </w:tbl>
    <w:p w:rsidR="00494A2C" w:rsidRPr="004E636F" w:rsidRDefault="00494A2C">
      <w:pPr>
        <w:spacing w:before="0" w:after="100"/>
        <w:rPr>
          <w:lang w:val="es-ES"/>
        </w:rPr>
      </w:pPr>
    </w:p>
    <w:p w:rsidR="00BC4F69" w:rsidRPr="00CA3FDB" w:rsidRDefault="00BC4F69">
      <w:pPr>
        <w:rPr>
          <w:lang w:val="es-ES"/>
        </w:rPr>
      </w:pPr>
    </w:p>
    <w:sectPr w:rsidR="00BC4F69" w:rsidRPr="00CA3FDB" w:rsidSect="002849AD">
      <w:headerReference w:type="first" r:id="rId12"/>
      <w:footerReference w:type="first" r:id="rId13"/>
      <w:pgSz w:w="12240" w:h="15840"/>
      <w:pgMar w:top="1417" w:right="1701" w:bottom="1417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7A5" w:rsidRDefault="00DF37A5" w:rsidP="00DF37A5">
      <w:pPr>
        <w:spacing w:before="0" w:after="0" w:line="240" w:lineRule="auto"/>
      </w:pPr>
      <w:r>
        <w:separator/>
      </w:r>
    </w:p>
  </w:endnote>
  <w:endnote w:type="continuationSeparator" w:id="0">
    <w:p w:rsidR="00DF37A5" w:rsidRDefault="00DF37A5" w:rsidP="00DF37A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9724030"/>
      <w:docPartObj>
        <w:docPartGallery w:val="Page Numbers (Bottom of Page)"/>
        <w:docPartUnique/>
      </w:docPartObj>
    </w:sdtPr>
    <w:sdtEndPr/>
    <w:sdtContent>
      <w:p w:rsidR="00DF37A5" w:rsidRDefault="00DF37A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184D" w:rsidRPr="0012184D">
          <w:rPr>
            <w:noProof/>
            <w:lang w:val="es-ES"/>
          </w:rPr>
          <w:t>4</w:t>
        </w:r>
        <w:r>
          <w:fldChar w:fldCharType="end"/>
        </w:r>
      </w:p>
    </w:sdtContent>
  </w:sdt>
  <w:p w:rsidR="00DF37A5" w:rsidRDefault="00DF37A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90207650"/>
      <w:docPartObj>
        <w:docPartGallery w:val="Page Numbers (Bottom of Page)"/>
        <w:docPartUnique/>
      </w:docPartObj>
    </w:sdtPr>
    <w:sdtEndPr/>
    <w:sdtContent>
      <w:p w:rsidR="002849AD" w:rsidRDefault="002849A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184D" w:rsidRPr="0012184D">
          <w:rPr>
            <w:noProof/>
            <w:lang w:val="es-ES"/>
          </w:rPr>
          <w:t>1</w:t>
        </w:r>
        <w:r>
          <w:fldChar w:fldCharType="end"/>
        </w:r>
      </w:p>
    </w:sdtContent>
  </w:sdt>
  <w:p w:rsidR="002849AD" w:rsidRDefault="002849A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7A5" w:rsidRDefault="00DF37A5" w:rsidP="00DF37A5">
      <w:pPr>
        <w:spacing w:before="0" w:after="0" w:line="240" w:lineRule="auto"/>
      </w:pPr>
      <w:r>
        <w:separator/>
      </w:r>
    </w:p>
  </w:footnote>
  <w:footnote w:type="continuationSeparator" w:id="0">
    <w:p w:rsidR="00DF37A5" w:rsidRDefault="00DF37A5" w:rsidP="00DF37A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7A5" w:rsidRDefault="00DF37A5">
    <w:pPr>
      <w:pStyle w:val="Encabezado"/>
    </w:pPr>
    <w:r>
      <w:rPr>
        <w:noProof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2170E906" wp14:editId="03A84088">
          <wp:simplePos x="0" y="0"/>
          <wp:positionH relativeFrom="margin">
            <wp:posOffset>4834393</wp:posOffset>
          </wp:positionH>
          <wp:positionV relativeFrom="paragraph">
            <wp:posOffset>87464</wp:posOffset>
          </wp:positionV>
          <wp:extent cx="774598" cy="483577"/>
          <wp:effectExtent l="0" t="0" r="698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JC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98" cy="483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noProof/>
        <w:color w:val="595959" w:themeColor="text1" w:themeTint="A6"/>
        <w:sz w:val="18"/>
        <w:szCs w:val="18"/>
        <w:lang w:val="es-ES" w:eastAsia="es-ES"/>
      </w:rPr>
      <w:drawing>
        <wp:inline distT="0" distB="0" distL="0" distR="0" wp14:anchorId="68C06178" wp14:editId="37681E0C">
          <wp:extent cx="912678" cy="442443"/>
          <wp:effectExtent l="0" t="0" r="190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equeño 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17" cy="455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F37A5" w:rsidRDefault="00DF37A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9AD" w:rsidRDefault="002849AD">
    <w:pPr>
      <w:pStyle w:val="Encabezado"/>
    </w:pPr>
    <w:r>
      <w:rPr>
        <w:noProof/>
        <w:sz w:val="18"/>
        <w:szCs w:val="18"/>
        <w:lang w:val="es-ES" w:eastAsia="es-ES"/>
      </w:rPr>
      <w:drawing>
        <wp:anchor distT="0" distB="0" distL="114300" distR="114300" simplePos="0" relativeHeight="251660288" behindDoc="0" locked="0" layoutInCell="1" allowOverlap="1" wp14:anchorId="6B089782" wp14:editId="43A9535B">
          <wp:simplePos x="0" y="0"/>
          <wp:positionH relativeFrom="margin">
            <wp:posOffset>4747407</wp:posOffset>
          </wp:positionH>
          <wp:positionV relativeFrom="paragraph">
            <wp:posOffset>88070</wp:posOffset>
          </wp:positionV>
          <wp:extent cx="774598" cy="483577"/>
          <wp:effectExtent l="0" t="0" r="698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JC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98" cy="483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noProof/>
        <w:color w:val="595959" w:themeColor="text1" w:themeTint="A6"/>
        <w:sz w:val="18"/>
        <w:szCs w:val="18"/>
        <w:lang w:val="es-ES" w:eastAsia="es-ES"/>
      </w:rPr>
      <w:drawing>
        <wp:inline distT="0" distB="0" distL="0" distR="0" wp14:anchorId="0495531C" wp14:editId="6FA2005B">
          <wp:extent cx="912678" cy="442443"/>
          <wp:effectExtent l="0" t="0" r="190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equeño 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17" cy="455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849AD" w:rsidRDefault="002849AD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9AD" w:rsidRDefault="002849AD">
    <w:pPr>
      <w:pStyle w:val="Encabezado"/>
    </w:pPr>
    <w:r>
      <w:rPr>
        <w:noProof/>
        <w:sz w:val="18"/>
        <w:szCs w:val="18"/>
        <w:lang w:val="es-ES" w:eastAsia="es-ES"/>
      </w:rPr>
      <w:drawing>
        <wp:anchor distT="0" distB="0" distL="114300" distR="114300" simplePos="0" relativeHeight="251662336" behindDoc="0" locked="0" layoutInCell="1" allowOverlap="1" wp14:anchorId="7173552A" wp14:editId="709732FA">
          <wp:simplePos x="0" y="0"/>
          <wp:positionH relativeFrom="margin">
            <wp:posOffset>4747407</wp:posOffset>
          </wp:positionH>
          <wp:positionV relativeFrom="paragraph">
            <wp:posOffset>88070</wp:posOffset>
          </wp:positionV>
          <wp:extent cx="774598" cy="483577"/>
          <wp:effectExtent l="0" t="0" r="6985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JC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98" cy="483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noProof/>
        <w:color w:val="595959" w:themeColor="text1" w:themeTint="A6"/>
        <w:sz w:val="18"/>
        <w:szCs w:val="18"/>
        <w:lang w:val="es-ES" w:eastAsia="es-ES"/>
      </w:rPr>
      <w:drawing>
        <wp:inline distT="0" distB="0" distL="0" distR="0" wp14:anchorId="738B916F" wp14:editId="4C574FD3">
          <wp:extent cx="912678" cy="442443"/>
          <wp:effectExtent l="0" t="0" r="190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equeño 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17" cy="455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849AD" w:rsidRDefault="002849A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604013"/>
    <w:multiLevelType w:val="hybridMultilevel"/>
    <w:tmpl w:val="8FC649F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F454D4"/>
    <w:multiLevelType w:val="hybridMultilevel"/>
    <w:tmpl w:val="14984F7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C673B1"/>
    <w:multiLevelType w:val="multilevel"/>
    <w:tmpl w:val="47724E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B551F"/>
    <w:rsid w:val="0012184D"/>
    <w:rsid w:val="00135A08"/>
    <w:rsid w:val="00143A27"/>
    <w:rsid w:val="0015074B"/>
    <w:rsid w:val="001A3C0F"/>
    <w:rsid w:val="001E30A0"/>
    <w:rsid w:val="001F75B8"/>
    <w:rsid w:val="002849AD"/>
    <w:rsid w:val="0029639D"/>
    <w:rsid w:val="00326F90"/>
    <w:rsid w:val="00494A2C"/>
    <w:rsid w:val="004E636F"/>
    <w:rsid w:val="004F186D"/>
    <w:rsid w:val="004F2959"/>
    <w:rsid w:val="0064428D"/>
    <w:rsid w:val="006F66AD"/>
    <w:rsid w:val="0071735B"/>
    <w:rsid w:val="007337AD"/>
    <w:rsid w:val="00811D1E"/>
    <w:rsid w:val="008F7F59"/>
    <w:rsid w:val="00930B33"/>
    <w:rsid w:val="00973B8F"/>
    <w:rsid w:val="00A21D2C"/>
    <w:rsid w:val="00AA1D8D"/>
    <w:rsid w:val="00AD3275"/>
    <w:rsid w:val="00B43AD8"/>
    <w:rsid w:val="00B47730"/>
    <w:rsid w:val="00BA00CE"/>
    <w:rsid w:val="00BC4F69"/>
    <w:rsid w:val="00BF0488"/>
    <w:rsid w:val="00C804FF"/>
    <w:rsid w:val="00C92749"/>
    <w:rsid w:val="00CA3FDB"/>
    <w:rsid w:val="00CB0664"/>
    <w:rsid w:val="00CF579C"/>
    <w:rsid w:val="00D04B4A"/>
    <w:rsid w:val="00D26B9E"/>
    <w:rsid w:val="00DF1174"/>
    <w:rsid w:val="00DF1464"/>
    <w:rsid w:val="00DF37A5"/>
    <w:rsid w:val="00E451E9"/>
    <w:rsid w:val="00F514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5:docId w15:val="{2B7FDC96-2F7F-4ED6-A12C-FFD72320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AD8"/>
    <w:pPr>
      <w:spacing w:before="120" w:after="120"/>
      <w:jc w:val="both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973B8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595959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973B8F"/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uesto">
    <w:name w:val="Title"/>
    <w:basedOn w:val="Normal"/>
    <w:next w:val="Normal"/>
    <w:link w:val="Puest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C804FF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C927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927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92749"/>
    <w:rPr>
      <w:rFonts w:ascii="Calibri" w:hAnsi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927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92749"/>
    <w:rPr>
      <w:rFonts w:ascii="Calibri" w:hAnsi="Calibri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274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2749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35A0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6B9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@idiscam.e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75A6AA-7FF3-4B41-9F5B-AB00AF22B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692</Words>
  <Characters>3812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Modelo de Memoria Científico-Técnica IDISCAM IMPULSE 2026</vt:lpstr>
      <vt:lpstr/>
    </vt:vector>
  </TitlesOfParts>
  <Manager/>
  <Company/>
  <LinksUpToDate>false</LinksUpToDate>
  <CharactersWithSpaces>4496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Memoria Científico-Técnica IDISCAM IMPULSE 2026</dc:title>
  <dc:subject>Convocatoria Intramural IDISCAM 2026</dc:subject>
  <dc:creator>IDISCAM</dc:creator>
  <cp:keywords/>
  <dc:description>generated by python-docx</dc:description>
  <cp:lastModifiedBy>BEATRIZ GALLEGO GOMEZ</cp:lastModifiedBy>
  <cp:revision>2</cp:revision>
  <dcterms:created xsi:type="dcterms:W3CDTF">2026-09-28T20:18:00Z</dcterms:created>
  <dcterms:modified xsi:type="dcterms:W3CDTF">2026-09-28T20:18:00Z</dcterms:modified>
  <cp:category/>
</cp:coreProperties>
</file>