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B70" w:rsidRPr="00101B25" w:rsidRDefault="00664D0A" w:rsidP="00101B25">
      <w:pPr>
        <w:pStyle w:val="Ttulo1"/>
        <w:rPr>
          <w:lang w:val="es-ES"/>
        </w:rPr>
      </w:pPr>
      <w:r w:rsidRPr="00101B25">
        <w:rPr>
          <w:lang w:val="es-ES"/>
        </w:rPr>
        <w:t>IDISCAM TRANSFIERE 2026</w:t>
      </w:r>
    </w:p>
    <w:p w:rsidR="00D72B70" w:rsidRPr="00101B25" w:rsidRDefault="00664D0A">
      <w:pPr>
        <w:spacing w:after="200"/>
        <w:rPr>
          <w:lang w:val="es-ES"/>
        </w:rPr>
      </w:pPr>
      <w:r w:rsidRPr="00101B25">
        <w:rPr>
          <w:lang w:val="es-ES"/>
        </w:rPr>
        <w:t>Mecanismo de apoyo para la protección, valorización y transferencia de resultados de investigación. La solicitud deberá cumplimentarse conforme a las bases específicas de IDISCAM Transfiere 2026.</w:t>
      </w:r>
    </w:p>
    <w:tbl>
      <w:tblPr>
        <w:tblW w:w="0" w:type="auto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422"/>
        <w:gridCol w:w="4422"/>
      </w:tblGrid>
      <w:tr w:rsidR="00D72B70" w:rsidRPr="00855B0E">
        <w:trPr>
          <w:tblHeader/>
          <w:jc w:val="center"/>
        </w:trPr>
        <w:tc>
          <w:tcPr>
            <w:tcW w:w="8844" w:type="dxa"/>
            <w:gridSpan w:val="2"/>
            <w:shd w:val="clear" w:color="auto" w:fill="F28E92"/>
          </w:tcPr>
          <w:p w:rsidR="00D72B70" w:rsidRPr="00101B25" w:rsidRDefault="00664D0A" w:rsidP="00101B25">
            <w:pPr>
              <w:spacing w:line="240" w:lineRule="auto"/>
              <w:rPr>
                <w:lang w:val="es-ES"/>
              </w:rPr>
            </w:pPr>
            <w:r w:rsidRPr="00101B25">
              <w:rPr>
                <w:b/>
                <w:color w:val="FFFFFF"/>
                <w:lang w:val="es-ES"/>
              </w:rPr>
              <w:t>DATOS DE LA PERSONA SOLICITANTE</w:t>
            </w:r>
          </w:p>
        </w:tc>
      </w:tr>
      <w:tr w:rsidR="00D72B70">
        <w:trPr>
          <w:trHeight w:val="510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101B25" w:rsidRDefault="00664D0A">
            <w:pPr>
              <w:spacing w:before="0" w:after="0"/>
              <w:rPr>
                <w:sz w:val="20"/>
                <w:szCs w:val="20"/>
              </w:rPr>
            </w:pPr>
            <w:r w:rsidRPr="00101B25">
              <w:rPr>
                <w:b/>
                <w:color w:val="000000"/>
                <w:sz w:val="20"/>
                <w:szCs w:val="20"/>
              </w:rPr>
              <w:t>NOMBRE Y APELLIDOS: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Default="00D72B70">
            <w:pPr>
              <w:spacing w:before="0" w:after="0"/>
            </w:pPr>
          </w:p>
        </w:tc>
      </w:tr>
      <w:tr w:rsidR="00D72B70">
        <w:trPr>
          <w:trHeight w:val="510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101B25" w:rsidRDefault="00664D0A">
            <w:pPr>
              <w:spacing w:before="0" w:after="0"/>
              <w:rPr>
                <w:sz w:val="20"/>
                <w:szCs w:val="20"/>
              </w:rPr>
            </w:pPr>
            <w:r w:rsidRPr="00101B25">
              <w:rPr>
                <w:b/>
                <w:color w:val="000000"/>
                <w:sz w:val="20"/>
                <w:szCs w:val="20"/>
              </w:rPr>
              <w:t>DNI / NIE: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Default="00D72B70">
            <w:pPr>
              <w:spacing w:before="0" w:after="0"/>
            </w:pPr>
          </w:p>
        </w:tc>
      </w:tr>
      <w:tr w:rsidR="00D72B70">
        <w:trPr>
          <w:trHeight w:val="510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101B25" w:rsidRDefault="00664D0A">
            <w:pPr>
              <w:spacing w:before="0" w:after="0"/>
              <w:rPr>
                <w:sz w:val="20"/>
                <w:szCs w:val="20"/>
              </w:rPr>
            </w:pPr>
            <w:r w:rsidRPr="00101B25">
              <w:rPr>
                <w:b/>
                <w:color w:val="000000"/>
                <w:sz w:val="20"/>
                <w:szCs w:val="20"/>
              </w:rPr>
              <w:t>ENTIDAD / CENTRO: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Default="00D72B70">
            <w:pPr>
              <w:spacing w:before="0" w:after="0"/>
            </w:pPr>
          </w:p>
        </w:tc>
      </w:tr>
      <w:tr w:rsidR="00D72B70">
        <w:trPr>
          <w:trHeight w:val="510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101B25" w:rsidRDefault="00664D0A">
            <w:pPr>
              <w:spacing w:before="0" w:after="0"/>
              <w:rPr>
                <w:sz w:val="20"/>
                <w:szCs w:val="20"/>
              </w:rPr>
            </w:pPr>
            <w:r w:rsidRPr="00101B25">
              <w:rPr>
                <w:b/>
                <w:color w:val="000000"/>
                <w:sz w:val="20"/>
                <w:szCs w:val="20"/>
              </w:rPr>
              <w:t>GRUPO DE INVESTIGACIÓN IDISCAM: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Default="00D72B70">
            <w:pPr>
              <w:spacing w:before="0" w:after="0"/>
            </w:pPr>
          </w:p>
        </w:tc>
      </w:tr>
      <w:tr w:rsidR="00D72B70">
        <w:trPr>
          <w:trHeight w:val="510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101B25" w:rsidRDefault="00664D0A">
            <w:pPr>
              <w:spacing w:before="0" w:after="0"/>
              <w:rPr>
                <w:sz w:val="20"/>
                <w:szCs w:val="20"/>
              </w:rPr>
            </w:pPr>
            <w:r w:rsidRPr="00101B25">
              <w:rPr>
                <w:b/>
                <w:color w:val="000000"/>
                <w:sz w:val="20"/>
                <w:szCs w:val="20"/>
              </w:rPr>
              <w:t>CATEGORÍA PROFESIONAL: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Default="00D72B70">
            <w:pPr>
              <w:spacing w:before="0" w:after="0"/>
            </w:pPr>
          </w:p>
        </w:tc>
      </w:tr>
      <w:tr w:rsidR="00D72B70">
        <w:trPr>
          <w:trHeight w:val="510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101B25" w:rsidRDefault="00664D0A">
            <w:pPr>
              <w:spacing w:before="0" w:after="0"/>
              <w:rPr>
                <w:sz w:val="20"/>
                <w:szCs w:val="20"/>
              </w:rPr>
            </w:pPr>
            <w:r w:rsidRPr="00101B25">
              <w:rPr>
                <w:b/>
                <w:color w:val="000000"/>
                <w:sz w:val="20"/>
                <w:szCs w:val="20"/>
              </w:rPr>
              <w:t>EMAIL / TELÉFONO: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Default="00D72B70">
            <w:pPr>
              <w:spacing w:before="0" w:after="0"/>
            </w:pPr>
          </w:p>
        </w:tc>
      </w:tr>
      <w:tr w:rsidR="00D72B70">
        <w:trPr>
          <w:trHeight w:val="510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101B25" w:rsidRDefault="00664D0A">
            <w:pPr>
              <w:spacing w:before="0" w:after="0"/>
              <w:rPr>
                <w:sz w:val="20"/>
                <w:szCs w:val="20"/>
              </w:rPr>
            </w:pPr>
            <w:r w:rsidRPr="00101B25">
              <w:rPr>
                <w:b/>
                <w:color w:val="000000"/>
                <w:sz w:val="20"/>
                <w:szCs w:val="20"/>
              </w:rPr>
              <w:t>ORCID: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Default="00D72B70">
            <w:pPr>
              <w:spacing w:before="0" w:after="0"/>
            </w:pPr>
          </w:p>
        </w:tc>
      </w:tr>
    </w:tbl>
    <w:p w:rsidR="00D72B70" w:rsidRDefault="00D72B70">
      <w:pPr>
        <w:spacing w:after="0"/>
      </w:pPr>
    </w:p>
    <w:tbl>
      <w:tblPr>
        <w:tblW w:w="0" w:type="auto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422"/>
        <w:gridCol w:w="4422"/>
      </w:tblGrid>
      <w:tr w:rsidR="00D72B70" w:rsidRPr="00855B0E">
        <w:trPr>
          <w:tblHeader/>
          <w:jc w:val="center"/>
        </w:trPr>
        <w:tc>
          <w:tcPr>
            <w:tcW w:w="8844" w:type="dxa"/>
            <w:gridSpan w:val="2"/>
            <w:shd w:val="clear" w:color="auto" w:fill="F28E92"/>
          </w:tcPr>
          <w:p w:rsidR="00D72B70" w:rsidRPr="00101B25" w:rsidRDefault="00664D0A" w:rsidP="00101B25">
            <w:pPr>
              <w:spacing w:line="240" w:lineRule="auto"/>
              <w:rPr>
                <w:b/>
                <w:color w:val="FFFFFF"/>
                <w:lang w:val="es-ES"/>
              </w:rPr>
            </w:pPr>
            <w:r w:rsidRPr="00101B25">
              <w:rPr>
                <w:b/>
                <w:color w:val="FFFFFF"/>
                <w:lang w:val="es-ES"/>
              </w:rPr>
              <w:t>IDENTIFICACIÓN DEL RESULTADO / INICIATIVA DE TRANSFERENCIA</w:t>
            </w:r>
          </w:p>
        </w:tc>
      </w:tr>
      <w:tr w:rsidR="00D72B70">
        <w:trPr>
          <w:trHeight w:val="510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101B25" w:rsidRDefault="00664D0A">
            <w:pPr>
              <w:spacing w:before="0" w:after="0"/>
              <w:rPr>
                <w:sz w:val="20"/>
                <w:szCs w:val="20"/>
              </w:rPr>
            </w:pPr>
            <w:r w:rsidRPr="00101B25">
              <w:rPr>
                <w:b/>
                <w:color w:val="000000"/>
                <w:sz w:val="20"/>
                <w:szCs w:val="20"/>
              </w:rPr>
              <w:t>DENOMINACIÓN BREVE: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Default="00D72B70">
            <w:pPr>
              <w:spacing w:before="0" w:after="0"/>
            </w:pPr>
          </w:p>
        </w:tc>
      </w:tr>
      <w:tr w:rsidR="00D72B70" w:rsidRPr="00101B25" w:rsidTr="00101B25">
        <w:trPr>
          <w:trHeight w:val="564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101B25" w:rsidRDefault="00664D0A">
            <w:pPr>
              <w:spacing w:before="0" w:after="0"/>
              <w:rPr>
                <w:sz w:val="20"/>
                <w:szCs w:val="20"/>
              </w:rPr>
            </w:pPr>
            <w:r w:rsidRPr="00101B25">
              <w:rPr>
                <w:b/>
                <w:color w:val="000000"/>
                <w:sz w:val="20"/>
                <w:szCs w:val="20"/>
              </w:rPr>
              <w:t>TIPO DE RESULTADO / ACTIVO: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sdt>
            <w:sdtPr>
              <w:rPr>
                <w:color w:val="000000"/>
                <w:sz w:val="21"/>
                <w:lang w:val="es-ES"/>
              </w:rPr>
              <w:id w:val="1398393331"/>
              <w:placeholder>
                <w:docPart w:val="DefaultPlaceholder_1081868575"/>
              </w:placeholder>
              <w:showingPlcHdr/>
              <w:comboBox>
                <w:listItem w:value="Elija un elemento."/>
                <w:listItem w:displayText="Invención / tecnología" w:value="Invención / tecnología"/>
                <w:listItem w:displayText="Método / procedimiento / desarrollo" w:value="Método / procedimiento / desarrollo"/>
                <w:listItem w:displayText="Software / herramienta digital" w:value="Software / herramienta digital"/>
                <w:listItem w:displayText="Conocimiento o resultado susceptible transferencia" w:value="Conocimiento o resultado susceptible transferencia"/>
                <w:listItem w:displayText="Otro:                                                                                           " w:value="Otro:                                                                                                                                                                               "/>
              </w:comboBox>
            </w:sdtPr>
            <w:sdtEndPr/>
            <w:sdtContent>
              <w:p w:rsidR="00D72B70" w:rsidRPr="00101B25" w:rsidRDefault="00101B25" w:rsidP="00101B25">
                <w:pPr>
                  <w:spacing w:before="0" w:after="0"/>
                  <w:rPr>
                    <w:color w:val="000000"/>
                    <w:sz w:val="21"/>
                    <w:lang w:val="es-ES"/>
                  </w:rPr>
                </w:pPr>
                <w:r w:rsidRPr="00BD4CEC">
                  <w:rPr>
                    <w:rStyle w:val="Textodelmarcadordeposicin"/>
                  </w:rPr>
                  <w:t>Elija un elemento.</w:t>
                </w:r>
              </w:p>
            </w:sdtContent>
          </w:sdt>
        </w:tc>
      </w:tr>
      <w:tr w:rsidR="00D72B70" w:rsidRPr="00855B0E">
        <w:trPr>
          <w:trHeight w:val="567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101B25" w:rsidRDefault="00664D0A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101B25">
              <w:rPr>
                <w:b/>
                <w:color w:val="000000"/>
                <w:sz w:val="20"/>
                <w:szCs w:val="20"/>
                <w:lang w:val="es-ES"/>
              </w:rPr>
              <w:t>ENTIDAD/ES TITULAR/ES O COTITULAR/ES, SI PROCEDE: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101B25" w:rsidRDefault="00D72B70">
            <w:pPr>
              <w:spacing w:before="0" w:after="0"/>
              <w:rPr>
                <w:lang w:val="es-ES"/>
              </w:rPr>
            </w:pPr>
          </w:p>
        </w:tc>
      </w:tr>
    </w:tbl>
    <w:p w:rsidR="00D72B70" w:rsidRPr="00101B25" w:rsidRDefault="00D72B70">
      <w:pPr>
        <w:spacing w:after="0"/>
        <w:rPr>
          <w:lang w:val="es-ES"/>
        </w:rPr>
      </w:pPr>
    </w:p>
    <w:p w:rsidR="00D72B70" w:rsidRPr="00101B25" w:rsidRDefault="00664D0A">
      <w:pPr>
        <w:rPr>
          <w:lang w:val="es-ES"/>
        </w:rPr>
      </w:pPr>
      <w:r w:rsidRPr="00101B25">
        <w:rPr>
          <w:lang w:val="es-ES"/>
        </w:rPr>
        <w:br w:type="page"/>
      </w:r>
    </w:p>
    <w:tbl>
      <w:tblPr>
        <w:tblW w:w="0" w:type="auto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422"/>
        <w:gridCol w:w="4422"/>
      </w:tblGrid>
      <w:tr w:rsidR="00D72B70">
        <w:trPr>
          <w:tblHeader/>
          <w:jc w:val="center"/>
        </w:trPr>
        <w:tc>
          <w:tcPr>
            <w:tcW w:w="8844" w:type="dxa"/>
            <w:gridSpan w:val="2"/>
            <w:shd w:val="clear" w:color="auto" w:fill="F28E92"/>
          </w:tcPr>
          <w:p w:rsidR="00D72B70" w:rsidRPr="00101B25" w:rsidRDefault="00664D0A" w:rsidP="00101B25">
            <w:pPr>
              <w:spacing w:line="240" w:lineRule="auto"/>
              <w:rPr>
                <w:b/>
                <w:color w:val="FFFFFF"/>
                <w:lang w:val="es-ES"/>
              </w:rPr>
            </w:pPr>
            <w:r w:rsidRPr="00101B25">
              <w:rPr>
                <w:b/>
                <w:color w:val="FFFFFF"/>
                <w:lang w:val="es-ES"/>
              </w:rPr>
              <w:lastRenderedPageBreak/>
              <w:t>SITUACIÓN ACTUAL DEL RESULTADO</w:t>
            </w:r>
          </w:p>
        </w:tc>
      </w:tr>
      <w:tr w:rsidR="00D72B70" w:rsidRPr="00855B0E">
        <w:trPr>
          <w:trHeight w:val="1191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101B25" w:rsidRDefault="00664D0A">
            <w:pPr>
              <w:spacing w:before="0" w:after="0"/>
              <w:rPr>
                <w:sz w:val="20"/>
                <w:szCs w:val="20"/>
              </w:rPr>
            </w:pPr>
            <w:r w:rsidRPr="00101B25">
              <w:rPr>
                <w:b/>
                <w:color w:val="000000"/>
                <w:sz w:val="20"/>
                <w:szCs w:val="20"/>
              </w:rPr>
              <w:t>PROTECCIÓN EXISTENTE, SI PROCEDE: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01B25" w:rsidRDefault="00855B0E" w:rsidP="00101B25">
            <w:pPr>
              <w:jc w:val="left"/>
              <w:rPr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lang w:val="es-ES"/>
                </w:rPr>
                <w:id w:val="2112626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B25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664D0A" w:rsidRPr="00101B25">
              <w:rPr>
                <w:lang w:val="es-ES"/>
              </w:rPr>
              <w:t xml:space="preserve"> Patente / solicitud de patente</w:t>
            </w:r>
          </w:p>
          <w:p w:rsidR="00101B25" w:rsidRDefault="00855B0E" w:rsidP="00101B25">
            <w:pPr>
              <w:jc w:val="left"/>
              <w:rPr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lang w:val="es-ES"/>
                </w:rPr>
                <w:id w:val="-83770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B25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664D0A" w:rsidRPr="00101B25">
              <w:rPr>
                <w:lang w:val="es-ES"/>
              </w:rPr>
              <w:t xml:space="preserve"> Modelo de utilidad</w:t>
            </w:r>
          </w:p>
          <w:p w:rsidR="00101B25" w:rsidRDefault="00855B0E" w:rsidP="00101B25">
            <w:pPr>
              <w:jc w:val="left"/>
              <w:rPr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lang w:val="es-ES"/>
                </w:rPr>
                <w:id w:val="488380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B25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664D0A" w:rsidRPr="00101B25">
              <w:rPr>
                <w:lang w:val="es-ES"/>
              </w:rPr>
              <w:t xml:space="preserve"> Regi</w:t>
            </w:r>
            <w:r w:rsidR="00101B25">
              <w:rPr>
                <w:lang w:val="es-ES"/>
              </w:rPr>
              <w:t>stro de software u otro derecho</w:t>
            </w:r>
          </w:p>
          <w:p w:rsidR="00101B25" w:rsidRDefault="00855B0E" w:rsidP="00101B25">
            <w:pPr>
              <w:jc w:val="left"/>
              <w:rPr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lang w:val="es-ES"/>
                </w:rPr>
                <w:id w:val="907891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B25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101B25">
              <w:rPr>
                <w:lang w:val="es-ES"/>
              </w:rPr>
              <w:t xml:space="preserve"> Secreto / know-how</w:t>
            </w:r>
          </w:p>
          <w:p w:rsidR="00101B25" w:rsidRDefault="00855B0E" w:rsidP="00101B25">
            <w:pPr>
              <w:jc w:val="left"/>
              <w:rPr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lang w:val="es-ES"/>
                </w:rPr>
                <w:id w:val="832572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B25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664D0A" w:rsidRPr="00101B25">
              <w:rPr>
                <w:lang w:val="es-ES"/>
              </w:rPr>
              <w:t xml:space="preserve"> Sin </w:t>
            </w:r>
            <w:r w:rsidR="00101B25">
              <w:rPr>
                <w:lang w:val="es-ES"/>
              </w:rPr>
              <w:t>protección formal</w:t>
            </w:r>
          </w:p>
          <w:p w:rsidR="00D72B70" w:rsidRPr="00101B25" w:rsidRDefault="00855B0E" w:rsidP="00101B25">
            <w:pPr>
              <w:jc w:val="left"/>
              <w:rPr>
                <w:lang w:val="es-ES"/>
              </w:rPr>
            </w:pPr>
            <w:sdt>
              <w:sdtPr>
                <w:rPr>
                  <w:lang w:val="es-ES"/>
                </w:rPr>
                <w:id w:val="1208217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B25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664D0A" w:rsidRPr="00101B25">
              <w:rPr>
                <w:lang w:val="es-ES"/>
              </w:rPr>
              <w:t xml:space="preserve"> Otro: ______________________________</w:t>
            </w:r>
          </w:p>
        </w:tc>
      </w:tr>
      <w:tr w:rsidR="00D72B70" w:rsidRPr="00855B0E">
        <w:trPr>
          <w:trHeight w:val="510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101B25" w:rsidRDefault="00664D0A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101B25">
              <w:rPr>
                <w:b/>
                <w:color w:val="000000"/>
                <w:sz w:val="20"/>
                <w:szCs w:val="20"/>
                <w:lang w:val="es-ES"/>
              </w:rPr>
              <w:t>REFERENCIA / N.º DE EXPEDIENTE, SI PROCEDE: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101B25" w:rsidRDefault="00D72B70">
            <w:pPr>
              <w:spacing w:before="0" w:after="0"/>
              <w:rPr>
                <w:lang w:val="es-ES"/>
              </w:rPr>
            </w:pPr>
          </w:p>
        </w:tc>
      </w:tr>
      <w:tr w:rsidR="00D72B70" w:rsidRPr="00855B0E">
        <w:trPr>
          <w:trHeight w:val="1361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101B25" w:rsidRDefault="00664D0A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101B25">
              <w:rPr>
                <w:b/>
                <w:color w:val="000000"/>
                <w:sz w:val="20"/>
                <w:szCs w:val="20"/>
                <w:lang w:val="es-ES"/>
              </w:rPr>
              <w:t>SITUACIÓN ACTUAL: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101B25" w:rsidRDefault="00664D0A">
            <w:pPr>
              <w:spacing w:before="0" w:after="0"/>
              <w:rPr>
                <w:lang w:val="es-ES"/>
              </w:rPr>
            </w:pPr>
            <w:r w:rsidRPr="00101B25">
              <w:rPr>
                <w:i/>
                <w:color w:val="000000"/>
                <w:sz w:val="21"/>
                <w:lang w:val="es-ES"/>
              </w:rPr>
              <w:t>Describa brevemente el estado actual del resultado en términos de protección, valorización o transferencia.</w:t>
            </w:r>
          </w:p>
        </w:tc>
      </w:tr>
    </w:tbl>
    <w:p w:rsidR="00D72B70" w:rsidRPr="00101B25" w:rsidRDefault="00D72B70">
      <w:pPr>
        <w:spacing w:after="0"/>
        <w:rPr>
          <w:lang w:val="es-ES"/>
        </w:rPr>
      </w:pPr>
    </w:p>
    <w:tbl>
      <w:tblPr>
        <w:tblW w:w="0" w:type="auto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422"/>
        <w:gridCol w:w="4422"/>
      </w:tblGrid>
      <w:tr w:rsidR="00D72B70" w:rsidRPr="00855B0E">
        <w:trPr>
          <w:tblHeader/>
          <w:jc w:val="center"/>
        </w:trPr>
        <w:tc>
          <w:tcPr>
            <w:tcW w:w="8844" w:type="dxa"/>
            <w:gridSpan w:val="2"/>
            <w:shd w:val="clear" w:color="auto" w:fill="F28E92"/>
          </w:tcPr>
          <w:p w:rsidR="00D72B70" w:rsidRPr="00101B25" w:rsidRDefault="00664D0A" w:rsidP="00101B25">
            <w:pPr>
              <w:spacing w:line="240" w:lineRule="auto"/>
              <w:rPr>
                <w:b/>
                <w:color w:val="FFFFFF"/>
                <w:lang w:val="es-ES"/>
              </w:rPr>
            </w:pPr>
            <w:r w:rsidRPr="00101B25">
              <w:rPr>
                <w:b/>
                <w:color w:val="FFFFFF"/>
                <w:lang w:val="es-ES"/>
              </w:rPr>
              <w:t>ACTUACIÓN PARA LA QUE SE SOLICITA FINANCIACIÓN</w:t>
            </w:r>
          </w:p>
        </w:tc>
      </w:tr>
      <w:tr w:rsidR="00D72B70" w:rsidRPr="00101B25" w:rsidTr="00664D0A">
        <w:trPr>
          <w:trHeight w:val="406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Default="00664D0A">
            <w:pPr>
              <w:spacing w:before="0" w:after="0"/>
            </w:pPr>
            <w:r>
              <w:rPr>
                <w:b/>
                <w:color w:val="000000"/>
                <w:sz w:val="21"/>
              </w:rPr>
              <w:t>TIPO DE ACTUACIÓN: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0A" w:rsidRDefault="00855B0E" w:rsidP="00664D0A">
            <w:pPr>
              <w:rPr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lang w:val="es-ES"/>
                </w:rPr>
                <w:id w:val="1698421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664D0A">
              <w:rPr>
                <w:rFonts w:ascii="Segoe UI Symbol" w:hAnsi="Segoe UI Symbol" w:cs="Segoe UI Symbol"/>
                <w:lang w:val="es-ES"/>
              </w:rPr>
              <w:t xml:space="preserve"> </w:t>
            </w:r>
            <w:r w:rsidR="00664D0A" w:rsidRPr="00101B25">
              <w:rPr>
                <w:lang w:val="es-ES"/>
              </w:rPr>
              <w:t xml:space="preserve">Estudio de </w:t>
            </w:r>
            <w:proofErr w:type="spellStart"/>
            <w:r w:rsidR="00664D0A" w:rsidRPr="00101B25">
              <w:rPr>
                <w:lang w:val="es-ES"/>
              </w:rPr>
              <w:t>patentabilidad</w:t>
            </w:r>
            <w:proofErr w:type="spellEnd"/>
            <w:r w:rsidR="00664D0A" w:rsidRPr="00101B25">
              <w:rPr>
                <w:lang w:val="es-ES"/>
              </w:rPr>
              <w:t xml:space="preserve"> / estado de la técnica</w:t>
            </w:r>
          </w:p>
          <w:p w:rsidR="00664D0A" w:rsidRDefault="00855B0E" w:rsidP="00664D0A">
            <w:pPr>
              <w:rPr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lang w:val="es-ES"/>
                </w:rPr>
                <w:id w:val="976336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664D0A">
              <w:rPr>
                <w:lang w:val="es-ES"/>
              </w:rPr>
              <w:t xml:space="preserve"> </w:t>
            </w:r>
            <w:r w:rsidR="00664D0A" w:rsidRPr="00101B25">
              <w:rPr>
                <w:lang w:val="es-ES"/>
              </w:rPr>
              <w:t>Estudio de libertad de operaci</w:t>
            </w:r>
            <w:r w:rsidR="00664D0A" w:rsidRPr="00101B25">
              <w:rPr>
                <w:rFonts w:cs="Calibri"/>
                <w:lang w:val="es-ES"/>
              </w:rPr>
              <w:t>ó</w:t>
            </w:r>
            <w:r w:rsidR="00664D0A">
              <w:rPr>
                <w:lang w:val="es-ES"/>
              </w:rPr>
              <w:t>n (FTO)</w:t>
            </w:r>
          </w:p>
          <w:p w:rsidR="00664D0A" w:rsidRPr="00664D0A" w:rsidRDefault="00855B0E" w:rsidP="00664D0A">
            <w:pPr>
              <w:rPr>
                <w:rFonts w:ascii="Segoe UI Symbol" w:hAnsi="Segoe UI Symbol" w:cs="Segoe UI Symbol"/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lang w:val="es-ES"/>
                </w:rPr>
                <w:id w:val="413905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664D0A">
              <w:rPr>
                <w:rFonts w:ascii="Segoe UI Symbol" w:hAnsi="Segoe UI Symbol" w:cs="Segoe UI Symbol"/>
                <w:lang w:val="es-ES"/>
              </w:rPr>
              <w:t xml:space="preserve"> </w:t>
            </w:r>
            <w:r w:rsidR="00664D0A" w:rsidRPr="00101B25">
              <w:rPr>
                <w:lang w:val="es-ES"/>
              </w:rPr>
              <w:t>Mantenimiento o renovaci</w:t>
            </w:r>
            <w:r w:rsidR="00664D0A" w:rsidRPr="00101B25">
              <w:rPr>
                <w:rFonts w:cs="Calibri"/>
                <w:lang w:val="es-ES"/>
              </w:rPr>
              <w:t>ó</w:t>
            </w:r>
            <w:r w:rsidR="00664D0A" w:rsidRPr="00101B25">
              <w:rPr>
                <w:lang w:val="es-ES"/>
              </w:rPr>
              <w:t>n de patente u otro t</w:t>
            </w:r>
            <w:r w:rsidR="00664D0A" w:rsidRPr="00101B25">
              <w:rPr>
                <w:rFonts w:cs="Calibri"/>
                <w:lang w:val="es-ES"/>
              </w:rPr>
              <w:t>í</w:t>
            </w:r>
            <w:r w:rsidR="00664D0A">
              <w:rPr>
                <w:lang w:val="es-ES"/>
              </w:rPr>
              <w:t>tulo</w:t>
            </w:r>
          </w:p>
          <w:p w:rsidR="00664D0A" w:rsidRDefault="00855B0E" w:rsidP="00664D0A">
            <w:pPr>
              <w:rPr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lang w:val="es-ES"/>
                </w:rPr>
                <w:id w:val="67539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664D0A" w:rsidRPr="00101B25">
              <w:rPr>
                <w:lang w:val="es-ES"/>
              </w:rPr>
              <w:t xml:space="preserve"> Extensi</w:t>
            </w:r>
            <w:r w:rsidR="00664D0A" w:rsidRPr="00101B25">
              <w:rPr>
                <w:rFonts w:cs="Calibri"/>
                <w:lang w:val="es-ES"/>
              </w:rPr>
              <w:t>ó</w:t>
            </w:r>
            <w:r w:rsidR="00664D0A" w:rsidRPr="00101B25">
              <w:rPr>
                <w:lang w:val="es-ES"/>
              </w:rPr>
              <w:t>n territorial de d</w:t>
            </w:r>
            <w:r w:rsidR="00664D0A">
              <w:rPr>
                <w:lang w:val="es-ES"/>
              </w:rPr>
              <w:t>erechos de propiedad industrial</w:t>
            </w:r>
          </w:p>
          <w:p w:rsidR="00664D0A" w:rsidRDefault="00855B0E" w:rsidP="00664D0A">
            <w:pPr>
              <w:rPr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lang w:val="es-ES"/>
                </w:rPr>
                <w:id w:val="-1718190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664D0A" w:rsidRPr="00101B25">
              <w:rPr>
                <w:lang w:val="es-ES"/>
              </w:rPr>
              <w:t xml:space="preserve"> Modelo de utilidad</w:t>
            </w:r>
            <w:r w:rsidR="00664D0A">
              <w:rPr>
                <w:lang w:val="es-ES"/>
              </w:rPr>
              <w:t xml:space="preserve"> u otra modalidad de protección</w:t>
            </w:r>
          </w:p>
          <w:p w:rsidR="00664D0A" w:rsidRDefault="00855B0E" w:rsidP="00664D0A">
            <w:pPr>
              <w:rPr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lang w:val="es-ES"/>
                </w:rPr>
                <w:id w:val="-2064327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664D0A" w:rsidRPr="00101B25">
              <w:rPr>
                <w:lang w:val="es-ES"/>
              </w:rPr>
              <w:t xml:space="preserve"> Actuaci</w:t>
            </w:r>
            <w:r w:rsidR="00664D0A" w:rsidRPr="00101B25">
              <w:rPr>
                <w:rFonts w:cs="Calibri"/>
                <w:lang w:val="es-ES"/>
              </w:rPr>
              <w:t>ó</w:t>
            </w:r>
            <w:r w:rsidR="00664D0A">
              <w:rPr>
                <w:lang w:val="es-ES"/>
              </w:rPr>
              <w:t>n vinculada a cotitularidad</w:t>
            </w:r>
          </w:p>
          <w:p w:rsidR="00664D0A" w:rsidRDefault="00855B0E" w:rsidP="00664D0A">
            <w:pPr>
              <w:rPr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lang w:val="es-ES"/>
                </w:rPr>
                <w:id w:val="1936553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664D0A" w:rsidRPr="00101B25">
              <w:rPr>
                <w:lang w:val="es-ES"/>
              </w:rPr>
              <w:t xml:space="preserve"> Estudio de valorizaci</w:t>
            </w:r>
            <w:r w:rsidR="00664D0A" w:rsidRPr="00101B25">
              <w:rPr>
                <w:rFonts w:cs="Calibri"/>
                <w:lang w:val="es-ES"/>
              </w:rPr>
              <w:t>ó</w:t>
            </w:r>
            <w:r w:rsidR="00664D0A">
              <w:rPr>
                <w:lang w:val="es-ES"/>
              </w:rPr>
              <w:t>n / transferencia</w:t>
            </w:r>
          </w:p>
          <w:p w:rsidR="00664D0A" w:rsidRDefault="00855B0E" w:rsidP="00664D0A">
            <w:pPr>
              <w:rPr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lang w:val="es-ES"/>
                </w:rPr>
                <w:id w:val="-1188675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664D0A" w:rsidRPr="00101B25">
              <w:rPr>
                <w:lang w:val="es-ES"/>
              </w:rPr>
              <w:t xml:space="preserve"> B</w:t>
            </w:r>
            <w:r w:rsidR="00664D0A" w:rsidRPr="00101B25">
              <w:rPr>
                <w:rFonts w:cs="Calibri"/>
                <w:lang w:val="es-ES"/>
              </w:rPr>
              <w:t>ú</w:t>
            </w:r>
            <w:r w:rsidR="00664D0A" w:rsidRPr="00101B25">
              <w:rPr>
                <w:lang w:val="es-ES"/>
              </w:rPr>
              <w:t>squeda de pote</w:t>
            </w:r>
            <w:r w:rsidR="00664D0A">
              <w:rPr>
                <w:lang w:val="es-ES"/>
              </w:rPr>
              <w:t>nciales licenciatarios o socios</w:t>
            </w:r>
          </w:p>
          <w:p w:rsidR="00D72B70" w:rsidRPr="00101B25" w:rsidRDefault="00855B0E" w:rsidP="00664D0A">
            <w:pPr>
              <w:rPr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lang w:val="es-ES"/>
                </w:rPr>
                <w:id w:val="-2102948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664D0A" w:rsidRPr="00101B25">
              <w:rPr>
                <w:lang w:val="es-ES"/>
              </w:rPr>
              <w:t>Otra: ______________________________</w:t>
            </w:r>
          </w:p>
        </w:tc>
      </w:tr>
      <w:tr w:rsidR="00D72B70" w:rsidRPr="00855B0E">
        <w:trPr>
          <w:trHeight w:val="1134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101B25" w:rsidRDefault="00664D0A">
            <w:pPr>
              <w:spacing w:before="0" w:after="0"/>
              <w:rPr>
                <w:lang w:val="es-ES"/>
              </w:rPr>
            </w:pPr>
            <w:r w:rsidRPr="00101B25">
              <w:rPr>
                <w:b/>
                <w:color w:val="000000"/>
                <w:sz w:val="21"/>
                <w:lang w:val="es-ES"/>
              </w:rPr>
              <w:lastRenderedPageBreak/>
              <w:t>DESCRIPCIÓN BREVE DE LA ACTUACIÓN: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Default="00664D0A">
            <w:pPr>
              <w:spacing w:before="0" w:after="0"/>
              <w:rPr>
                <w:i/>
                <w:color w:val="000000"/>
                <w:sz w:val="21"/>
                <w:lang w:val="es-ES"/>
              </w:rPr>
            </w:pPr>
            <w:r w:rsidRPr="00101B25">
              <w:rPr>
                <w:i/>
                <w:color w:val="000000"/>
                <w:sz w:val="21"/>
                <w:lang w:val="es-ES"/>
              </w:rPr>
              <w:t>Indique de forma concreta qué actuación se pretende realizar.</w:t>
            </w:r>
          </w:p>
          <w:p w:rsidR="00664D0A" w:rsidRDefault="00664D0A">
            <w:pPr>
              <w:spacing w:before="0" w:after="0"/>
              <w:rPr>
                <w:i/>
                <w:color w:val="000000"/>
                <w:sz w:val="21"/>
                <w:lang w:val="es-ES"/>
              </w:rPr>
            </w:pPr>
          </w:p>
          <w:p w:rsidR="00664D0A" w:rsidRDefault="00664D0A">
            <w:pPr>
              <w:spacing w:before="0" w:after="0"/>
              <w:rPr>
                <w:i/>
                <w:color w:val="000000"/>
                <w:sz w:val="21"/>
                <w:lang w:val="es-ES"/>
              </w:rPr>
            </w:pPr>
          </w:p>
          <w:p w:rsidR="00664D0A" w:rsidRDefault="00664D0A">
            <w:pPr>
              <w:spacing w:before="0" w:after="0"/>
              <w:rPr>
                <w:i/>
                <w:color w:val="000000"/>
                <w:sz w:val="21"/>
                <w:lang w:val="es-ES"/>
              </w:rPr>
            </w:pPr>
          </w:p>
          <w:p w:rsidR="00664D0A" w:rsidRDefault="00664D0A">
            <w:pPr>
              <w:spacing w:before="0" w:after="0"/>
              <w:rPr>
                <w:i/>
                <w:color w:val="000000"/>
                <w:sz w:val="21"/>
                <w:lang w:val="es-ES"/>
              </w:rPr>
            </w:pPr>
          </w:p>
          <w:p w:rsidR="00664D0A" w:rsidRDefault="00664D0A">
            <w:pPr>
              <w:spacing w:before="0" w:after="0"/>
              <w:rPr>
                <w:i/>
                <w:color w:val="000000"/>
                <w:sz w:val="21"/>
                <w:lang w:val="es-ES"/>
              </w:rPr>
            </w:pPr>
          </w:p>
          <w:p w:rsidR="00664D0A" w:rsidRDefault="00664D0A">
            <w:pPr>
              <w:spacing w:before="0" w:after="0"/>
              <w:rPr>
                <w:i/>
                <w:color w:val="000000"/>
                <w:sz w:val="21"/>
                <w:lang w:val="es-ES"/>
              </w:rPr>
            </w:pPr>
          </w:p>
          <w:p w:rsidR="00664D0A" w:rsidRDefault="00664D0A">
            <w:pPr>
              <w:spacing w:before="0" w:after="0"/>
              <w:rPr>
                <w:i/>
                <w:color w:val="000000"/>
                <w:sz w:val="21"/>
                <w:lang w:val="es-ES"/>
              </w:rPr>
            </w:pPr>
          </w:p>
          <w:p w:rsidR="00664D0A" w:rsidRPr="00101B25" w:rsidRDefault="00664D0A">
            <w:pPr>
              <w:spacing w:before="0" w:after="0"/>
              <w:rPr>
                <w:lang w:val="es-ES"/>
              </w:rPr>
            </w:pPr>
          </w:p>
        </w:tc>
      </w:tr>
    </w:tbl>
    <w:p w:rsidR="00D72B70" w:rsidRPr="00101B25" w:rsidRDefault="00D72B70">
      <w:pPr>
        <w:spacing w:after="0"/>
        <w:rPr>
          <w:lang w:val="es-ES"/>
        </w:rPr>
      </w:pPr>
    </w:p>
    <w:p w:rsidR="00D72B70" w:rsidRPr="00101B25" w:rsidRDefault="00664D0A">
      <w:pPr>
        <w:rPr>
          <w:lang w:val="es-ES"/>
        </w:rPr>
      </w:pPr>
      <w:r w:rsidRPr="00101B25">
        <w:rPr>
          <w:lang w:val="es-ES"/>
        </w:rPr>
        <w:br w:type="page"/>
      </w:r>
    </w:p>
    <w:tbl>
      <w:tblPr>
        <w:tblW w:w="0" w:type="auto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ook w:val="04A0" w:firstRow="1" w:lastRow="0" w:firstColumn="1" w:lastColumn="0" w:noHBand="0" w:noVBand="1"/>
      </w:tblPr>
      <w:tblGrid>
        <w:gridCol w:w="8822"/>
      </w:tblGrid>
      <w:tr w:rsidR="00D72B70" w:rsidRPr="00855B0E">
        <w:trPr>
          <w:jc w:val="center"/>
        </w:trPr>
        <w:tc>
          <w:tcPr>
            <w:tcW w:w="8838" w:type="dxa"/>
            <w:shd w:val="clear" w:color="auto" w:fill="F28E9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2B70" w:rsidRPr="00101B25" w:rsidRDefault="00664D0A">
            <w:pPr>
              <w:spacing w:before="0" w:after="0"/>
              <w:rPr>
                <w:lang w:val="es-ES"/>
              </w:rPr>
            </w:pPr>
            <w:r w:rsidRPr="00101B25">
              <w:rPr>
                <w:b/>
                <w:color w:val="FFFFFF"/>
                <w:lang w:val="es-ES"/>
              </w:rPr>
              <w:t>RESUMEN EJECUTIVO DE LA ACTUACIÓN</w:t>
            </w:r>
          </w:p>
        </w:tc>
      </w:tr>
      <w:tr w:rsidR="00D72B70">
        <w:trPr>
          <w:jc w:val="center"/>
        </w:trPr>
        <w:tc>
          <w:tcPr>
            <w:tcW w:w="8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2B70" w:rsidRPr="00664D0A" w:rsidRDefault="00664D0A">
            <w:pPr>
              <w:spacing w:before="0" w:after="0"/>
              <w:rPr>
                <w:sz w:val="20"/>
                <w:szCs w:val="20"/>
              </w:rPr>
            </w:pPr>
            <w:r w:rsidRPr="00664D0A">
              <w:rPr>
                <w:b/>
                <w:color w:val="000000"/>
                <w:sz w:val="20"/>
                <w:szCs w:val="20"/>
              </w:rPr>
              <w:t>RESUMEN EJECUTIVO</w:t>
            </w:r>
          </w:p>
        </w:tc>
      </w:tr>
      <w:tr w:rsidR="00D72B70">
        <w:trPr>
          <w:trHeight w:val="2948"/>
          <w:jc w:val="center"/>
        </w:trPr>
        <w:tc>
          <w:tcPr>
            <w:tcW w:w="8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2B70" w:rsidRDefault="00855B0E">
            <w:pPr>
              <w:spacing w:before="0" w:after="0"/>
            </w:pPr>
            <w:r w:rsidRPr="00855B0E">
              <w:rPr>
                <w:i/>
                <w:color w:val="000000"/>
                <w:sz w:val="21"/>
                <w:lang w:val="es-ES"/>
              </w:rPr>
              <w:t xml:space="preserve">Describa de forma breve y contextualizada el resultado sobre el que se pretende actuar, su situación actual, la actuación propuesta, su necesidad y oportunidad, </w:t>
            </w:r>
            <w:r w:rsidRPr="00855B0E">
              <w:rPr>
                <w:bCs/>
                <w:i/>
                <w:color w:val="000000"/>
                <w:sz w:val="21"/>
                <w:lang w:val="es-ES"/>
              </w:rPr>
              <w:t>el avance esperado en el proceso de protección, valorización o transferencia y la adecuación de la financiación solicitada a la actuación propuesta</w:t>
            </w:r>
            <w:r w:rsidRPr="00855B0E">
              <w:rPr>
                <w:i/>
                <w:color w:val="000000"/>
                <w:sz w:val="21"/>
                <w:lang w:val="es-ES"/>
              </w:rPr>
              <w:t xml:space="preserve">. </w:t>
            </w:r>
            <w:proofErr w:type="spellStart"/>
            <w:r w:rsidRPr="00855B0E">
              <w:rPr>
                <w:b/>
                <w:i/>
                <w:color w:val="000000"/>
                <w:sz w:val="21"/>
              </w:rPr>
              <w:t>Máximo</w:t>
            </w:r>
            <w:proofErr w:type="spellEnd"/>
            <w:r w:rsidRPr="00855B0E">
              <w:rPr>
                <w:b/>
                <w:i/>
                <w:color w:val="000000"/>
                <w:sz w:val="21"/>
              </w:rPr>
              <w:t>: 300 palabras</w:t>
            </w:r>
            <w:r w:rsidR="00664D0A" w:rsidRPr="00855B0E">
              <w:rPr>
                <w:b/>
                <w:i/>
                <w:color w:val="000000"/>
                <w:sz w:val="21"/>
              </w:rPr>
              <w:t>.</w:t>
            </w:r>
          </w:p>
        </w:tc>
      </w:tr>
    </w:tbl>
    <w:p w:rsidR="00D72B70" w:rsidRDefault="00D72B70">
      <w:pPr>
        <w:spacing w:after="0"/>
      </w:pPr>
    </w:p>
    <w:tbl>
      <w:tblPr>
        <w:tblW w:w="8844" w:type="dxa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422"/>
        <w:gridCol w:w="4422"/>
      </w:tblGrid>
      <w:tr w:rsidR="00D72B70" w:rsidTr="00855B0E">
        <w:trPr>
          <w:tblHeader/>
          <w:jc w:val="center"/>
        </w:trPr>
        <w:tc>
          <w:tcPr>
            <w:tcW w:w="8844" w:type="dxa"/>
            <w:gridSpan w:val="2"/>
            <w:shd w:val="clear" w:color="auto" w:fill="F28E92"/>
          </w:tcPr>
          <w:p w:rsidR="00D72B70" w:rsidRDefault="00664D0A" w:rsidP="00101B25">
            <w:pPr>
              <w:spacing w:line="240" w:lineRule="auto"/>
            </w:pPr>
            <w:r>
              <w:rPr>
                <w:b/>
                <w:color w:val="FFFFFF"/>
              </w:rPr>
              <w:t>COSTE Y FINANCIACIÓN</w:t>
            </w:r>
          </w:p>
        </w:tc>
      </w:tr>
      <w:tr w:rsidR="00D72B70" w:rsidRPr="00855B0E" w:rsidTr="00855B0E">
        <w:trPr>
          <w:trHeight w:val="510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101B25" w:rsidRDefault="00664D0A">
            <w:pPr>
              <w:spacing w:before="0" w:after="0"/>
              <w:rPr>
                <w:lang w:val="es-ES"/>
              </w:rPr>
            </w:pPr>
            <w:r w:rsidRPr="00101B25">
              <w:rPr>
                <w:b/>
                <w:color w:val="000000"/>
                <w:sz w:val="21"/>
                <w:lang w:val="es-ES"/>
              </w:rPr>
              <w:t>COSTE ESTIMADO TOTAL DE LA ACTUACIÓN (€):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101B25" w:rsidRDefault="00D72B70">
            <w:pPr>
              <w:spacing w:before="0" w:after="0"/>
              <w:rPr>
                <w:lang w:val="es-ES"/>
              </w:rPr>
            </w:pPr>
          </w:p>
        </w:tc>
      </w:tr>
      <w:tr w:rsidR="00D72B70" w:rsidTr="00855B0E">
        <w:trPr>
          <w:trHeight w:val="510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Default="00664D0A">
            <w:pPr>
              <w:spacing w:before="0" w:after="0"/>
            </w:pPr>
            <w:r>
              <w:rPr>
                <w:b/>
                <w:color w:val="000000"/>
                <w:sz w:val="21"/>
              </w:rPr>
              <w:t>IMPORTE SOLICITADO A IDISCAM (€):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Default="00664D0A">
            <w:pPr>
              <w:spacing w:before="0" w:after="0"/>
            </w:pPr>
            <w:r>
              <w:rPr>
                <w:color w:val="000000"/>
                <w:sz w:val="21"/>
              </w:rPr>
              <w:t>Máximo 2.500 €.</w:t>
            </w:r>
          </w:p>
        </w:tc>
      </w:tr>
    </w:tbl>
    <w:p w:rsidR="00D72B70" w:rsidRPr="00101B25" w:rsidRDefault="00D72B70">
      <w:pPr>
        <w:spacing w:after="0"/>
        <w:rPr>
          <w:lang w:val="es-ES"/>
        </w:rPr>
      </w:pPr>
    </w:p>
    <w:tbl>
      <w:tblPr>
        <w:tblW w:w="0" w:type="auto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422"/>
        <w:gridCol w:w="4422"/>
      </w:tblGrid>
      <w:tr w:rsidR="00D72B70">
        <w:trPr>
          <w:tblHeader/>
          <w:jc w:val="center"/>
        </w:trPr>
        <w:tc>
          <w:tcPr>
            <w:tcW w:w="8844" w:type="dxa"/>
            <w:gridSpan w:val="2"/>
            <w:shd w:val="clear" w:color="auto" w:fill="F28E92"/>
          </w:tcPr>
          <w:p w:rsidR="00D72B70" w:rsidRPr="00101B25" w:rsidRDefault="00664D0A" w:rsidP="00101B25">
            <w:pPr>
              <w:spacing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TITULARIDAD Y CONFORMIDAD INSTITUCIONAL</w:t>
            </w:r>
          </w:p>
        </w:tc>
      </w:tr>
      <w:tr w:rsidR="00D72B70" w:rsidRPr="00664D0A">
        <w:trPr>
          <w:trHeight w:val="567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664D0A" w:rsidRDefault="00664D0A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664D0A">
              <w:rPr>
                <w:b/>
                <w:color w:val="000000"/>
                <w:sz w:val="20"/>
                <w:szCs w:val="20"/>
                <w:lang w:val="es-ES"/>
              </w:rPr>
              <w:t>¿LA ACTUACIÓN AFECTA A DERECHOS DE PROPIEDAD INDUSTRIAL O INTELECTUAL?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664D0A" w:rsidRDefault="00855B0E" w:rsidP="00664D0A">
            <w:pPr>
              <w:rPr>
                <w:lang w:val="es-ES"/>
              </w:rPr>
            </w:pPr>
            <w:sdt>
              <w:sdtPr>
                <w:rPr>
                  <w:lang w:val="es-ES"/>
                </w:rPr>
                <w:id w:val="-1703009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 w:rsidRPr="00664D0A">
                  <w:rPr>
                    <w:rFonts w:hint="eastAsia"/>
                    <w:lang w:val="es-ES"/>
                  </w:rPr>
                  <w:t>☐</w:t>
                </w:r>
              </w:sdtContent>
            </w:sdt>
            <w:r w:rsidR="00664D0A" w:rsidRPr="00664D0A">
              <w:rPr>
                <w:lang w:val="es-ES"/>
              </w:rPr>
              <w:t xml:space="preserve"> Sí     </w:t>
            </w:r>
            <w:sdt>
              <w:sdtPr>
                <w:id w:val="-1449854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 w:rsidRPr="00664D0A">
                  <w:rPr>
                    <w:rFonts w:hint="eastAsia"/>
                  </w:rPr>
                  <w:t>☐</w:t>
                </w:r>
              </w:sdtContent>
            </w:sdt>
            <w:r w:rsidR="00664D0A" w:rsidRPr="00664D0A">
              <w:rPr>
                <w:lang w:val="es-ES"/>
              </w:rPr>
              <w:t xml:space="preserve"> No     </w:t>
            </w:r>
            <w:sdt>
              <w:sdtPr>
                <w:id w:val="777999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64D0A" w:rsidRPr="00664D0A">
              <w:rPr>
                <w:lang w:val="es-ES"/>
              </w:rPr>
              <w:t xml:space="preserve"> </w:t>
            </w:r>
            <w:proofErr w:type="spellStart"/>
            <w:r w:rsidR="00664D0A" w:rsidRPr="00664D0A">
              <w:rPr>
                <w:lang w:val="es-ES"/>
              </w:rPr>
              <w:t>No</w:t>
            </w:r>
            <w:proofErr w:type="spellEnd"/>
            <w:r w:rsidR="00664D0A" w:rsidRPr="00664D0A">
              <w:rPr>
                <w:lang w:val="es-ES"/>
              </w:rPr>
              <w:t xml:space="preserve"> aplica</w:t>
            </w:r>
          </w:p>
        </w:tc>
      </w:tr>
      <w:tr w:rsidR="00D72B70" w:rsidRPr="00855B0E">
        <w:trPr>
          <w:trHeight w:val="737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664D0A" w:rsidRDefault="00664D0A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664D0A">
              <w:rPr>
                <w:b/>
                <w:color w:val="000000"/>
                <w:sz w:val="20"/>
                <w:szCs w:val="20"/>
                <w:lang w:val="es-ES"/>
              </w:rPr>
              <w:t>CONFORMIDAD DE LA ENTIDAD TITULAR / COTITULAR: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Default="00855B0E" w:rsidP="00664D0A">
            <w:pPr>
              <w:rPr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lang w:val="es-ES"/>
                </w:rPr>
                <w:id w:val="-1436743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664D0A" w:rsidRPr="00101B25">
              <w:rPr>
                <w:lang w:val="es-ES"/>
              </w:rPr>
              <w:t>Se adjunta cuando resulta necesaria.</w:t>
            </w:r>
            <w:r w:rsidR="00664D0A" w:rsidRPr="00101B25">
              <w:rPr>
                <w:lang w:val="es-ES"/>
              </w:rPr>
              <w:br/>
            </w:r>
            <w:sdt>
              <w:sdtPr>
                <w:rPr>
                  <w:rFonts w:ascii="Segoe UI Symbol" w:hAnsi="Segoe UI Symbol" w:cs="Segoe UI Symbol"/>
                  <w:lang w:val="es-ES"/>
                </w:rPr>
                <w:id w:val="-137968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664D0A" w:rsidRPr="00101B25">
              <w:rPr>
                <w:lang w:val="es-ES"/>
              </w:rPr>
              <w:t>No resulta necesaria para la actuaci</w:t>
            </w:r>
            <w:r w:rsidR="00664D0A" w:rsidRPr="00101B25">
              <w:rPr>
                <w:rFonts w:cs="Calibri"/>
                <w:lang w:val="es-ES"/>
              </w:rPr>
              <w:t>ó</w:t>
            </w:r>
            <w:r w:rsidR="00664D0A" w:rsidRPr="00101B25">
              <w:rPr>
                <w:lang w:val="es-ES"/>
              </w:rPr>
              <w:t>n propuesta.</w:t>
            </w:r>
          </w:p>
          <w:p w:rsidR="00855B0E" w:rsidRPr="00101B25" w:rsidRDefault="00855B0E" w:rsidP="00664D0A">
            <w:pPr>
              <w:rPr>
                <w:lang w:val="es-ES"/>
              </w:rPr>
            </w:pPr>
            <w:sdt>
              <w:sdtPr>
                <w:id w:val="-98162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64D0A">
              <w:rPr>
                <w:lang w:val="es-ES"/>
              </w:rPr>
              <w:t xml:space="preserve"> No aplica</w:t>
            </w:r>
            <w:r>
              <w:rPr>
                <w:lang w:val="es-ES"/>
              </w:rPr>
              <w:t>.</w:t>
            </w:r>
            <w:bookmarkStart w:id="0" w:name="_GoBack"/>
            <w:bookmarkEnd w:id="0"/>
          </w:p>
        </w:tc>
      </w:tr>
    </w:tbl>
    <w:p w:rsidR="00D72B70" w:rsidRPr="00101B25" w:rsidRDefault="00D72B70">
      <w:pPr>
        <w:spacing w:after="0"/>
        <w:rPr>
          <w:lang w:val="es-ES"/>
        </w:rPr>
      </w:pPr>
    </w:p>
    <w:p w:rsidR="00D72B70" w:rsidRPr="00101B25" w:rsidRDefault="00664D0A">
      <w:pPr>
        <w:rPr>
          <w:lang w:val="es-ES"/>
        </w:rPr>
      </w:pPr>
      <w:r w:rsidRPr="00101B25">
        <w:rPr>
          <w:lang w:val="es-ES"/>
        </w:rPr>
        <w:br w:type="page"/>
      </w:r>
    </w:p>
    <w:tbl>
      <w:tblPr>
        <w:tblW w:w="0" w:type="auto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422"/>
        <w:gridCol w:w="4422"/>
      </w:tblGrid>
      <w:tr w:rsidR="00D72B70">
        <w:trPr>
          <w:tblHeader/>
          <w:jc w:val="center"/>
        </w:trPr>
        <w:tc>
          <w:tcPr>
            <w:tcW w:w="8844" w:type="dxa"/>
            <w:gridSpan w:val="2"/>
            <w:shd w:val="clear" w:color="auto" w:fill="F28E92"/>
          </w:tcPr>
          <w:p w:rsidR="00D72B70" w:rsidRPr="00101B25" w:rsidRDefault="00664D0A" w:rsidP="00101B25">
            <w:pPr>
              <w:spacing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DOCUMENTACIÓN ADJUNTA</w:t>
            </w:r>
          </w:p>
        </w:tc>
      </w:tr>
      <w:tr w:rsidR="00D72B70" w:rsidRPr="00664D0A">
        <w:trPr>
          <w:trHeight w:val="2721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Default="00664D0A">
            <w:pPr>
              <w:spacing w:before="0" w:after="0"/>
            </w:pPr>
            <w:r>
              <w:rPr>
                <w:b/>
                <w:color w:val="000000"/>
                <w:sz w:val="21"/>
              </w:rPr>
              <w:t>DOCUMENTACIÓN: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0A" w:rsidRDefault="00855B0E">
            <w:pPr>
              <w:spacing w:before="0" w:after="0"/>
              <w:rPr>
                <w:color w:val="000000"/>
                <w:sz w:val="21"/>
                <w:lang w:val="es-ES"/>
              </w:rPr>
            </w:pPr>
            <w:sdt>
              <w:sdtPr>
                <w:rPr>
                  <w:color w:val="000000"/>
                  <w:sz w:val="21"/>
                  <w:lang w:val="es-ES"/>
                </w:rPr>
                <w:id w:val="1099681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hint="eastAsia"/>
                    <w:color w:val="000000"/>
                    <w:sz w:val="21"/>
                    <w:lang w:val="es-ES"/>
                  </w:rPr>
                  <w:t>☐</w:t>
                </w:r>
              </w:sdtContent>
            </w:sdt>
            <w:r w:rsidR="00664D0A">
              <w:rPr>
                <w:color w:val="000000"/>
                <w:sz w:val="21"/>
                <w:lang w:val="es-ES"/>
              </w:rPr>
              <w:t xml:space="preserve"> </w:t>
            </w:r>
            <w:r w:rsidR="00664D0A" w:rsidRPr="00101B25">
              <w:rPr>
                <w:color w:val="000000"/>
                <w:sz w:val="21"/>
                <w:lang w:val="es-ES"/>
              </w:rPr>
              <w:t>Documento de conformidad de la entidad titular o cotitu</w:t>
            </w:r>
            <w:r w:rsidR="00664D0A">
              <w:rPr>
                <w:color w:val="000000"/>
                <w:sz w:val="21"/>
                <w:lang w:val="es-ES"/>
              </w:rPr>
              <w:t>lar, cuando resulte necesario.</w:t>
            </w:r>
          </w:p>
          <w:p w:rsidR="00664D0A" w:rsidRDefault="00855B0E">
            <w:pPr>
              <w:spacing w:before="0" w:after="0"/>
              <w:rPr>
                <w:color w:val="000000"/>
                <w:sz w:val="21"/>
                <w:lang w:val="es-ES"/>
              </w:rPr>
            </w:pPr>
            <w:sdt>
              <w:sdtPr>
                <w:rPr>
                  <w:color w:val="000000"/>
                  <w:sz w:val="21"/>
                  <w:lang w:val="es-ES"/>
                </w:rPr>
                <w:id w:val="-1919934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hint="eastAsia"/>
                    <w:color w:val="000000"/>
                    <w:sz w:val="21"/>
                    <w:lang w:val="es-ES"/>
                  </w:rPr>
                  <w:t>☐</w:t>
                </w:r>
              </w:sdtContent>
            </w:sdt>
            <w:r w:rsidR="00664D0A">
              <w:rPr>
                <w:color w:val="000000"/>
                <w:sz w:val="21"/>
                <w:lang w:val="es-ES"/>
              </w:rPr>
              <w:t xml:space="preserve"> </w:t>
            </w:r>
            <w:r w:rsidR="00664D0A" w:rsidRPr="00101B25">
              <w:rPr>
                <w:color w:val="000000"/>
                <w:sz w:val="21"/>
                <w:lang w:val="es-ES"/>
              </w:rPr>
              <w:t>Oferta o presupuesto relacionado con la actuación propue</w:t>
            </w:r>
            <w:r w:rsidR="00664D0A">
              <w:rPr>
                <w:color w:val="000000"/>
                <w:sz w:val="21"/>
                <w:lang w:val="es-ES"/>
              </w:rPr>
              <w:t>sta, cuando se disponga de él.</w:t>
            </w:r>
          </w:p>
          <w:p w:rsidR="00664D0A" w:rsidRDefault="00855B0E">
            <w:pPr>
              <w:spacing w:before="0" w:after="0"/>
              <w:rPr>
                <w:color w:val="000000"/>
                <w:sz w:val="21"/>
                <w:lang w:val="es-ES"/>
              </w:rPr>
            </w:pPr>
            <w:sdt>
              <w:sdtPr>
                <w:rPr>
                  <w:color w:val="000000"/>
                  <w:sz w:val="21"/>
                  <w:lang w:val="es-ES"/>
                </w:rPr>
                <w:id w:val="-234561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hint="eastAsia"/>
                    <w:color w:val="000000"/>
                    <w:sz w:val="21"/>
                    <w:lang w:val="es-ES"/>
                  </w:rPr>
                  <w:t>☐</w:t>
                </w:r>
              </w:sdtContent>
            </w:sdt>
            <w:r w:rsidR="00664D0A">
              <w:rPr>
                <w:color w:val="000000"/>
                <w:sz w:val="21"/>
                <w:lang w:val="es-ES"/>
              </w:rPr>
              <w:t xml:space="preserve"> </w:t>
            </w:r>
            <w:r w:rsidR="00664D0A" w:rsidRPr="00101B25">
              <w:rPr>
                <w:color w:val="000000"/>
                <w:sz w:val="21"/>
                <w:lang w:val="es-ES"/>
              </w:rPr>
              <w:t>Documentación relativa a derechos de propiedad industrial o intelectual, cuan</w:t>
            </w:r>
            <w:r w:rsidR="00664D0A">
              <w:rPr>
                <w:color w:val="000000"/>
                <w:sz w:val="21"/>
                <w:lang w:val="es-ES"/>
              </w:rPr>
              <w:t>do resulte pertinente.</w:t>
            </w:r>
          </w:p>
          <w:p w:rsidR="00664D0A" w:rsidRDefault="00855B0E" w:rsidP="00664D0A">
            <w:pPr>
              <w:spacing w:before="0" w:after="0"/>
              <w:rPr>
                <w:color w:val="000000"/>
                <w:sz w:val="21"/>
                <w:lang w:val="es-ES"/>
              </w:rPr>
            </w:pPr>
            <w:sdt>
              <w:sdtPr>
                <w:rPr>
                  <w:color w:val="000000"/>
                  <w:sz w:val="21"/>
                  <w:lang w:val="es-ES"/>
                </w:rPr>
                <w:id w:val="-181441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hint="eastAsia"/>
                    <w:color w:val="000000"/>
                    <w:sz w:val="21"/>
                    <w:lang w:val="es-ES"/>
                  </w:rPr>
                  <w:t>☐</w:t>
                </w:r>
              </w:sdtContent>
            </w:sdt>
            <w:r w:rsidR="00664D0A" w:rsidRPr="00101B25">
              <w:rPr>
                <w:color w:val="000000"/>
                <w:sz w:val="21"/>
                <w:lang w:val="es-ES"/>
              </w:rPr>
              <w:t xml:space="preserve"> Informes, referencias u otras evidencias relacionadas con la a</w:t>
            </w:r>
            <w:r w:rsidR="00664D0A">
              <w:rPr>
                <w:color w:val="000000"/>
                <w:sz w:val="21"/>
                <w:lang w:val="es-ES"/>
              </w:rPr>
              <w:t>ctuación propuesta, en su caso</w:t>
            </w:r>
          </w:p>
          <w:p w:rsidR="00D72B70" w:rsidRPr="00664D0A" w:rsidRDefault="00855B0E" w:rsidP="00664D0A">
            <w:pPr>
              <w:spacing w:before="0" w:after="0"/>
              <w:rPr>
                <w:color w:val="000000"/>
                <w:sz w:val="21"/>
                <w:lang w:val="es-ES"/>
              </w:rPr>
            </w:pPr>
            <w:sdt>
              <w:sdtPr>
                <w:rPr>
                  <w:color w:val="000000"/>
                  <w:sz w:val="21"/>
                  <w:lang w:val="es-ES"/>
                </w:rPr>
                <w:id w:val="1378826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hint="eastAsia"/>
                    <w:color w:val="000000"/>
                    <w:sz w:val="21"/>
                    <w:lang w:val="es-ES"/>
                  </w:rPr>
                  <w:t>☐</w:t>
                </w:r>
              </w:sdtContent>
            </w:sdt>
            <w:r w:rsidR="00664D0A" w:rsidRPr="00664D0A">
              <w:rPr>
                <w:color w:val="000000"/>
                <w:sz w:val="21"/>
                <w:lang w:val="es-ES"/>
              </w:rPr>
              <w:t xml:space="preserve"> Otra documentación complementaria: ______________________________</w:t>
            </w:r>
          </w:p>
        </w:tc>
      </w:tr>
    </w:tbl>
    <w:p w:rsidR="00D72B70" w:rsidRPr="00664D0A" w:rsidRDefault="00D72B70">
      <w:pPr>
        <w:spacing w:after="0"/>
        <w:rPr>
          <w:lang w:val="es-ES"/>
        </w:rPr>
      </w:pPr>
    </w:p>
    <w:tbl>
      <w:tblPr>
        <w:tblW w:w="0" w:type="auto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422"/>
        <w:gridCol w:w="4422"/>
      </w:tblGrid>
      <w:tr w:rsidR="00D72B70">
        <w:trPr>
          <w:tblHeader/>
          <w:jc w:val="center"/>
        </w:trPr>
        <w:tc>
          <w:tcPr>
            <w:tcW w:w="8844" w:type="dxa"/>
            <w:gridSpan w:val="2"/>
            <w:shd w:val="clear" w:color="auto" w:fill="F28E92"/>
          </w:tcPr>
          <w:p w:rsidR="00D72B70" w:rsidRPr="00101B25" w:rsidRDefault="00664D0A" w:rsidP="00101B25">
            <w:pPr>
              <w:spacing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DECLARACIONES RESPONSABLES</w:t>
            </w:r>
          </w:p>
        </w:tc>
      </w:tr>
      <w:tr w:rsidR="00D72B70" w:rsidRPr="00855B0E" w:rsidTr="00664D0A">
        <w:trPr>
          <w:trHeight w:val="1823"/>
          <w:jc w:val="center"/>
        </w:trPr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72B70" w:rsidRPr="00664D0A" w:rsidRDefault="00664D0A">
            <w:pPr>
              <w:spacing w:before="0" w:after="0"/>
              <w:rPr>
                <w:sz w:val="20"/>
                <w:szCs w:val="20"/>
              </w:rPr>
            </w:pPr>
            <w:r w:rsidRPr="00664D0A">
              <w:rPr>
                <w:b/>
                <w:color w:val="000000"/>
                <w:sz w:val="20"/>
                <w:szCs w:val="20"/>
              </w:rPr>
              <w:t>LA PERSONA SOLICITANTE DECLARA:</w:t>
            </w:r>
          </w:p>
        </w:tc>
        <w:tc>
          <w:tcPr>
            <w:tcW w:w="44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0A" w:rsidRDefault="00855B0E" w:rsidP="00664D0A">
            <w:pPr>
              <w:spacing w:before="0" w:after="0"/>
              <w:rPr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color w:val="000000"/>
                  <w:sz w:val="21"/>
                  <w:lang w:val="es-ES"/>
                </w:rPr>
                <w:id w:val="1079174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cs="Segoe UI Symbol" w:hint="eastAsia"/>
                    <w:color w:val="000000"/>
                    <w:sz w:val="21"/>
                    <w:lang w:val="es-ES"/>
                  </w:rPr>
                  <w:t>☐</w:t>
                </w:r>
              </w:sdtContent>
            </w:sdt>
            <w:r w:rsidR="00664D0A" w:rsidRPr="00664D0A">
              <w:rPr>
                <w:lang w:val="es-ES"/>
              </w:rPr>
              <w:t xml:space="preserve"> Que cumple los requisitos establecidos en las Bases Generales y en las bases específi</w:t>
            </w:r>
            <w:r w:rsidR="00664D0A">
              <w:rPr>
                <w:lang w:val="es-ES"/>
              </w:rPr>
              <w:t>cas de IDISCAM Transfiere 2026.</w:t>
            </w:r>
          </w:p>
          <w:p w:rsidR="00664D0A" w:rsidRDefault="00855B0E" w:rsidP="00664D0A">
            <w:pPr>
              <w:spacing w:before="0" w:after="0"/>
              <w:rPr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lang w:val="es-ES"/>
                </w:rPr>
                <w:id w:val="1650329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664D0A" w:rsidRPr="00664D0A">
              <w:rPr>
                <w:lang w:val="es-ES"/>
              </w:rPr>
              <w:t xml:space="preserve"> Que los datos y la documentaci</w:t>
            </w:r>
            <w:r w:rsidR="00664D0A" w:rsidRPr="00664D0A">
              <w:rPr>
                <w:rFonts w:cs="Calibri"/>
                <w:lang w:val="es-ES"/>
              </w:rPr>
              <w:t>ó</w:t>
            </w:r>
            <w:r w:rsidR="00664D0A">
              <w:rPr>
                <w:lang w:val="es-ES"/>
              </w:rPr>
              <w:t>n aportados son veraces.</w:t>
            </w:r>
          </w:p>
          <w:p w:rsidR="00664D0A" w:rsidRDefault="00855B0E" w:rsidP="00664D0A">
            <w:pPr>
              <w:spacing w:before="0" w:after="0"/>
              <w:rPr>
                <w:lang w:val="es-ES"/>
              </w:rPr>
            </w:pPr>
            <w:sdt>
              <w:sdtPr>
                <w:rPr>
                  <w:lang w:val="es-ES"/>
                </w:rPr>
                <w:id w:val="1406952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664D0A" w:rsidRPr="00664D0A">
              <w:rPr>
                <w:lang w:val="es-ES"/>
              </w:rPr>
              <w:t xml:space="preserve"> Que la actuaci</w:t>
            </w:r>
            <w:r w:rsidR="00664D0A" w:rsidRPr="00664D0A">
              <w:rPr>
                <w:rFonts w:cs="Calibri"/>
                <w:lang w:val="es-ES"/>
              </w:rPr>
              <w:t>ó</w:t>
            </w:r>
            <w:r w:rsidR="00664D0A" w:rsidRPr="00664D0A">
              <w:rPr>
                <w:lang w:val="es-ES"/>
              </w:rPr>
              <w:t>n propuesta est</w:t>
            </w:r>
            <w:r w:rsidR="00664D0A" w:rsidRPr="00664D0A">
              <w:rPr>
                <w:rFonts w:cs="Calibri"/>
                <w:lang w:val="es-ES"/>
              </w:rPr>
              <w:t>á</w:t>
            </w:r>
            <w:r w:rsidR="00664D0A" w:rsidRPr="00664D0A">
              <w:rPr>
                <w:lang w:val="es-ES"/>
              </w:rPr>
              <w:t xml:space="preserve"> directamente vinculada al resultado identificado</w:t>
            </w:r>
            <w:r w:rsidR="00664D0A">
              <w:rPr>
                <w:lang w:val="es-ES"/>
              </w:rPr>
              <w:t xml:space="preserve"> en la solicitud.</w:t>
            </w:r>
          </w:p>
          <w:p w:rsidR="00664D0A" w:rsidRDefault="00855B0E" w:rsidP="00664D0A">
            <w:pPr>
              <w:spacing w:before="0" w:after="0"/>
              <w:rPr>
                <w:lang w:val="es-ES"/>
              </w:rPr>
            </w:pPr>
            <w:sdt>
              <w:sdtPr>
                <w:rPr>
                  <w:lang w:val="es-ES"/>
                </w:rPr>
                <w:id w:val="-402683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664D0A" w:rsidRPr="00664D0A">
              <w:rPr>
                <w:lang w:val="es-ES"/>
              </w:rPr>
              <w:t xml:space="preserve"> Que la informaci</w:t>
            </w:r>
            <w:r w:rsidR="00664D0A" w:rsidRPr="00664D0A">
              <w:rPr>
                <w:rFonts w:cs="Calibri"/>
                <w:lang w:val="es-ES"/>
              </w:rPr>
              <w:t>ó</w:t>
            </w:r>
            <w:r w:rsidR="00664D0A" w:rsidRPr="00664D0A">
              <w:rPr>
                <w:lang w:val="es-ES"/>
              </w:rPr>
              <w:t>n declarada sobre la titularidad o cotitularidad del resultado es corre</w:t>
            </w:r>
            <w:r w:rsidR="00664D0A">
              <w:rPr>
                <w:lang w:val="es-ES"/>
              </w:rPr>
              <w:t>cta, cuando resulte aplicable.</w:t>
            </w:r>
          </w:p>
          <w:p w:rsidR="00664D0A" w:rsidRDefault="00855B0E" w:rsidP="00664D0A">
            <w:pPr>
              <w:spacing w:before="0" w:after="0"/>
              <w:rPr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lang w:val="es-ES"/>
                </w:rPr>
                <w:id w:val="843522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664D0A" w:rsidRPr="00664D0A">
              <w:rPr>
                <w:lang w:val="es-ES"/>
              </w:rPr>
              <w:t xml:space="preserve"> Que conoce y acepta las condiciones de participaci</w:t>
            </w:r>
            <w:r w:rsidR="00664D0A" w:rsidRPr="00664D0A">
              <w:rPr>
                <w:rFonts w:cs="Calibri"/>
                <w:lang w:val="es-ES"/>
              </w:rPr>
              <w:t>ó</w:t>
            </w:r>
            <w:r w:rsidR="00664D0A" w:rsidRPr="00664D0A">
              <w:rPr>
                <w:lang w:val="es-ES"/>
              </w:rPr>
              <w:t>n y de gesti</w:t>
            </w:r>
            <w:r w:rsidR="00664D0A" w:rsidRPr="00664D0A">
              <w:rPr>
                <w:rFonts w:cs="Calibri"/>
                <w:lang w:val="es-ES"/>
              </w:rPr>
              <w:t>ó</w:t>
            </w:r>
            <w:r w:rsidR="00664D0A" w:rsidRPr="00664D0A">
              <w:rPr>
                <w:lang w:val="es-ES"/>
              </w:rPr>
              <w:t>n de la financiaci</w:t>
            </w:r>
            <w:r w:rsidR="00664D0A" w:rsidRPr="00664D0A">
              <w:rPr>
                <w:rFonts w:cs="Calibri"/>
                <w:lang w:val="es-ES"/>
              </w:rPr>
              <w:t>ó</w:t>
            </w:r>
            <w:r w:rsidR="00664D0A">
              <w:rPr>
                <w:lang w:val="es-ES"/>
              </w:rPr>
              <w:t>n concedida.</w:t>
            </w:r>
          </w:p>
          <w:p w:rsidR="00664D0A" w:rsidRDefault="00855B0E" w:rsidP="00664D0A">
            <w:pPr>
              <w:spacing w:before="0" w:after="0"/>
              <w:rPr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lang w:val="es-ES"/>
                </w:rPr>
                <w:id w:val="696133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664D0A" w:rsidRPr="00664D0A">
              <w:rPr>
                <w:lang w:val="es-ES"/>
              </w:rPr>
              <w:t xml:space="preserve"> Que autoriza a IDISCAM a realizar las comprobaciones necesarias para verificar los requisitos y criterios de evaluación e</w:t>
            </w:r>
            <w:r w:rsidR="00664D0A">
              <w:rPr>
                <w:lang w:val="es-ES"/>
              </w:rPr>
              <w:t>stablecidos en la convocatoria.</w:t>
            </w:r>
          </w:p>
          <w:p w:rsidR="00664D0A" w:rsidRDefault="00855B0E" w:rsidP="00664D0A">
            <w:pPr>
              <w:spacing w:before="0" w:after="0"/>
              <w:rPr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lang w:val="es-ES"/>
                </w:rPr>
                <w:id w:val="1700890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664D0A" w:rsidRPr="00664D0A">
              <w:rPr>
                <w:lang w:val="es-ES"/>
              </w:rPr>
              <w:t xml:space="preserve"> Que conoce que la elegibilidad y adecuaci</w:t>
            </w:r>
            <w:r w:rsidR="00664D0A" w:rsidRPr="00664D0A">
              <w:rPr>
                <w:rFonts w:cs="Calibri"/>
                <w:lang w:val="es-ES"/>
              </w:rPr>
              <w:t>ó</w:t>
            </w:r>
            <w:r w:rsidR="00664D0A" w:rsidRPr="00664D0A">
              <w:rPr>
                <w:lang w:val="es-ES"/>
              </w:rPr>
              <w:t>n del gasto a la actuaci</w:t>
            </w:r>
            <w:r w:rsidR="00664D0A" w:rsidRPr="00664D0A">
              <w:rPr>
                <w:rFonts w:cs="Calibri"/>
                <w:lang w:val="es-ES"/>
              </w:rPr>
              <w:t>ó</w:t>
            </w:r>
            <w:r w:rsidR="00664D0A" w:rsidRPr="00664D0A">
              <w:rPr>
                <w:lang w:val="es-ES"/>
              </w:rPr>
              <w:t>n financiada ser</w:t>
            </w:r>
            <w:r w:rsidR="00664D0A" w:rsidRPr="00664D0A">
              <w:rPr>
                <w:rFonts w:cs="Calibri"/>
                <w:lang w:val="es-ES"/>
              </w:rPr>
              <w:t>á</w:t>
            </w:r>
            <w:r w:rsidR="00664D0A" w:rsidRPr="00664D0A">
              <w:rPr>
                <w:lang w:val="es-ES"/>
              </w:rPr>
              <w:t xml:space="preserve"> verificada por la FHNP, como órgano gestor de IDISCAM, con c</w:t>
            </w:r>
            <w:r w:rsidR="00664D0A">
              <w:rPr>
                <w:lang w:val="es-ES"/>
              </w:rPr>
              <w:t>arácter previo a su ejecución.</w:t>
            </w:r>
          </w:p>
          <w:p w:rsidR="00D72B70" w:rsidRPr="00101B25" w:rsidRDefault="00855B0E" w:rsidP="00664D0A">
            <w:pPr>
              <w:spacing w:before="0" w:after="0"/>
              <w:rPr>
                <w:lang w:val="es-ES"/>
              </w:rPr>
            </w:pPr>
            <w:sdt>
              <w:sdtPr>
                <w:rPr>
                  <w:rFonts w:ascii="Segoe UI Symbol" w:hAnsi="Segoe UI Symbol" w:cs="Segoe UI Symbol"/>
                  <w:lang w:val="es-ES"/>
                </w:rPr>
                <w:id w:val="1304733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D0A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="00664D0A" w:rsidRPr="00664D0A">
              <w:rPr>
                <w:lang w:val="es-ES"/>
              </w:rPr>
              <w:t xml:space="preserve"> Que, una vez realizada la actuaci</w:t>
            </w:r>
            <w:r w:rsidR="00664D0A" w:rsidRPr="00664D0A">
              <w:rPr>
                <w:rFonts w:cs="Calibri"/>
                <w:lang w:val="es-ES"/>
              </w:rPr>
              <w:t>ó</w:t>
            </w:r>
            <w:r w:rsidR="00664D0A" w:rsidRPr="00664D0A">
              <w:rPr>
                <w:lang w:val="es-ES"/>
              </w:rPr>
              <w:t>n, comunicar</w:t>
            </w:r>
            <w:r w:rsidR="00664D0A" w:rsidRPr="00664D0A">
              <w:rPr>
                <w:rFonts w:cs="Calibri"/>
                <w:lang w:val="es-ES"/>
              </w:rPr>
              <w:t>á</w:t>
            </w:r>
            <w:r w:rsidR="00664D0A" w:rsidRPr="00664D0A">
              <w:rPr>
                <w:lang w:val="es-ES"/>
              </w:rPr>
              <w:t xml:space="preserve"> su finalizaci</w:t>
            </w:r>
            <w:r w:rsidR="00664D0A" w:rsidRPr="00664D0A">
              <w:rPr>
                <w:rFonts w:cs="Calibri"/>
                <w:lang w:val="es-ES"/>
              </w:rPr>
              <w:t>ó</w:t>
            </w:r>
            <w:r w:rsidR="00664D0A" w:rsidRPr="00664D0A">
              <w:rPr>
                <w:lang w:val="es-ES"/>
              </w:rPr>
              <w:t>n y facilitar</w:t>
            </w:r>
            <w:r w:rsidR="00664D0A" w:rsidRPr="00664D0A">
              <w:rPr>
                <w:rFonts w:cs="Calibri"/>
                <w:lang w:val="es-ES"/>
              </w:rPr>
              <w:t>á</w:t>
            </w:r>
            <w:r w:rsidR="00664D0A" w:rsidRPr="00664D0A">
              <w:rPr>
                <w:lang w:val="es-ES"/>
              </w:rPr>
              <w:t>, cuando proceda, la documentaci</w:t>
            </w:r>
            <w:r w:rsidR="00664D0A" w:rsidRPr="00664D0A">
              <w:rPr>
                <w:rFonts w:cs="Calibri"/>
                <w:lang w:val="es-ES"/>
              </w:rPr>
              <w:t>ó</w:t>
            </w:r>
            <w:r w:rsidR="00664D0A" w:rsidRPr="00664D0A">
              <w:rPr>
                <w:lang w:val="es-ES"/>
              </w:rPr>
              <w:t>n o informaci</w:t>
            </w:r>
            <w:r w:rsidR="00664D0A" w:rsidRPr="00664D0A">
              <w:rPr>
                <w:rFonts w:cs="Calibri"/>
                <w:lang w:val="es-ES"/>
              </w:rPr>
              <w:t>ó</w:t>
            </w:r>
            <w:r w:rsidR="00664D0A" w:rsidRPr="00664D0A">
              <w:rPr>
                <w:lang w:val="es-ES"/>
              </w:rPr>
              <w:t>n necesaria para acreditar su ejecuci</w:t>
            </w:r>
            <w:r w:rsidR="00664D0A" w:rsidRPr="00664D0A">
              <w:rPr>
                <w:rFonts w:cs="Calibri"/>
                <w:lang w:val="es-ES"/>
              </w:rPr>
              <w:t>ó</w:t>
            </w:r>
            <w:r w:rsidR="00664D0A" w:rsidRPr="00664D0A">
              <w:rPr>
                <w:lang w:val="es-ES"/>
              </w:rPr>
              <w:t>n.</w:t>
            </w:r>
          </w:p>
        </w:tc>
      </w:tr>
    </w:tbl>
    <w:p w:rsidR="00D72B70" w:rsidRPr="00101B25" w:rsidRDefault="00D72B70">
      <w:pPr>
        <w:spacing w:after="0"/>
        <w:rPr>
          <w:lang w:val="es-ES"/>
        </w:rPr>
      </w:pPr>
    </w:p>
    <w:p w:rsidR="00D72B70" w:rsidRDefault="00664D0A">
      <w:pPr>
        <w:spacing w:before="240" w:after="960"/>
        <w:rPr>
          <w:b/>
          <w:lang w:val="es-ES"/>
        </w:rPr>
      </w:pPr>
      <w:r w:rsidRPr="00101B25">
        <w:rPr>
          <w:b/>
          <w:lang w:val="es-ES"/>
        </w:rPr>
        <w:t>Firma de la persona solicitante:</w:t>
      </w:r>
    </w:p>
    <w:p w:rsidR="00664D0A" w:rsidRPr="00101B25" w:rsidRDefault="00664D0A">
      <w:pPr>
        <w:spacing w:before="240" w:after="960"/>
        <w:rPr>
          <w:lang w:val="es-ES"/>
        </w:rPr>
      </w:pPr>
    </w:p>
    <w:p w:rsidR="00D72B70" w:rsidRPr="00664D0A" w:rsidRDefault="00664D0A">
      <w:pPr>
        <w:spacing w:after="560"/>
        <w:rPr>
          <w:lang w:val="es-ES"/>
        </w:rPr>
      </w:pPr>
      <w:r w:rsidRPr="00664D0A">
        <w:rPr>
          <w:lang w:val="es-ES"/>
        </w:rPr>
        <w:t>A fecha de firma digital.</w:t>
      </w:r>
    </w:p>
    <w:tbl>
      <w:tblPr>
        <w:tblW w:w="0" w:type="auto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ook w:val="04A0" w:firstRow="1" w:lastRow="0" w:firstColumn="1" w:lastColumn="0" w:noHBand="0" w:noVBand="1"/>
      </w:tblPr>
      <w:tblGrid>
        <w:gridCol w:w="8822"/>
      </w:tblGrid>
      <w:tr w:rsidR="00D72B70">
        <w:trPr>
          <w:jc w:val="center"/>
        </w:trPr>
        <w:tc>
          <w:tcPr>
            <w:tcW w:w="8838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2B70" w:rsidRDefault="00664D0A">
            <w:pPr>
              <w:spacing w:before="0" w:after="0"/>
            </w:pPr>
            <w:r>
              <w:rPr>
                <w:b/>
                <w:color w:val="000000"/>
              </w:rPr>
              <w:t>INSTRUCCIONES PARA EL ENVÍO</w:t>
            </w:r>
          </w:p>
        </w:tc>
      </w:tr>
      <w:tr w:rsidR="00D72B70" w:rsidRPr="00855B0E">
        <w:trPr>
          <w:jc w:val="center"/>
        </w:trPr>
        <w:tc>
          <w:tcPr>
            <w:tcW w:w="8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2B70" w:rsidRPr="00101B25" w:rsidRDefault="00664D0A" w:rsidP="00664D0A">
            <w:pPr>
              <w:rPr>
                <w:lang w:val="es-ES"/>
              </w:rPr>
            </w:pPr>
            <w:r w:rsidRPr="00101B25">
              <w:rPr>
                <w:lang w:val="es-ES"/>
              </w:rPr>
              <w:t>IMPORTANTE: Este apartado de instrucciones deberá eliminarse antes de generar el documento definitivo en formato PDF.</w:t>
            </w:r>
          </w:p>
          <w:p w:rsidR="00D72B70" w:rsidRPr="00101B25" w:rsidRDefault="00664D0A" w:rsidP="00664D0A">
            <w:pPr>
              <w:rPr>
                <w:lang w:val="es-ES"/>
              </w:rPr>
            </w:pPr>
            <w:r w:rsidRPr="00101B25">
              <w:rPr>
                <w:lang w:val="es-ES"/>
              </w:rPr>
              <w:t>Una vez cumplimentado el formulario, deberá generarse una copia en formato PDF y nombrarse utilizando la inicial del nombre y el primer apellido de la persona solicitante, seguidos del término T</w:t>
            </w:r>
            <w:r>
              <w:rPr>
                <w:lang w:val="es-ES"/>
              </w:rPr>
              <w:t>RANSFIERE</w:t>
            </w:r>
            <w:r w:rsidRPr="00101B25">
              <w:rPr>
                <w:lang w:val="es-ES"/>
              </w:rPr>
              <w:t>2026.</w:t>
            </w:r>
          </w:p>
          <w:p w:rsidR="00D72B70" w:rsidRPr="00664D0A" w:rsidRDefault="00664D0A" w:rsidP="00664D0A">
            <w:pPr>
              <w:rPr>
                <w:b/>
                <w:lang w:val="es-ES"/>
              </w:rPr>
            </w:pPr>
            <w:r>
              <w:rPr>
                <w:b/>
                <w:lang w:val="es-ES"/>
              </w:rPr>
              <w:t>Ejemplo: M_Salas_TRANSFIERE</w:t>
            </w:r>
            <w:r w:rsidRPr="00664D0A">
              <w:rPr>
                <w:b/>
                <w:lang w:val="es-ES"/>
              </w:rPr>
              <w:t>2026.pdf</w:t>
            </w:r>
          </w:p>
          <w:p w:rsidR="00664D0A" w:rsidRDefault="00664D0A" w:rsidP="00664D0A">
            <w:pPr>
              <w:rPr>
                <w:lang w:val="es-ES"/>
              </w:rPr>
            </w:pPr>
            <w:r w:rsidRPr="00101B25">
              <w:rPr>
                <w:lang w:val="es-ES"/>
              </w:rPr>
              <w:t xml:space="preserve">El documento en formato PDF deberá remitirse por correo electrónico a </w:t>
            </w:r>
            <w:hyperlink r:id="rId8" w:history="1">
              <w:r w:rsidRPr="00BD4CEC">
                <w:rPr>
                  <w:rStyle w:val="Hipervnculo"/>
                  <w:lang w:val="es-ES"/>
                </w:rPr>
                <w:t>secretaria@idiscam.es</w:t>
              </w:r>
            </w:hyperlink>
          </w:p>
          <w:p w:rsidR="00D72B70" w:rsidRPr="00101B25" w:rsidRDefault="00664D0A" w:rsidP="00664D0A">
            <w:pPr>
              <w:rPr>
                <w:lang w:val="es-ES"/>
              </w:rPr>
            </w:pPr>
            <w:proofErr w:type="gramStart"/>
            <w:r w:rsidRPr="00101B25">
              <w:rPr>
                <w:lang w:val="es-ES"/>
              </w:rPr>
              <w:t>de</w:t>
            </w:r>
            <w:proofErr w:type="gramEnd"/>
            <w:r w:rsidRPr="00101B25">
              <w:rPr>
                <w:lang w:val="es-ES"/>
              </w:rPr>
              <w:t xml:space="preserve"> acuerdo con las indicaciones establecidas en las bases.</w:t>
            </w:r>
          </w:p>
        </w:tc>
      </w:tr>
    </w:tbl>
    <w:p w:rsidR="000676C0" w:rsidRPr="00101B25" w:rsidRDefault="000676C0">
      <w:pPr>
        <w:rPr>
          <w:lang w:val="es-ES"/>
        </w:rPr>
      </w:pPr>
    </w:p>
    <w:sectPr w:rsidR="000676C0" w:rsidRPr="00101B25" w:rsidSect="00DF37A5">
      <w:headerReference w:type="default" r:id="rId9"/>
      <w:footerReference w:type="default" r:id="rId10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7A5" w:rsidRDefault="00DF37A5" w:rsidP="00DF37A5">
      <w:pPr>
        <w:spacing w:before="0" w:after="0" w:line="240" w:lineRule="auto"/>
      </w:pPr>
      <w:r>
        <w:separator/>
      </w:r>
    </w:p>
  </w:endnote>
  <w:endnote w:type="continuationSeparator" w:id="0">
    <w:p w:rsidR="00DF37A5" w:rsidRDefault="00DF37A5" w:rsidP="00DF37A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9724030"/>
      <w:docPartObj>
        <w:docPartGallery w:val="Page Numbers (Bottom of Page)"/>
        <w:docPartUnique/>
      </w:docPartObj>
    </w:sdtPr>
    <w:sdtEndPr/>
    <w:sdtContent>
      <w:p w:rsidR="00DF37A5" w:rsidRDefault="00DF37A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B0E" w:rsidRPr="00855B0E">
          <w:rPr>
            <w:noProof/>
            <w:lang w:val="es-ES"/>
          </w:rPr>
          <w:t>6</w:t>
        </w:r>
        <w:r>
          <w:fldChar w:fldCharType="end"/>
        </w:r>
      </w:p>
    </w:sdtContent>
  </w:sdt>
  <w:p w:rsidR="00DF37A5" w:rsidRDefault="00DF37A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7A5" w:rsidRDefault="00DF37A5" w:rsidP="00DF37A5">
      <w:pPr>
        <w:spacing w:before="0" w:after="0" w:line="240" w:lineRule="auto"/>
      </w:pPr>
      <w:r>
        <w:separator/>
      </w:r>
    </w:p>
  </w:footnote>
  <w:footnote w:type="continuationSeparator" w:id="0">
    <w:p w:rsidR="00DF37A5" w:rsidRDefault="00DF37A5" w:rsidP="00DF37A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7A5" w:rsidRDefault="00DF37A5">
    <w:pPr>
      <w:pStyle w:val="Encabezado"/>
    </w:pPr>
    <w:r>
      <w:rPr>
        <w:noProof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2170E906" wp14:editId="03A84088">
          <wp:simplePos x="0" y="0"/>
          <wp:positionH relativeFrom="margin">
            <wp:posOffset>4834393</wp:posOffset>
          </wp:positionH>
          <wp:positionV relativeFrom="paragraph">
            <wp:posOffset>87464</wp:posOffset>
          </wp:positionV>
          <wp:extent cx="774598" cy="483577"/>
          <wp:effectExtent l="0" t="0" r="698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JC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98" cy="483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noProof/>
        <w:color w:val="595959" w:themeColor="text1" w:themeTint="A6"/>
        <w:sz w:val="18"/>
        <w:szCs w:val="18"/>
        <w:lang w:val="es-ES" w:eastAsia="es-ES"/>
      </w:rPr>
      <w:drawing>
        <wp:inline distT="0" distB="0" distL="0" distR="0" wp14:anchorId="68C06178" wp14:editId="37681E0C">
          <wp:extent cx="912678" cy="442443"/>
          <wp:effectExtent l="0" t="0" r="190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equeño 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17" cy="455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F37A5" w:rsidRDefault="00DF37A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76C0"/>
    <w:rsid w:val="000B551F"/>
    <w:rsid w:val="00101B25"/>
    <w:rsid w:val="00135A08"/>
    <w:rsid w:val="0015074B"/>
    <w:rsid w:val="001A3C0F"/>
    <w:rsid w:val="001E30A0"/>
    <w:rsid w:val="001F75B8"/>
    <w:rsid w:val="0029639D"/>
    <w:rsid w:val="00326F90"/>
    <w:rsid w:val="004F186D"/>
    <w:rsid w:val="004F2959"/>
    <w:rsid w:val="00664D0A"/>
    <w:rsid w:val="006667BC"/>
    <w:rsid w:val="006F66AD"/>
    <w:rsid w:val="0071735B"/>
    <w:rsid w:val="00811D1E"/>
    <w:rsid w:val="00855B0E"/>
    <w:rsid w:val="008A50B0"/>
    <w:rsid w:val="008F7F59"/>
    <w:rsid w:val="009E42C8"/>
    <w:rsid w:val="00A21D2C"/>
    <w:rsid w:val="00AA1D8D"/>
    <w:rsid w:val="00AD3275"/>
    <w:rsid w:val="00B43AD8"/>
    <w:rsid w:val="00B47730"/>
    <w:rsid w:val="00BF0488"/>
    <w:rsid w:val="00C804FF"/>
    <w:rsid w:val="00C92749"/>
    <w:rsid w:val="00CB0664"/>
    <w:rsid w:val="00CF579C"/>
    <w:rsid w:val="00D72B70"/>
    <w:rsid w:val="00DF1174"/>
    <w:rsid w:val="00DF1464"/>
    <w:rsid w:val="00DF37A5"/>
    <w:rsid w:val="00E451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5:docId w15:val="{2B7FDC96-2F7F-4ED6-A12C-FFD72320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AD8"/>
    <w:pPr>
      <w:spacing w:before="120" w:after="120"/>
      <w:jc w:val="both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B43AD8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595959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B43AD8"/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uesto">
    <w:name w:val="Title"/>
    <w:basedOn w:val="Normal"/>
    <w:next w:val="Normal"/>
    <w:link w:val="Puest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C804FF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C927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927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92749"/>
    <w:rPr>
      <w:rFonts w:ascii="Calibri" w:hAnsi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927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92749"/>
    <w:rPr>
      <w:rFonts w:ascii="Calibri" w:hAnsi="Calibri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274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2749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35A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@idiscam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B3622-4E98-4767-9D6C-5CB60C7E586F}"/>
      </w:docPartPr>
      <w:docPartBody>
        <w:p w:rsidR="00BE3DF9" w:rsidRDefault="00AE4113">
          <w:r w:rsidRPr="00BD4CEC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113"/>
    <w:rsid w:val="00AE4113"/>
    <w:rsid w:val="00BE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E411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ED7E719-6FAA-413D-B06A-F5E177856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717</Words>
  <Characters>3946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Solicitud IDISCAM Highlights 2026</vt:lpstr>
      <vt:lpstr/>
    </vt:vector>
  </TitlesOfParts>
  <Manager/>
  <Company/>
  <LinksUpToDate>false</LinksUpToDate>
  <CharactersWithSpaces>4654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IDISCAM Transfiere 2026</dc:title>
  <dc:subject>Modelo de solicitud IDISCAM Transfiere 2026</dc:subject>
  <dc:creator>IDISCAM</dc:creator>
  <cp:keywords/>
  <dc:description>generated by python-docx</dc:description>
  <cp:lastModifiedBy>BEATRIZ GALLEGO GOMEZ</cp:lastModifiedBy>
  <cp:revision>12</cp:revision>
  <dcterms:created xsi:type="dcterms:W3CDTF">2026-09-11T12:41:00Z</dcterms:created>
  <dcterms:modified xsi:type="dcterms:W3CDTF">2026-09-28T08:27:00Z</dcterms:modified>
  <cp:category/>
</cp:coreProperties>
</file>