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59" w:rsidRPr="006667BC" w:rsidRDefault="00135A08">
      <w:pPr>
        <w:pStyle w:val="Ttulo1"/>
        <w:spacing w:after="160"/>
        <w:rPr>
          <w:lang w:val="es-ES"/>
        </w:rPr>
      </w:pPr>
      <w:r w:rsidRPr="006667BC">
        <w:rPr>
          <w:rFonts w:ascii="Arial" w:hAnsi="Arial"/>
          <w:color w:val="F28E92"/>
          <w:lang w:val="es-ES"/>
        </w:rPr>
        <w:t>IDISCAM HIGHLIGHTS 2026</w:t>
      </w:r>
    </w:p>
    <w:p w:rsidR="008F7F59" w:rsidRPr="00B43AD8" w:rsidRDefault="00135A08" w:rsidP="00B43AD8">
      <w:pPr>
        <w:rPr>
          <w:lang w:val="es-ES"/>
        </w:rPr>
      </w:pPr>
      <w:r w:rsidRPr="00B43AD8">
        <w:rPr>
          <w:lang w:val="es-ES"/>
        </w:rPr>
        <w:t xml:space="preserve">Mecanismo de apoyo para el reconocimiento de publicaciones científicas destacadas de investigadores/as adscritos a IDISCAM. La solicitud deberá cumplimentarse conforme a las bases específicas de IDISCAM </w:t>
      </w:r>
      <w:proofErr w:type="spellStart"/>
      <w:r w:rsidRPr="00B43AD8">
        <w:rPr>
          <w:lang w:val="es-ES"/>
        </w:rPr>
        <w:t>Highlights</w:t>
      </w:r>
      <w:proofErr w:type="spellEnd"/>
      <w:r w:rsidRPr="00B43AD8">
        <w:rPr>
          <w:lang w:val="es-ES"/>
        </w:rPr>
        <w:t xml:space="preserve"> 2026.</w:t>
      </w:r>
    </w:p>
    <w:tbl>
      <w:tblPr>
        <w:tblW w:w="0" w:type="auto"/>
        <w:jc w:val="center"/>
        <w:tblBorders>
          <w:top w:val="single" w:sz="6" w:space="0" w:color="404040" w:themeColor="text1" w:themeTint="BF"/>
          <w:left w:val="single" w:sz="6" w:space="0" w:color="404040" w:themeColor="text1" w:themeTint="BF"/>
          <w:bottom w:val="single" w:sz="6" w:space="0" w:color="404040" w:themeColor="text1" w:themeTint="BF"/>
          <w:right w:val="single" w:sz="6" w:space="0" w:color="404040" w:themeColor="text1" w:themeTint="BF"/>
          <w:insideH w:val="single" w:sz="6" w:space="0" w:color="404040" w:themeColor="text1" w:themeTint="BF"/>
          <w:insideV w:val="single" w:sz="6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8F7F59" w:rsidRPr="006667BC" w:rsidTr="00B43AD8">
        <w:trPr>
          <w:trHeight w:val="378"/>
          <w:jc w:val="center"/>
        </w:trPr>
        <w:tc>
          <w:tcPr>
            <w:tcW w:w="4535" w:type="dxa"/>
            <w:gridSpan w:val="2"/>
            <w:shd w:val="clear" w:color="auto" w:fill="F28E9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before="0" w:after="0" w:line="240" w:lineRule="auto"/>
              <w:rPr>
                <w:b/>
                <w:lang w:val="es-ES"/>
              </w:rPr>
            </w:pPr>
            <w:r w:rsidRPr="00B43AD8">
              <w:rPr>
                <w:b/>
                <w:color w:val="FFFFFF" w:themeColor="background1"/>
                <w:lang w:val="es-ES"/>
              </w:rPr>
              <w:t>DATOS DE LA PERSONA SOLICITANTE</w:t>
            </w:r>
          </w:p>
        </w:tc>
      </w:tr>
      <w:tr w:rsidR="008F7F59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line="240" w:lineRule="auto"/>
              <w:rPr>
                <w:b/>
              </w:rPr>
            </w:pPr>
            <w:r w:rsidRPr="00B43AD8">
              <w:rPr>
                <w:b/>
              </w:rPr>
              <w:t>NOMBRE Y APELLIDOS: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8F7F59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line="240" w:lineRule="auto"/>
              <w:rPr>
                <w:b/>
              </w:rPr>
            </w:pPr>
            <w:r w:rsidRPr="00B43AD8">
              <w:rPr>
                <w:b/>
              </w:rPr>
              <w:t>DNI / NIE: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8F7F59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line="240" w:lineRule="auto"/>
              <w:rPr>
                <w:b/>
              </w:rPr>
            </w:pPr>
            <w:r w:rsidRPr="00B43AD8">
              <w:rPr>
                <w:b/>
              </w:rPr>
              <w:t>ENTIDAD / CENTRO: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8F7F59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line="240" w:lineRule="auto"/>
              <w:rPr>
                <w:b/>
              </w:rPr>
            </w:pPr>
            <w:r w:rsidRPr="00B43AD8">
              <w:rPr>
                <w:b/>
              </w:rPr>
              <w:t>GRUPO DE INVESTIGACIÓN IDISCAM: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8F7F59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line="240" w:lineRule="auto"/>
              <w:rPr>
                <w:b/>
              </w:rPr>
            </w:pPr>
            <w:r w:rsidRPr="00B43AD8">
              <w:rPr>
                <w:b/>
              </w:rPr>
              <w:t>CATEGORÍA PROFESIONAL: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8F7F59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line="240" w:lineRule="auto"/>
              <w:rPr>
                <w:b/>
              </w:rPr>
            </w:pPr>
            <w:r w:rsidRPr="00B43AD8">
              <w:rPr>
                <w:b/>
              </w:rPr>
              <w:t>EMAIL / TELÉFONO: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8F7F59" w:rsidTr="00B43AD8">
        <w:trPr>
          <w:jc w:val="center"/>
        </w:trPr>
        <w:tc>
          <w:tcPr>
            <w:tcW w:w="4535" w:type="dxa"/>
            <w:tcBorders>
              <w:bottom w:val="single" w:sz="6" w:space="0" w:color="404040" w:themeColor="text1" w:themeTint="B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line="240" w:lineRule="auto"/>
              <w:rPr>
                <w:b/>
              </w:rPr>
            </w:pPr>
            <w:r w:rsidRPr="00B43AD8">
              <w:rPr>
                <w:b/>
              </w:rPr>
              <w:t>ORCID:</w:t>
            </w:r>
          </w:p>
        </w:tc>
        <w:tc>
          <w:tcPr>
            <w:tcW w:w="4535" w:type="dxa"/>
            <w:tcBorders>
              <w:bottom w:val="single" w:sz="6" w:space="0" w:color="404040" w:themeColor="text1" w:themeTint="B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B43AD8" w:rsidTr="00B43AD8">
        <w:trPr>
          <w:jc w:val="center"/>
        </w:trPr>
        <w:tc>
          <w:tcPr>
            <w:tcW w:w="4535" w:type="dxa"/>
            <w:tcBorders>
              <w:left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43AD8" w:rsidRPr="00B43AD8" w:rsidRDefault="00B43AD8" w:rsidP="00B43AD8">
            <w:pPr>
              <w:spacing w:line="240" w:lineRule="auto"/>
              <w:rPr>
                <w:b/>
              </w:rPr>
            </w:pPr>
          </w:p>
        </w:tc>
        <w:tc>
          <w:tcPr>
            <w:tcW w:w="4535" w:type="dxa"/>
            <w:tcBorders>
              <w:left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43AD8" w:rsidRPr="00B43AD8" w:rsidRDefault="00B43AD8" w:rsidP="00B43AD8">
            <w:pPr>
              <w:spacing w:line="240" w:lineRule="auto"/>
              <w:rPr>
                <w:b/>
                <w:color w:val="404040" w:themeColor="text1" w:themeTint="BF"/>
              </w:rPr>
            </w:pPr>
          </w:p>
        </w:tc>
      </w:tr>
      <w:tr w:rsidR="008F7F59" w:rsidRPr="006667BC" w:rsidTr="00B43AD8">
        <w:trPr>
          <w:jc w:val="center"/>
        </w:trPr>
        <w:tc>
          <w:tcPr>
            <w:tcW w:w="4535" w:type="dxa"/>
            <w:gridSpan w:val="2"/>
            <w:shd w:val="clear" w:color="auto" w:fill="F28E9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before="0" w:after="0" w:line="240" w:lineRule="auto"/>
              <w:rPr>
                <w:b/>
                <w:lang w:val="es-ES"/>
              </w:rPr>
            </w:pPr>
            <w:r w:rsidRPr="00B43AD8">
              <w:rPr>
                <w:b/>
                <w:color w:val="FFFFFF" w:themeColor="background1"/>
                <w:lang w:val="es-ES"/>
              </w:rPr>
              <w:t>CATEGORÍA A LA QUE SE PRESENTA LA PUBLICACIÓN</w:t>
            </w:r>
          </w:p>
        </w:tc>
      </w:tr>
      <w:tr w:rsidR="008F7F59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 w:rsidP="00B43AD8">
            <w:pPr>
              <w:spacing w:line="240" w:lineRule="auto"/>
              <w:rPr>
                <w:rFonts w:cs="Calibri"/>
                <w:b/>
              </w:rPr>
            </w:pPr>
            <w:r w:rsidRPr="00135A08">
              <w:rPr>
                <w:rFonts w:cs="Calibri"/>
                <w:b/>
              </w:rPr>
              <w:t>CATEGORÍA: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 w:rsidP="00B43AD8">
            <w:pPr>
              <w:spacing w:line="240" w:lineRule="auto"/>
              <w:rPr>
                <w:rFonts w:cs="Calibri"/>
                <w:color w:val="404040" w:themeColor="text1" w:themeTint="BF"/>
                <w:lang w:val="es-ES"/>
              </w:rPr>
            </w:pPr>
            <w:r w:rsidRPr="00135A08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135A08">
              <w:rPr>
                <w:rFonts w:cs="Calibri"/>
                <w:color w:val="404040" w:themeColor="text1" w:themeTint="BF"/>
                <w:lang w:val="es-ES"/>
              </w:rPr>
              <w:t xml:space="preserve"> General</w:t>
            </w:r>
          </w:p>
          <w:p w:rsidR="008F7F59" w:rsidRPr="00135A08" w:rsidRDefault="00135A08" w:rsidP="00B43AD8">
            <w:pPr>
              <w:spacing w:line="240" w:lineRule="auto"/>
              <w:rPr>
                <w:rFonts w:cs="Calibri"/>
                <w:color w:val="404040" w:themeColor="text1" w:themeTint="BF"/>
                <w:lang w:val="es-ES"/>
              </w:rPr>
            </w:pPr>
            <w:r w:rsidRPr="00135A08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135A08">
              <w:rPr>
                <w:rFonts w:cs="Calibri"/>
                <w:color w:val="404040" w:themeColor="text1" w:themeTint="BF"/>
                <w:lang w:val="es-ES"/>
              </w:rPr>
              <w:t xml:space="preserve"> Investigador/a Emergente</w:t>
            </w:r>
          </w:p>
          <w:p w:rsidR="008F7F59" w:rsidRPr="00135A08" w:rsidRDefault="00135A08" w:rsidP="00B43AD8">
            <w:pPr>
              <w:spacing w:line="240" w:lineRule="auto"/>
              <w:rPr>
                <w:rFonts w:cs="Calibri"/>
                <w:color w:val="404040" w:themeColor="text1" w:themeTint="BF"/>
                <w:lang w:val="es-ES"/>
              </w:rPr>
            </w:pPr>
            <w:r w:rsidRPr="00135A08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135A08">
              <w:rPr>
                <w:rFonts w:cs="Calibri"/>
                <w:color w:val="404040" w:themeColor="text1" w:themeTint="BF"/>
                <w:lang w:val="es-ES"/>
              </w:rPr>
              <w:t xml:space="preserve"> Investigación en Cuidados de Enfermería</w:t>
            </w:r>
          </w:p>
          <w:p w:rsidR="008F7F59" w:rsidRPr="00135A08" w:rsidRDefault="00135A08" w:rsidP="00B43AD8">
            <w:pPr>
              <w:spacing w:line="240" w:lineRule="auto"/>
              <w:rPr>
                <w:rFonts w:cs="Calibri"/>
                <w:color w:val="404040" w:themeColor="text1" w:themeTint="BF"/>
              </w:rPr>
            </w:pPr>
            <w:r w:rsidRPr="00135A08">
              <w:rPr>
                <w:rFonts w:ascii="Segoe UI Symbol" w:hAnsi="Segoe UI Symbol" w:cs="Segoe UI Symbol"/>
                <w:color w:val="404040" w:themeColor="text1" w:themeTint="BF"/>
              </w:rPr>
              <w:t>☐</w:t>
            </w:r>
            <w:r w:rsidRPr="00135A08">
              <w:rPr>
                <w:rFonts w:cs="Calibri"/>
                <w:color w:val="404040" w:themeColor="text1" w:themeTint="BF"/>
              </w:rPr>
              <w:t xml:space="preserve"> </w:t>
            </w:r>
            <w:proofErr w:type="spellStart"/>
            <w:r w:rsidRPr="00135A08">
              <w:rPr>
                <w:rFonts w:cs="Calibri"/>
                <w:color w:val="404040" w:themeColor="text1" w:themeTint="BF"/>
              </w:rPr>
              <w:t>Investigación</w:t>
            </w:r>
            <w:proofErr w:type="spellEnd"/>
            <w:r w:rsidRPr="00135A08">
              <w:rPr>
                <w:rFonts w:cs="Calibri"/>
                <w:color w:val="404040" w:themeColor="text1" w:themeTint="BF"/>
              </w:rPr>
              <w:t xml:space="preserve"> </w:t>
            </w:r>
            <w:proofErr w:type="spellStart"/>
            <w:r w:rsidRPr="00135A08">
              <w:rPr>
                <w:rFonts w:cs="Calibri"/>
                <w:color w:val="404040" w:themeColor="text1" w:themeTint="BF"/>
              </w:rPr>
              <w:t>en</w:t>
            </w:r>
            <w:proofErr w:type="spellEnd"/>
            <w:r w:rsidRPr="00135A08">
              <w:rPr>
                <w:rFonts w:cs="Calibri"/>
                <w:color w:val="404040" w:themeColor="text1" w:themeTint="BF"/>
              </w:rPr>
              <w:t xml:space="preserve"> </w:t>
            </w:r>
            <w:proofErr w:type="spellStart"/>
            <w:r w:rsidRPr="00135A08">
              <w:rPr>
                <w:rFonts w:cs="Calibri"/>
                <w:color w:val="404040" w:themeColor="text1" w:themeTint="BF"/>
              </w:rPr>
              <w:t>Atención</w:t>
            </w:r>
            <w:proofErr w:type="spellEnd"/>
            <w:r w:rsidRPr="00135A08">
              <w:rPr>
                <w:rFonts w:cs="Calibri"/>
                <w:color w:val="404040" w:themeColor="text1" w:themeTint="BF"/>
              </w:rPr>
              <w:t xml:space="preserve"> </w:t>
            </w:r>
            <w:proofErr w:type="spellStart"/>
            <w:r w:rsidRPr="00135A08">
              <w:rPr>
                <w:rFonts w:cs="Calibri"/>
                <w:color w:val="404040" w:themeColor="text1" w:themeTint="BF"/>
              </w:rPr>
              <w:t>Primaria</w:t>
            </w:r>
            <w:proofErr w:type="spellEnd"/>
          </w:p>
        </w:tc>
      </w:tr>
      <w:tr w:rsidR="008F7F59" w:rsidRPr="006667BC" w:rsidTr="00B43AD8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 w:rsidP="00B43AD8">
            <w:pPr>
              <w:spacing w:line="240" w:lineRule="auto"/>
              <w:rPr>
                <w:rFonts w:cs="Calibri"/>
                <w:b/>
                <w:lang w:val="es-ES"/>
              </w:rPr>
            </w:pPr>
            <w:r w:rsidRPr="00135A08">
              <w:rPr>
                <w:rFonts w:cs="Calibri"/>
                <w:b/>
                <w:lang w:val="es-ES"/>
              </w:rPr>
              <w:t>FECHA DE OBTENCIÓN DEL TÍTULO DE DOCTOR/A: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 w:rsidP="00B43AD8">
            <w:pPr>
              <w:spacing w:line="240" w:lineRule="auto"/>
              <w:rPr>
                <w:rFonts w:cs="Calibri"/>
                <w:color w:val="404040" w:themeColor="text1" w:themeTint="BF"/>
                <w:lang w:val="es-ES"/>
              </w:rPr>
            </w:pPr>
            <w:r w:rsidRPr="00135A08">
              <w:rPr>
                <w:rFonts w:cs="Calibri"/>
                <w:i/>
                <w:color w:val="404040" w:themeColor="text1" w:themeTint="BF"/>
                <w:lang w:val="es-ES"/>
              </w:rPr>
              <w:t>Cumplimentar únicamente para la categoría Investigador/a Emergente. El doctorado deberá haberse obtenido dentro de los siete (7) años anteriores a</w:t>
            </w:r>
            <w:r w:rsidR="008A50B0">
              <w:rPr>
                <w:rFonts w:cs="Calibri"/>
                <w:i/>
                <w:color w:val="404040" w:themeColor="text1" w:themeTint="BF"/>
                <w:lang w:val="es-ES"/>
              </w:rPr>
              <w:t xml:space="preserve"> la fecha de aceptación de la publicación presentada.</w:t>
            </w:r>
          </w:p>
        </w:tc>
      </w:tr>
    </w:tbl>
    <w:p w:rsidR="008F7F59" w:rsidRPr="00B43AD8" w:rsidRDefault="00135A08">
      <w:pPr>
        <w:rPr>
          <w:lang w:val="es-ES"/>
        </w:rPr>
      </w:pPr>
      <w:r w:rsidRPr="00B43AD8">
        <w:rPr>
          <w:lang w:val="es-ES"/>
        </w:rPr>
        <w:br w:type="page"/>
      </w:r>
    </w:p>
    <w:tbl>
      <w:tblPr>
        <w:tblW w:w="0" w:type="auto"/>
        <w:jc w:val="center"/>
        <w:tblBorders>
          <w:top w:val="single" w:sz="5" w:space="0" w:color="6F6F6F"/>
          <w:left w:val="single" w:sz="5" w:space="0" w:color="6F6F6F"/>
          <w:bottom w:val="single" w:sz="5" w:space="0" w:color="6F6F6F"/>
          <w:right w:val="single" w:sz="5" w:space="0" w:color="6F6F6F"/>
          <w:insideH w:val="single" w:sz="5" w:space="0" w:color="6F6F6F"/>
          <w:insideV w:val="single" w:sz="5" w:space="0" w:color="6F6F6F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8F7F59" w:rsidRPr="006667BC">
        <w:trPr>
          <w:jc w:val="center"/>
        </w:trPr>
        <w:tc>
          <w:tcPr>
            <w:tcW w:w="4535" w:type="dxa"/>
            <w:gridSpan w:val="2"/>
            <w:shd w:val="clear" w:color="auto" w:fill="F28E9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135A08" w:rsidP="00B43AD8">
            <w:pPr>
              <w:spacing w:before="0" w:after="0" w:line="240" w:lineRule="auto"/>
              <w:rPr>
                <w:rFonts w:asciiTheme="majorHAnsi" w:hAnsiTheme="majorHAnsi" w:cstheme="majorHAnsi"/>
                <w:lang w:val="es-ES"/>
              </w:rPr>
            </w:pPr>
            <w:r w:rsidRPr="00B43AD8">
              <w:rPr>
                <w:rFonts w:asciiTheme="majorHAnsi" w:hAnsiTheme="majorHAnsi" w:cstheme="majorHAnsi"/>
                <w:b/>
                <w:color w:val="FFFFFF"/>
                <w:lang w:val="es-ES"/>
              </w:rPr>
              <w:lastRenderedPageBreak/>
              <w:t>DATOS DE LA PUBLICACIÓN CIENTÍFICA</w:t>
            </w:r>
          </w:p>
        </w:tc>
      </w:tr>
      <w:tr w:rsidR="008F7F59">
        <w:trPr>
          <w:trHeight w:val="720"/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>
            <w:pPr>
              <w:spacing w:before="0" w:after="0"/>
              <w:rPr>
                <w:rFonts w:cs="Calibri"/>
              </w:rPr>
            </w:pPr>
            <w:r w:rsidRPr="00135A08">
              <w:rPr>
                <w:rFonts w:cs="Calibri"/>
                <w:b/>
              </w:rPr>
              <w:t>TÍTULO COMPLETO: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>
            <w:pPr>
              <w:spacing w:before="0" w:after="0"/>
              <w:rPr>
                <w:rFonts w:asciiTheme="majorHAnsi" w:hAnsiTheme="majorHAnsi" w:cstheme="majorHAnsi"/>
                <w:color w:val="404040" w:themeColor="text1" w:themeTint="BF"/>
              </w:rPr>
            </w:pPr>
          </w:p>
        </w:tc>
      </w:tr>
      <w:tr w:rsidR="008F7F59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>
            <w:pPr>
              <w:spacing w:before="0" w:after="0"/>
              <w:rPr>
                <w:rFonts w:cs="Calibri"/>
              </w:rPr>
            </w:pPr>
            <w:r w:rsidRPr="00135A08">
              <w:rPr>
                <w:rFonts w:cs="Calibri"/>
                <w:b/>
              </w:rPr>
              <w:t>REVISTA: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>
            <w:pPr>
              <w:spacing w:before="0" w:after="0"/>
              <w:rPr>
                <w:rFonts w:asciiTheme="majorHAnsi" w:hAnsiTheme="majorHAnsi" w:cstheme="majorHAnsi"/>
                <w:color w:val="404040" w:themeColor="text1" w:themeTint="BF"/>
              </w:rPr>
            </w:pPr>
          </w:p>
        </w:tc>
      </w:tr>
      <w:tr w:rsidR="008F7F59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>
            <w:pPr>
              <w:spacing w:before="0" w:after="0"/>
              <w:rPr>
                <w:rFonts w:cs="Calibri"/>
              </w:rPr>
            </w:pPr>
            <w:r w:rsidRPr="00135A08">
              <w:rPr>
                <w:rFonts w:cs="Calibri"/>
                <w:b/>
              </w:rPr>
              <w:t>DOI: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>
            <w:pPr>
              <w:spacing w:before="0" w:after="0"/>
              <w:rPr>
                <w:rFonts w:asciiTheme="majorHAnsi" w:hAnsiTheme="majorHAnsi" w:cstheme="majorHAnsi"/>
                <w:color w:val="404040" w:themeColor="text1" w:themeTint="BF"/>
              </w:rPr>
            </w:pPr>
          </w:p>
        </w:tc>
      </w:tr>
      <w:tr w:rsidR="008F7F59" w:rsidRPr="006667BC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>
            <w:pPr>
              <w:spacing w:before="0" w:after="0"/>
              <w:rPr>
                <w:rFonts w:cs="Calibri"/>
                <w:lang w:val="es-ES"/>
              </w:rPr>
            </w:pPr>
            <w:r w:rsidRPr="00135A08">
              <w:rPr>
                <w:rFonts w:cs="Calibri"/>
                <w:b/>
                <w:lang w:val="es-ES"/>
              </w:rPr>
              <w:t>FECHA DE ACEPTACIÓN POR EL EDITOR: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>
            <w:pPr>
              <w:spacing w:before="0" w:after="0"/>
              <w:rPr>
                <w:rFonts w:asciiTheme="majorHAnsi" w:hAnsiTheme="majorHAnsi" w:cstheme="majorHAnsi"/>
                <w:color w:val="404040" w:themeColor="text1" w:themeTint="BF"/>
                <w:lang w:val="es-ES"/>
              </w:rPr>
            </w:pPr>
          </w:p>
        </w:tc>
      </w:tr>
      <w:tr w:rsidR="008F7F59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>
            <w:pPr>
              <w:spacing w:before="0" w:after="0"/>
              <w:rPr>
                <w:rFonts w:cs="Calibri"/>
              </w:rPr>
            </w:pPr>
            <w:r w:rsidRPr="00135A08">
              <w:rPr>
                <w:rFonts w:cs="Calibri"/>
                <w:b/>
              </w:rPr>
              <w:t>FECHA DE PUBLICACIÓN: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B43AD8" w:rsidRDefault="008F7F59">
            <w:pPr>
              <w:spacing w:before="0" w:after="0"/>
              <w:rPr>
                <w:rFonts w:asciiTheme="majorHAnsi" w:hAnsiTheme="majorHAnsi" w:cstheme="majorHAnsi"/>
                <w:color w:val="404040" w:themeColor="text1" w:themeTint="BF"/>
              </w:rPr>
            </w:pPr>
          </w:p>
        </w:tc>
      </w:tr>
      <w:tr w:rsidR="008F7F59" w:rsidRPr="006667BC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>
            <w:pPr>
              <w:spacing w:before="0" w:after="0"/>
              <w:rPr>
                <w:rFonts w:cs="Calibri"/>
              </w:rPr>
            </w:pPr>
            <w:r w:rsidRPr="00135A08">
              <w:rPr>
                <w:rFonts w:cs="Calibri"/>
                <w:b/>
              </w:rPr>
              <w:t>TIPOLOGÍA: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line="240" w:lineRule="auto"/>
              <w:rPr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color w:val="404040" w:themeColor="text1" w:themeTint="BF"/>
                <w:lang w:val="es-ES"/>
              </w:rPr>
              <w:t xml:space="preserve"> Artículo original</w:t>
            </w:r>
          </w:p>
          <w:p w:rsidR="008F7F59" w:rsidRPr="00CF579C" w:rsidRDefault="00135A08" w:rsidP="00CF579C">
            <w:pPr>
              <w:spacing w:line="240" w:lineRule="auto"/>
              <w:rPr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color w:val="404040" w:themeColor="text1" w:themeTint="BF"/>
                <w:lang w:val="es-ES"/>
              </w:rPr>
              <w:t xml:space="preserve"> Revisión sistemática</w:t>
            </w:r>
          </w:p>
          <w:p w:rsidR="008F7F59" w:rsidRPr="00CF579C" w:rsidRDefault="00135A08" w:rsidP="00CF579C">
            <w:pPr>
              <w:spacing w:line="240" w:lineRule="auto"/>
              <w:rPr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color w:val="404040" w:themeColor="text1" w:themeTint="BF"/>
                <w:lang w:val="es-ES"/>
              </w:rPr>
              <w:t xml:space="preserve"> </w:t>
            </w:r>
            <w:proofErr w:type="spellStart"/>
            <w:r w:rsidRPr="00CF579C">
              <w:rPr>
                <w:color w:val="404040" w:themeColor="text1" w:themeTint="BF"/>
                <w:lang w:val="es-ES"/>
              </w:rPr>
              <w:t>Metaanálisis</w:t>
            </w:r>
            <w:proofErr w:type="spellEnd"/>
          </w:p>
        </w:tc>
      </w:tr>
      <w:tr w:rsidR="008F7F59" w:rsidRPr="006667BC" w:rsidTr="00CF579C">
        <w:trPr>
          <w:jc w:val="center"/>
        </w:trPr>
        <w:tc>
          <w:tcPr>
            <w:tcW w:w="4535" w:type="dxa"/>
            <w:tcBorders>
              <w:bottom w:val="single" w:sz="6" w:space="0" w:color="6F6F6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135A08" w:rsidRDefault="00135A08">
            <w:pPr>
              <w:spacing w:before="0" w:after="0"/>
              <w:rPr>
                <w:rFonts w:cs="Calibri"/>
                <w:lang w:val="es-ES"/>
              </w:rPr>
            </w:pPr>
            <w:r w:rsidRPr="00135A08">
              <w:rPr>
                <w:rFonts w:cs="Calibri"/>
                <w:b/>
                <w:lang w:val="es-ES"/>
              </w:rPr>
              <w:t>POSICIÓN DE AUTORÍA DE LA PERSONA SOLICITANTE:</w:t>
            </w:r>
          </w:p>
        </w:tc>
        <w:tc>
          <w:tcPr>
            <w:tcW w:w="4535" w:type="dxa"/>
            <w:tcBorders>
              <w:bottom w:val="single" w:sz="6" w:space="0" w:color="6F6F6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line="240" w:lineRule="auto"/>
              <w:rPr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color w:val="404040" w:themeColor="text1" w:themeTint="BF"/>
                <w:lang w:val="es-ES"/>
              </w:rPr>
              <w:t xml:space="preserve"> Primer/a autor/a</w:t>
            </w:r>
          </w:p>
          <w:p w:rsidR="008F7F59" w:rsidRPr="00CF579C" w:rsidRDefault="00135A08" w:rsidP="00CF579C">
            <w:pPr>
              <w:spacing w:line="240" w:lineRule="auto"/>
              <w:rPr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color w:val="404040" w:themeColor="text1" w:themeTint="BF"/>
                <w:lang w:val="es-ES"/>
              </w:rPr>
              <w:t xml:space="preserve"> Último/a autor/a</w:t>
            </w:r>
          </w:p>
          <w:p w:rsidR="008F7F59" w:rsidRPr="00CF579C" w:rsidRDefault="00135A08" w:rsidP="00CF579C">
            <w:pPr>
              <w:spacing w:line="240" w:lineRule="auto"/>
              <w:rPr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color w:val="404040" w:themeColor="text1" w:themeTint="BF"/>
                <w:lang w:val="es-ES"/>
              </w:rPr>
              <w:t xml:space="preserve"> Autor/a de correspondencia</w:t>
            </w:r>
          </w:p>
          <w:p w:rsidR="008F7F59" w:rsidRPr="00CF579C" w:rsidRDefault="00135A08" w:rsidP="00CF579C">
            <w:pPr>
              <w:spacing w:line="240" w:lineRule="auto"/>
              <w:rPr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color w:val="404040" w:themeColor="text1" w:themeTint="BF"/>
                <w:lang w:val="es-ES"/>
              </w:rPr>
              <w:t xml:space="preserve"> Autoría compartida en alguna de las posiciones anteriores</w:t>
            </w:r>
          </w:p>
        </w:tc>
      </w:tr>
      <w:tr w:rsidR="00CF579C" w:rsidRPr="006667BC" w:rsidTr="00CF579C">
        <w:trPr>
          <w:jc w:val="center"/>
        </w:trPr>
        <w:tc>
          <w:tcPr>
            <w:tcW w:w="4535" w:type="dxa"/>
            <w:tcBorders>
              <w:top w:val="single" w:sz="6" w:space="0" w:color="6F6F6F"/>
              <w:left w:val="nil"/>
              <w:bottom w:val="single" w:sz="6" w:space="0" w:color="6F6F6F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Pr="00B43AD8" w:rsidRDefault="00CF579C">
            <w:pPr>
              <w:spacing w:before="0" w:after="0"/>
              <w:rPr>
                <w:rFonts w:asciiTheme="majorHAnsi" w:hAnsiTheme="majorHAnsi" w:cstheme="majorHAnsi"/>
                <w:b/>
                <w:lang w:val="es-ES"/>
              </w:rPr>
            </w:pPr>
          </w:p>
        </w:tc>
        <w:tc>
          <w:tcPr>
            <w:tcW w:w="4535" w:type="dxa"/>
            <w:tcBorders>
              <w:top w:val="single" w:sz="6" w:space="0" w:color="6F6F6F"/>
              <w:left w:val="nil"/>
              <w:bottom w:val="single" w:sz="6" w:space="0" w:color="6F6F6F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Pr="00CF579C" w:rsidRDefault="00CF579C" w:rsidP="00CF579C">
            <w:pPr>
              <w:spacing w:line="240" w:lineRule="auto"/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</w:pPr>
          </w:p>
        </w:tc>
      </w:tr>
      <w:tr w:rsidR="008F7F59" w:rsidRPr="006667BC" w:rsidTr="00CF579C">
        <w:trPr>
          <w:jc w:val="center"/>
        </w:trPr>
        <w:tc>
          <w:tcPr>
            <w:tcW w:w="4535" w:type="dxa"/>
            <w:gridSpan w:val="2"/>
            <w:tcBorders>
              <w:top w:val="single" w:sz="6" w:space="0" w:color="6F6F6F"/>
            </w:tcBorders>
            <w:shd w:val="clear" w:color="auto" w:fill="F28E9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before="0" w:after="0" w:line="240" w:lineRule="auto"/>
              <w:rPr>
                <w:rFonts w:cs="Calibri"/>
                <w:lang w:val="es-ES"/>
              </w:rPr>
            </w:pPr>
            <w:r w:rsidRPr="00CF579C">
              <w:rPr>
                <w:rFonts w:cs="Calibri"/>
                <w:b/>
                <w:color w:val="FFFFFF"/>
                <w:lang w:val="es-ES"/>
              </w:rPr>
              <w:t>INTEGRACIÓN DE LOS ÁMBITOS SANITARIO Y UNIVERSITARIO DE IDISCAM</w:t>
            </w:r>
          </w:p>
        </w:tc>
      </w:tr>
      <w:tr w:rsidR="008F7F59" w:rsidRPr="006667BC">
        <w:trPr>
          <w:trHeight w:val="850"/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line="240" w:lineRule="auto"/>
              <w:rPr>
                <w:rFonts w:cs="Calibri"/>
                <w:lang w:val="es-ES"/>
              </w:rPr>
            </w:pPr>
            <w:r w:rsidRPr="00CF579C">
              <w:rPr>
                <w:rFonts w:cs="Calibri"/>
                <w:b/>
                <w:lang w:val="es-ES"/>
              </w:rPr>
              <w:t>AUTOR/A CON FILIACIÓN IDISCAM Y AL SISTEMA SANITARIO PÚBLICO DE CASTILLA-LA MANCHA: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>
            <w:pPr>
              <w:spacing w:before="0" w:after="0"/>
              <w:rPr>
                <w:rFonts w:cs="Calibri"/>
                <w:color w:val="404040" w:themeColor="text1" w:themeTint="BF"/>
                <w:lang w:val="es-ES"/>
              </w:rPr>
            </w:pPr>
            <w:r w:rsidRPr="00CF579C">
              <w:rPr>
                <w:rFonts w:cs="Calibri"/>
                <w:i/>
                <w:color w:val="404040" w:themeColor="text1" w:themeTint="BF"/>
                <w:lang w:val="es-ES"/>
              </w:rPr>
              <w:t>Indique nombre y apellidos e institución. La información será verificada por IDISCAM a partir de las filiaciones que consten en la publicación.</w:t>
            </w:r>
          </w:p>
        </w:tc>
      </w:tr>
      <w:tr w:rsidR="008F7F59" w:rsidRPr="006667BC">
        <w:trPr>
          <w:trHeight w:val="850"/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line="240" w:lineRule="auto"/>
              <w:rPr>
                <w:rFonts w:cs="Calibri"/>
                <w:lang w:val="es-ES"/>
              </w:rPr>
            </w:pPr>
            <w:r w:rsidRPr="00CF579C">
              <w:rPr>
                <w:rFonts w:cs="Calibri"/>
                <w:b/>
                <w:lang w:val="es-ES"/>
              </w:rPr>
              <w:t>AUTOR/A DIFERENTE CON FILIACIÓN IDISCAM Y A UNA UNIVERSIDAD INTEGRANTE DE IDISCAM: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>
            <w:pPr>
              <w:spacing w:before="0" w:after="0"/>
              <w:rPr>
                <w:rFonts w:cs="Calibri"/>
                <w:color w:val="404040" w:themeColor="text1" w:themeTint="BF"/>
                <w:lang w:val="es-ES"/>
              </w:rPr>
            </w:pPr>
            <w:r w:rsidRPr="00CF579C">
              <w:rPr>
                <w:rFonts w:cs="Calibri"/>
                <w:i/>
                <w:color w:val="404040" w:themeColor="text1" w:themeTint="BF"/>
                <w:lang w:val="es-ES"/>
              </w:rPr>
              <w:t>Indique nombre y apellidos y universidad. La información será verificada por IDISCAM a partir de las filiaciones que consten en la publicación.</w:t>
            </w:r>
          </w:p>
        </w:tc>
      </w:tr>
    </w:tbl>
    <w:p w:rsidR="008F7F59" w:rsidRPr="00CF579C" w:rsidRDefault="00135A08">
      <w:pPr>
        <w:spacing w:before="40"/>
        <w:rPr>
          <w:rFonts w:cs="Calibri"/>
          <w:sz w:val="18"/>
          <w:szCs w:val="18"/>
          <w:lang w:val="es-ES"/>
        </w:rPr>
      </w:pPr>
      <w:r w:rsidRPr="00CF579C">
        <w:rPr>
          <w:rFonts w:cs="Calibri"/>
          <w:i/>
          <w:color w:val="464646"/>
          <w:sz w:val="18"/>
          <w:szCs w:val="18"/>
          <w:lang w:val="es-ES"/>
        </w:rPr>
        <w:t>La doble filiación sanitaria y universitaria de una única persona no será suficiente, por sí sola, para la obtención de la puntuación correspondiente a este criterio.</w:t>
      </w:r>
    </w:p>
    <w:p w:rsidR="008F7F59" w:rsidRPr="00B43AD8" w:rsidRDefault="00135A08">
      <w:pPr>
        <w:rPr>
          <w:lang w:val="es-ES"/>
        </w:rPr>
      </w:pPr>
      <w:r w:rsidRPr="00B43AD8">
        <w:rPr>
          <w:lang w:val="es-ES"/>
        </w:rPr>
        <w:br w:type="page"/>
      </w:r>
    </w:p>
    <w:tbl>
      <w:tblPr>
        <w:tblW w:w="9070" w:type="dxa"/>
        <w:jc w:val="center"/>
        <w:tblBorders>
          <w:top w:val="single" w:sz="5" w:space="0" w:color="6F6F6F"/>
          <w:left w:val="single" w:sz="5" w:space="0" w:color="6F6F6F"/>
          <w:bottom w:val="single" w:sz="5" w:space="0" w:color="6F6F6F"/>
          <w:right w:val="single" w:sz="5" w:space="0" w:color="6F6F6F"/>
          <w:insideH w:val="single" w:sz="5" w:space="0" w:color="6F6F6F"/>
          <w:insideV w:val="single" w:sz="5" w:space="0" w:color="6F6F6F"/>
        </w:tblBorders>
        <w:tblLayout w:type="fixed"/>
        <w:tblLook w:val="04A0" w:firstRow="1" w:lastRow="0" w:firstColumn="1" w:lastColumn="0" w:noHBand="0" w:noVBand="1"/>
      </w:tblPr>
      <w:tblGrid>
        <w:gridCol w:w="9070"/>
      </w:tblGrid>
      <w:tr w:rsidR="008F7F59" w:rsidRPr="006667BC" w:rsidTr="00CF579C">
        <w:trPr>
          <w:jc w:val="center"/>
        </w:trPr>
        <w:tc>
          <w:tcPr>
            <w:tcW w:w="9070" w:type="dxa"/>
            <w:shd w:val="clear" w:color="auto" w:fill="F28E9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before="0" w:after="0" w:line="240" w:lineRule="auto"/>
              <w:rPr>
                <w:rFonts w:cs="Calibri"/>
                <w:lang w:val="es-ES"/>
              </w:rPr>
            </w:pPr>
            <w:r w:rsidRPr="00CF579C">
              <w:rPr>
                <w:rFonts w:cs="Calibri"/>
                <w:b/>
                <w:color w:val="FFFFFF"/>
                <w:lang w:val="es-ES"/>
              </w:rPr>
              <w:lastRenderedPageBreak/>
              <w:t>RELEVANCIA E IMPACTO DE LA PUBLICACIÓN</w:t>
            </w:r>
          </w:p>
        </w:tc>
      </w:tr>
      <w:tr w:rsidR="00CF579C" w:rsidRPr="006667BC" w:rsidTr="00135A08">
        <w:trPr>
          <w:trHeight w:val="489"/>
          <w:jc w:val="center"/>
        </w:trPr>
        <w:tc>
          <w:tcPr>
            <w:tcW w:w="907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Pr="00CF579C" w:rsidRDefault="00CF579C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cs="Calibri"/>
                <w:b/>
                <w:lang w:val="es-ES"/>
              </w:rPr>
              <w:t>NARRATIVA DE RELEVANCIA E IMPACTO</w:t>
            </w:r>
          </w:p>
        </w:tc>
      </w:tr>
      <w:tr w:rsidR="00CF579C" w:rsidTr="00CF579C">
        <w:trPr>
          <w:trHeight w:val="2600"/>
          <w:jc w:val="center"/>
        </w:trPr>
        <w:tc>
          <w:tcPr>
            <w:tcW w:w="907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Default="00CF579C" w:rsidP="00CF579C">
            <w:pPr>
              <w:rPr>
                <w:rFonts w:cs="Calibri"/>
                <w:i/>
                <w:color w:val="666666"/>
              </w:rPr>
            </w:pPr>
            <w:r w:rsidRPr="00CF579C">
              <w:rPr>
                <w:rFonts w:cs="Calibri"/>
                <w:i/>
                <w:color w:val="666666"/>
                <w:lang w:val="es-ES"/>
              </w:rPr>
              <w:t xml:space="preserve">Describa de forma breve y contextualizada la relevancia y el impacto de la publicación. Podrá considerar, entre otros, su contribución al progreso del conocimiento, impacto científico, impacto sanitario y/o social y contribución a la ciencia abierta. </w:t>
            </w:r>
            <w:r w:rsidRPr="00CF579C">
              <w:rPr>
                <w:rFonts w:cs="Calibri"/>
                <w:i/>
                <w:color w:val="666666"/>
              </w:rPr>
              <w:t xml:space="preserve">No </w:t>
            </w:r>
            <w:proofErr w:type="spellStart"/>
            <w:r w:rsidRPr="00CF579C">
              <w:rPr>
                <w:rFonts w:cs="Calibri"/>
                <w:i/>
                <w:color w:val="666666"/>
              </w:rPr>
              <w:t>es</w:t>
            </w:r>
            <w:proofErr w:type="spellEnd"/>
            <w:r w:rsidRPr="00CF579C">
              <w:rPr>
                <w:rFonts w:cs="Calibri"/>
                <w:i/>
                <w:color w:val="666666"/>
              </w:rPr>
              <w:t xml:space="preserve"> </w:t>
            </w:r>
            <w:proofErr w:type="spellStart"/>
            <w:r w:rsidRPr="00CF579C">
              <w:rPr>
                <w:rFonts w:cs="Calibri"/>
                <w:i/>
                <w:color w:val="666666"/>
              </w:rPr>
              <w:t>necesario</w:t>
            </w:r>
            <w:proofErr w:type="spellEnd"/>
            <w:r w:rsidRPr="00CF579C">
              <w:rPr>
                <w:rFonts w:cs="Calibri"/>
                <w:i/>
                <w:color w:val="666666"/>
              </w:rPr>
              <w:t xml:space="preserve"> </w:t>
            </w:r>
            <w:proofErr w:type="spellStart"/>
            <w:r w:rsidRPr="00CF579C">
              <w:rPr>
                <w:rFonts w:cs="Calibri"/>
                <w:i/>
                <w:color w:val="666666"/>
              </w:rPr>
              <w:t>abordar</w:t>
            </w:r>
            <w:proofErr w:type="spellEnd"/>
            <w:r w:rsidRPr="00CF579C">
              <w:rPr>
                <w:rFonts w:cs="Calibri"/>
                <w:i/>
                <w:color w:val="666666"/>
              </w:rPr>
              <w:t xml:space="preserve"> </w:t>
            </w:r>
            <w:proofErr w:type="spellStart"/>
            <w:r w:rsidRPr="00CF579C">
              <w:rPr>
                <w:rFonts w:cs="Calibri"/>
                <w:i/>
                <w:color w:val="666666"/>
              </w:rPr>
              <w:t>todas</w:t>
            </w:r>
            <w:proofErr w:type="spellEnd"/>
            <w:r w:rsidRPr="00CF579C">
              <w:rPr>
                <w:rFonts w:cs="Calibri"/>
                <w:i/>
                <w:color w:val="666666"/>
              </w:rPr>
              <w:t xml:space="preserve"> las </w:t>
            </w:r>
            <w:proofErr w:type="spellStart"/>
            <w:r w:rsidRPr="00CF579C">
              <w:rPr>
                <w:rFonts w:cs="Calibri"/>
                <w:i/>
                <w:color w:val="666666"/>
              </w:rPr>
              <w:t>dimensiones</w:t>
            </w:r>
            <w:proofErr w:type="spellEnd"/>
            <w:r w:rsidRPr="00CF579C">
              <w:rPr>
                <w:rFonts w:cs="Calibri"/>
                <w:i/>
                <w:color w:val="666666"/>
              </w:rPr>
              <w:t xml:space="preserve">. </w:t>
            </w:r>
            <w:proofErr w:type="spellStart"/>
            <w:r w:rsidRPr="00CF579C">
              <w:rPr>
                <w:rFonts w:cs="Calibri"/>
                <w:i/>
                <w:color w:val="666666"/>
              </w:rPr>
              <w:t>Máximo</w:t>
            </w:r>
            <w:proofErr w:type="spellEnd"/>
            <w:r w:rsidRPr="00CF579C">
              <w:rPr>
                <w:rFonts w:cs="Calibri"/>
                <w:i/>
                <w:color w:val="666666"/>
              </w:rPr>
              <w:t>: 250 palabras.</w:t>
            </w:r>
          </w:p>
          <w:p w:rsidR="00CF579C" w:rsidRDefault="00CF579C" w:rsidP="00CF579C">
            <w:pPr>
              <w:rPr>
                <w:rFonts w:cs="Calibri"/>
                <w:i/>
                <w:color w:val="666666"/>
              </w:rPr>
            </w:pPr>
          </w:p>
          <w:p w:rsidR="00CF579C" w:rsidRDefault="00CF579C" w:rsidP="00CF579C">
            <w:pPr>
              <w:rPr>
                <w:rFonts w:cs="Calibri"/>
                <w:i/>
                <w:color w:val="666666"/>
              </w:rPr>
            </w:pPr>
          </w:p>
          <w:p w:rsidR="00CF579C" w:rsidRPr="00CF579C" w:rsidRDefault="00CF579C" w:rsidP="00CF579C">
            <w:pPr>
              <w:rPr>
                <w:rFonts w:cs="Calibri"/>
                <w:i/>
                <w:color w:val="666666"/>
                <w:lang w:val="es-ES"/>
              </w:rPr>
            </w:pPr>
          </w:p>
        </w:tc>
      </w:tr>
      <w:tr w:rsidR="00CF579C" w:rsidRPr="006667BC" w:rsidTr="00CF579C">
        <w:trPr>
          <w:trHeight w:val="368"/>
          <w:jc w:val="center"/>
        </w:trPr>
        <w:tc>
          <w:tcPr>
            <w:tcW w:w="907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Pr="00CF579C" w:rsidRDefault="00CF579C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cs="Calibri"/>
                <w:b/>
                <w:lang w:val="es-ES"/>
              </w:rPr>
              <w:t>REFERENCIAS, ENLACES Y EVIDENCIAS VERIFICABLES</w:t>
            </w:r>
          </w:p>
        </w:tc>
      </w:tr>
      <w:tr w:rsidR="00CF579C" w:rsidRPr="006667BC" w:rsidTr="000A2C20">
        <w:trPr>
          <w:trHeight w:val="1700"/>
          <w:jc w:val="center"/>
        </w:trPr>
        <w:tc>
          <w:tcPr>
            <w:tcW w:w="907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Default="00CF579C" w:rsidP="00CF579C">
            <w:pPr>
              <w:rPr>
                <w:rFonts w:cs="Calibri"/>
                <w:i/>
                <w:color w:val="666666"/>
                <w:lang w:val="es-ES"/>
              </w:rPr>
            </w:pPr>
            <w:r w:rsidRPr="00CF579C">
              <w:rPr>
                <w:rFonts w:cs="Calibri"/>
                <w:i/>
                <w:color w:val="666666"/>
                <w:lang w:val="es-ES"/>
              </w:rPr>
              <w:t>Indique, cuando resulte pertinente, las referencias, enlaces u otras evidencias que permitan verificar los indicios señalados en la narrativa. Este apartado no computa en el límite máximo de 250 palabras</w:t>
            </w:r>
          </w:p>
          <w:p w:rsidR="00CF579C" w:rsidRDefault="00CF579C" w:rsidP="00CF579C">
            <w:pPr>
              <w:rPr>
                <w:rFonts w:cs="Calibri"/>
                <w:i/>
                <w:color w:val="666666"/>
                <w:lang w:val="es-ES"/>
              </w:rPr>
            </w:pPr>
          </w:p>
          <w:p w:rsidR="00CF579C" w:rsidRDefault="00CF579C" w:rsidP="00CF579C">
            <w:pPr>
              <w:rPr>
                <w:rFonts w:cs="Calibri"/>
                <w:i/>
                <w:color w:val="666666"/>
                <w:lang w:val="es-ES"/>
              </w:rPr>
            </w:pPr>
          </w:p>
          <w:p w:rsidR="00CF579C" w:rsidRDefault="00CF579C" w:rsidP="00CF579C">
            <w:pPr>
              <w:rPr>
                <w:rFonts w:cs="Calibri"/>
                <w:i/>
                <w:color w:val="666666"/>
                <w:lang w:val="es-ES"/>
              </w:rPr>
            </w:pPr>
          </w:p>
          <w:p w:rsidR="00CF579C" w:rsidRPr="00CF579C" w:rsidRDefault="00CF579C" w:rsidP="00CF579C">
            <w:pPr>
              <w:rPr>
                <w:rFonts w:cs="Calibri"/>
                <w:lang w:val="es-ES"/>
              </w:rPr>
            </w:pPr>
          </w:p>
        </w:tc>
      </w:tr>
    </w:tbl>
    <w:p w:rsidR="008F7F59" w:rsidRPr="00B43AD8" w:rsidRDefault="00135A08">
      <w:pPr>
        <w:rPr>
          <w:lang w:val="es-ES"/>
        </w:rPr>
      </w:pPr>
      <w:r w:rsidRPr="00B43AD8">
        <w:rPr>
          <w:lang w:val="es-ES"/>
        </w:rPr>
        <w:br w:type="page"/>
      </w:r>
    </w:p>
    <w:tbl>
      <w:tblPr>
        <w:tblW w:w="0" w:type="auto"/>
        <w:jc w:val="center"/>
        <w:tblBorders>
          <w:top w:val="single" w:sz="5" w:space="0" w:color="6F6F6F"/>
          <w:left w:val="single" w:sz="5" w:space="0" w:color="6F6F6F"/>
          <w:bottom w:val="single" w:sz="5" w:space="0" w:color="6F6F6F"/>
          <w:right w:val="single" w:sz="5" w:space="0" w:color="6F6F6F"/>
          <w:insideH w:val="single" w:sz="5" w:space="0" w:color="6F6F6F"/>
          <w:insideV w:val="single" w:sz="5" w:space="0" w:color="6F6F6F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8F7F59">
        <w:trPr>
          <w:jc w:val="center"/>
        </w:trPr>
        <w:tc>
          <w:tcPr>
            <w:tcW w:w="4535" w:type="dxa"/>
            <w:gridSpan w:val="2"/>
            <w:shd w:val="clear" w:color="auto" w:fill="F28E9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before="0" w:after="0" w:line="240" w:lineRule="auto"/>
              <w:rPr>
                <w:rFonts w:cs="Calibri"/>
              </w:rPr>
            </w:pPr>
            <w:r w:rsidRPr="00CF579C">
              <w:rPr>
                <w:rFonts w:cs="Calibri"/>
                <w:b/>
                <w:color w:val="FFFFFF"/>
              </w:rPr>
              <w:t>DOCUMENTACIÓN ADJUNTA</w:t>
            </w:r>
          </w:p>
        </w:tc>
      </w:tr>
      <w:tr w:rsidR="008F7F59" w:rsidRPr="006667BC" w:rsidTr="00CF579C">
        <w:trPr>
          <w:jc w:val="center"/>
        </w:trPr>
        <w:tc>
          <w:tcPr>
            <w:tcW w:w="4535" w:type="dxa"/>
            <w:tcBorders>
              <w:bottom w:val="single" w:sz="6" w:space="0" w:color="6F6F6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>
            <w:pPr>
              <w:spacing w:before="0" w:after="0"/>
              <w:rPr>
                <w:rFonts w:cs="Calibri"/>
                <w:b/>
              </w:rPr>
            </w:pPr>
            <w:r w:rsidRPr="00CF579C">
              <w:rPr>
                <w:rFonts w:cs="Calibri"/>
                <w:b/>
              </w:rPr>
              <w:t>DOCUMENTACIÓN:</w:t>
            </w:r>
          </w:p>
        </w:tc>
        <w:tc>
          <w:tcPr>
            <w:tcW w:w="4535" w:type="dxa"/>
            <w:tcBorders>
              <w:bottom w:val="single" w:sz="6" w:space="0" w:color="6F6F6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rPr>
                <w:rFonts w:cs="Calibri"/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rFonts w:cs="Calibri"/>
                <w:color w:val="404040" w:themeColor="text1" w:themeTint="BF"/>
                <w:lang w:val="es-ES"/>
              </w:rPr>
              <w:t xml:space="preserve"> Publicación científica completa en formato PDF.</w:t>
            </w:r>
          </w:p>
          <w:p w:rsidR="008F7F59" w:rsidRPr="00CF579C" w:rsidRDefault="00135A08" w:rsidP="00CF579C">
            <w:pPr>
              <w:rPr>
                <w:rFonts w:cs="Calibri"/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rFonts w:cs="Calibri"/>
                <w:color w:val="404040" w:themeColor="text1" w:themeTint="BF"/>
                <w:lang w:val="es-ES"/>
              </w:rPr>
              <w:t xml:space="preserve"> Documentación acreditativa de la fecha de aceptación, cuando no pueda verificarse inequívocamente en la publicación.</w:t>
            </w:r>
          </w:p>
          <w:p w:rsidR="008F7F59" w:rsidRPr="00CF579C" w:rsidRDefault="00135A08" w:rsidP="00CF579C">
            <w:pPr>
              <w:rPr>
                <w:rFonts w:cs="Calibri"/>
                <w:color w:val="404040" w:themeColor="text1" w:themeTint="BF"/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rFonts w:cs="Calibri"/>
                <w:color w:val="404040" w:themeColor="text1" w:themeTint="BF"/>
                <w:lang w:val="es-ES"/>
              </w:rPr>
              <w:t xml:space="preserve"> Para la categoría Investigador/a Emergente, documentación acreditativa de la fecha de obtención del doctorado</w:t>
            </w:r>
            <w:bookmarkStart w:id="0" w:name="_GoBack"/>
            <w:bookmarkEnd w:id="0"/>
            <w:r w:rsidRPr="00CF579C">
              <w:rPr>
                <w:rFonts w:cs="Calibri"/>
                <w:color w:val="404040" w:themeColor="text1" w:themeTint="BF"/>
                <w:lang w:val="es-ES"/>
              </w:rPr>
              <w:t>.</w:t>
            </w:r>
          </w:p>
          <w:p w:rsidR="008F7F59" w:rsidRPr="00B43AD8" w:rsidRDefault="00135A08" w:rsidP="00CF579C">
            <w:pPr>
              <w:rPr>
                <w:lang w:val="es-ES"/>
              </w:rPr>
            </w:pPr>
            <w:r w:rsidRPr="00CF579C"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  <w:t>☐</w:t>
            </w:r>
            <w:r w:rsidRPr="00CF579C">
              <w:rPr>
                <w:rFonts w:cs="Calibri"/>
                <w:color w:val="404040" w:themeColor="text1" w:themeTint="BF"/>
                <w:lang w:val="es-ES"/>
              </w:rPr>
              <w:t xml:space="preserve"> Otra documentación específica necesaria para acreditar los requisitos de la categoría seleccionada, en su caso</w:t>
            </w:r>
            <w:r w:rsidRPr="00B43AD8">
              <w:rPr>
                <w:rFonts w:ascii="Arial" w:hAnsi="Arial"/>
                <w:sz w:val="18"/>
                <w:lang w:val="es-ES"/>
              </w:rPr>
              <w:t>.</w:t>
            </w:r>
          </w:p>
        </w:tc>
      </w:tr>
      <w:tr w:rsidR="00CF579C" w:rsidRPr="006667BC" w:rsidTr="00CF579C">
        <w:trPr>
          <w:jc w:val="center"/>
        </w:trPr>
        <w:tc>
          <w:tcPr>
            <w:tcW w:w="4535" w:type="dxa"/>
            <w:tcBorders>
              <w:top w:val="single" w:sz="6" w:space="0" w:color="6F6F6F"/>
              <w:left w:val="nil"/>
              <w:bottom w:val="single" w:sz="6" w:space="0" w:color="6F6F6F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Pr="006667BC" w:rsidRDefault="00CF579C">
            <w:pPr>
              <w:spacing w:before="0" w:after="0"/>
              <w:rPr>
                <w:rFonts w:cs="Calibri"/>
                <w:b/>
                <w:lang w:val="es-ES"/>
              </w:rPr>
            </w:pPr>
          </w:p>
        </w:tc>
        <w:tc>
          <w:tcPr>
            <w:tcW w:w="4535" w:type="dxa"/>
            <w:tcBorders>
              <w:top w:val="single" w:sz="6" w:space="0" w:color="6F6F6F"/>
              <w:left w:val="nil"/>
              <w:bottom w:val="single" w:sz="6" w:space="0" w:color="6F6F6F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579C" w:rsidRPr="00CF579C" w:rsidRDefault="00CF579C" w:rsidP="00CF579C">
            <w:pPr>
              <w:rPr>
                <w:rFonts w:ascii="Segoe UI Symbol" w:hAnsi="Segoe UI Symbol" w:cs="Segoe UI Symbol"/>
                <w:color w:val="404040" w:themeColor="text1" w:themeTint="BF"/>
                <w:lang w:val="es-ES"/>
              </w:rPr>
            </w:pPr>
          </w:p>
        </w:tc>
      </w:tr>
      <w:tr w:rsidR="008F7F59" w:rsidTr="00CF579C">
        <w:trPr>
          <w:jc w:val="center"/>
        </w:trPr>
        <w:tc>
          <w:tcPr>
            <w:tcW w:w="4535" w:type="dxa"/>
            <w:gridSpan w:val="2"/>
            <w:tcBorders>
              <w:top w:val="single" w:sz="6" w:space="0" w:color="6F6F6F"/>
            </w:tcBorders>
            <w:shd w:val="clear" w:color="auto" w:fill="F28E9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spacing w:before="0" w:after="0" w:line="240" w:lineRule="auto"/>
              <w:rPr>
                <w:rFonts w:cs="Calibri"/>
              </w:rPr>
            </w:pPr>
            <w:r w:rsidRPr="00CF579C">
              <w:rPr>
                <w:rFonts w:cs="Calibri"/>
                <w:b/>
                <w:color w:val="FFFFFF"/>
              </w:rPr>
              <w:t>DECLARACIONES RESPONSABLES</w:t>
            </w:r>
          </w:p>
        </w:tc>
      </w:tr>
      <w:tr w:rsidR="008F7F59" w:rsidRPr="006667BC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>
            <w:pPr>
              <w:spacing w:before="0" w:after="0"/>
              <w:rPr>
                <w:rFonts w:cs="Calibri"/>
              </w:rPr>
            </w:pPr>
            <w:r w:rsidRPr="00135A08">
              <w:rPr>
                <w:rFonts w:cs="Calibri"/>
                <w:b/>
              </w:rPr>
              <w:t>LA PERSONA SOLICITANTE DECLARA: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F7F59" w:rsidRPr="00CF579C" w:rsidRDefault="00135A08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cumple los requisitos establecidos en las Bases Generales y en las bases específicas de IDISCAM </w:t>
            </w:r>
            <w:proofErr w:type="spellStart"/>
            <w:r w:rsidRPr="00CF579C">
              <w:rPr>
                <w:rFonts w:cs="Calibri"/>
                <w:lang w:val="es-ES"/>
              </w:rPr>
              <w:t>Highlights</w:t>
            </w:r>
            <w:proofErr w:type="spellEnd"/>
            <w:r w:rsidRPr="00CF579C">
              <w:rPr>
                <w:rFonts w:cs="Calibri"/>
                <w:lang w:val="es-ES"/>
              </w:rPr>
              <w:t xml:space="preserve"> 2026.</w:t>
            </w:r>
          </w:p>
          <w:p w:rsidR="008F7F59" w:rsidRPr="00CF579C" w:rsidRDefault="00135A08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los datos y la documentación aportados son veraces.</w:t>
            </w:r>
          </w:p>
          <w:p w:rsidR="008F7F59" w:rsidRPr="00CF579C" w:rsidRDefault="00135A08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la publicación presentada cumple los requisitos de elegibilidad establecidos en la convocatoria.</w:t>
            </w:r>
          </w:p>
          <w:p w:rsidR="008F7F59" w:rsidRPr="00CF579C" w:rsidRDefault="00135A08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figura en la publicación en alguna de las posiciones de autoría admitidas.</w:t>
            </w:r>
          </w:p>
          <w:p w:rsidR="008F7F59" w:rsidRPr="00CF579C" w:rsidRDefault="00135A08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presenta la publicación a una única categoría.</w:t>
            </w:r>
          </w:p>
          <w:p w:rsidR="008F7F59" w:rsidRPr="00CF579C" w:rsidRDefault="00135A08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conoce y acepta las condiciones de participación y las condiciones asociadas al reconocimiento.</w:t>
            </w:r>
          </w:p>
          <w:p w:rsidR="008F7F59" w:rsidRPr="00CF579C" w:rsidRDefault="00135A08" w:rsidP="00CF579C">
            <w:pPr>
              <w:rPr>
                <w:rFonts w:cs="Calibri"/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autoriza a IDISCAM a realizar las comprobaciones necesarias para verificar los requisitos y criterios de evaluación conforme a las fuentes previstas en la convocatoria.</w:t>
            </w:r>
          </w:p>
          <w:p w:rsidR="008F7F59" w:rsidRPr="00B43AD8" w:rsidRDefault="00135A08" w:rsidP="00CF579C">
            <w:pPr>
              <w:rPr>
                <w:lang w:val="es-ES"/>
              </w:rPr>
            </w:pPr>
            <w:r w:rsidRPr="00CF579C">
              <w:rPr>
                <w:rFonts w:ascii="Segoe UI Symbol" w:hAnsi="Segoe UI Symbol" w:cs="Segoe UI Symbol"/>
                <w:lang w:val="es-ES"/>
              </w:rPr>
              <w:t>☐</w:t>
            </w:r>
            <w:r w:rsidRPr="00CF579C">
              <w:rPr>
                <w:rFonts w:cs="Calibri"/>
                <w:lang w:val="es-ES"/>
              </w:rPr>
              <w:t xml:space="preserve"> Que conoce que, en caso de resultar seleccionada, deberá asistir presencialmente a la Jornada de Investigación de IDISCAM del 13 de noviembre de 2026 para recoger el reconocimiento, salvo imposibilidad debidamente justificada conforme a las bases específicas.</w:t>
            </w:r>
          </w:p>
        </w:tc>
      </w:tr>
    </w:tbl>
    <w:p w:rsidR="008F7F59" w:rsidRDefault="00135A08">
      <w:pPr>
        <w:spacing w:before="360" w:after="480"/>
        <w:rPr>
          <w:rFonts w:cs="Calibri"/>
          <w:b/>
          <w:lang w:val="es-ES"/>
        </w:rPr>
      </w:pPr>
      <w:r w:rsidRPr="00CF579C">
        <w:rPr>
          <w:rFonts w:cs="Calibri"/>
          <w:b/>
          <w:lang w:val="es-ES"/>
        </w:rPr>
        <w:t>Firma de la persona solicitante:</w:t>
      </w:r>
    </w:p>
    <w:p w:rsidR="00CF579C" w:rsidRDefault="00CF579C">
      <w:pPr>
        <w:spacing w:before="360" w:after="480"/>
        <w:rPr>
          <w:rFonts w:cs="Calibri"/>
          <w:b/>
          <w:lang w:val="es-ES"/>
        </w:rPr>
      </w:pPr>
    </w:p>
    <w:p w:rsidR="00CF579C" w:rsidRPr="00CF579C" w:rsidRDefault="00CF579C">
      <w:pPr>
        <w:spacing w:before="360" w:after="480"/>
        <w:rPr>
          <w:rFonts w:cs="Calibri"/>
          <w:lang w:val="es-ES"/>
        </w:rPr>
      </w:pPr>
    </w:p>
    <w:p w:rsidR="00135A08" w:rsidRDefault="00135A08">
      <w:pPr>
        <w:rPr>
          <w:rFonts w:cs="Calibri"/>
          <w:lang w:val="es-ES"/>
        </w:rPr>
      </w:pPr>
      <w:r w:rsidRPr="00CF579C">
        <w:rPr>
          <w:rFonts w:cs="Calibri"/>
          <w:lang w:val="es-ES"/>
        </w:rPr>
        <w:t>A fecha de firma digita</w:t>
      </w:r>
      <w:r w:rsidR="006667BC">
        <w:rPr>
          <w:rFonts w:cs="Calibri"/>
          <w:lang w:val="es-ES"/>
        </w:rPr>
        <w:t>l</w:t>
      </w:r>
    </w:p>
    <w:p w:rsidR="00135A08" w:rsidRDefault="00135A08">
      <w:pPr>
        <w:rPr>
          <w:rFonts w:cs="Calibri"/>
          <w:lang w:val="es-ES"/>
        </w:rPr>
      </w:pPr>
    </w:p>
    <w:p w:rsidR="00135A08" w:rsidRDefault="00135A08">
      <w:pPr>
        <w:rPr>
          <w:rFonts w:cs="Calibri"/>
          <w:lang w:val="es-ES"/>
        </w:rPr>
      </w:pPr>
    </w:p>
    <w:tbl>
      <w:tblPr>
        <w:tblStyle w:val="Tablaconcuadrcula"/>
        <w:tblW w:w="859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98"/>
      </w:tblGrid>
      <w:tr w:rsidR="00135A08" w:rsidTr="00494F28">
        <w:trPr>
          <w:trHeight w:val="383"/>
          <w:jc w:val="center"/>
        </w:trPr>
        <w:tc>
          <w:tcPr>
            <w:tcW w:w="8598" w:type="dxa"/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35A08" w:rsidRPr="004F4761" w:rsidRDefault="00135A08" w:rsidP="00494F28">
            <w:pPr>
              <w:spacing w:before="0" w:after="0"/>
              <w:rPr>
                <w:color w:val="FFFFFF" w:themeColor="background1"/>
              </w:rPr>
            </w:pPr>
            <w:r w:rsidRPr="00D467FD">
              <w:rPr>
                <w:b/>
                <w:color w:val="000000" w:themeColor="text1"/>
              </w:rPr>
              <w:t>INSTRUCCIONES PARA EL ENVÍO</w:t>
            </w:r>
          </w:p>
        </w:tc>
      </w:tr>
      <w:tr w:rsidR="00135A08" w:rsidRPr="006667BC" w:rsidTr="00494F28">
        <w:trPr>
          <w:jc w:val="center"/>
        </w:trPr>
        <w:tc>
          <w:tcPr>
            <w:tcW w:w="8598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35A08" w:rsidRPr="00135A08" w:rsidRDefault="00135A08" w:rsidP="00494F28">
            <w:pPr>
              <w:rPr>
                <w:b/>
                <w:lang w:val="es-ES"/>
              </w:rPr>
            </w:pPr>
            <w:r w:rsidRPr="00135A08">
              <w:rPr>
                <w:b/>
                <w:lang w:val="es-ES"/>
              </w:rPr>
              <w:t>IMPORTANTE: Este apartado de instrucciones deberá eliminarse antes de generar el documento definitivo en formato PDF.</w:t>
            </w:r>
          </w:p>
          <w:p w:rsidR="00135A08" w:rsidRPr="00135A08" w:rsidRDefault="00135A08" w:rsidP="00494F28">
            <w:pPr>
              <w:rPr>
                <w:lang w:val="es-ES"/>
              </w:rPr>
            </w:pPr>
            <w:r w:rsidRPr="00135A08">
              <w:rPr>
                <w:lang w:val="es-ES"/>
              </w:rPr>
              <w:t xml:space="preserve">Una vez cumplimentado el formulario, deberá </w:t>
            </w:r>
            <w:r w:rsidRPr="00135A08">
              <w:rPr>
                <w:b/>
                <w:lang w:val="es-ES"/>
              </w:rPr>
              <w:t>generarse una copia en formato PDF</w:t>
            </w:r>
            <w:r w:rsidRPr="00135A08">
              <w:rPr>
                <w:lang w:val="es-ES"/>
              </w:rPr>
              <w:t xml:space="preserve"> y nombrarse utilizando la </w:t>
            </w:r>
            <w:r w:rsidRPr="00135A08">
              <w:rPr>
                <w:b/>
                <w:lang w:val="es-ES"/>
              </w:rPr>
              <w:t>inicial del nombre y el prime</w:t>
            </w:r>
            <w:r>
              <w:rPr>
                <w:b/>
                <w:lang w:val="es-ES"/>
              </w:rPr>
              <w:t>r apellido del solicitante</w:t>
            </w:r>
            <w:r w:rsidRPr="00135A08">
              <w:rPr>
                <w:lang w:val="es-ES"/>
              </w:rPr>
              <w:t>, seguidos del</w:t>
            </w:r>
            <w:r>
              <w:rPr>
                <w:lang w:val="es-ES"/>
              </w:rPr>
              <w:t xml:space="preserve"> término Highlights2026</w:t>
            </w:r>
            <w:r w:rsidRPr="00135A08">
              <w:rPr>
                <w:lang w:val="es-ES"/>
              </w:rPr>
              <w:t>.</w:t>
            </w:r>
          </w:p>
          <w:p w:rsidR="00135A08" w:rsidRPr="006667BC" w:rsidRDefault="00135A08" w:rsidP="00494F28">
            <w:pPr>
              <w:ind w:left="708"/>
              <w:rPr>
                <w:b/>
                <w:lang w:val="es-ES"/>
              </w:rPr>
            </w:pPr>
            <w:r w:rsidRPr="006667BC">
              <w:rPr>
                <w:b/>
                <w:lang w:val="es-ES"/>
              </w:rPr>
              <w:t>Ejemplo: M_Salas_Highlights2026.pdf</w:t>
            </w:r>
          </w:p>
          <w:p w:rsidR="00135A08" w:rsidRPr="00135A08" w:rsidRDefault="00135A08" w:rsidP="00135A08">
            <w:pPr>
              <w:rPr>
                <w:lang w:val="es-ES"/>
              </w:rPr>
            </w:pPr>
            <w:r w:rsidRPr="00135A08">
              <w:rPr>
                <w:lang w:val="es-ES"/>
              </w:rPr>
              <w:t xml:space="preserve">El documento en formato PDF deberá remitirse por correo electrónico a </w:t>
            </w:r>
            <w:hyperlink r:id="rId8" w:history="1">
              <w:r w:rsidRPr="00C014BB">
                <w:rPr>
                  <w:rStyle w:val="Hipervnculo"/>
                  <w:lang w:val="es-ES"/>
                </w:rPr>
                <w:t>secretaria@idiscam.es</w:t>
              </w:r>
            </w:hyperlink>
            <w:r>
              <w:rPr>
                <w:lang w:val="es-ES"/>
              </w:rPr>
              <w:t xml:space="preserve"> </w:t>
            </w:r>
            <w:r w:rsidRPr="00135A08">
              <w:rPr>
                <w:lang w:val="es-ES"/>
              </w:rPr>
              <w:t>de acuerdo con las indicaciones establecidas en las bases.</w:t>
            </w:r>
          </w:p>
        </w:tc>
      </w:tr>
    </w:tbl>
    <w:p w:rsidR="008F7F59" w:rsidRPr="00CF579C" w:rsidRDefault="008F7F59">
      <w:pPr>
        <w:rPr>
          <w:rFonts w:cs="Calibri"/>
          <w:lang w:val="es-ES"/>
        </w:rPr>
      </w:pPr>
    </w:p>
    <w:sectPr w:rsidR="008F7F59" w:rsidRPr="00CF579C" w:rsidSect="00DF37A5">
      <w:headerReference w:type="default" r:id="rId9"/>
      <w:footerReference w:type="default" r:id="rId10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endnote>
  <w:end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724030"/>
      <w:docPartObj>
        <w:docPartGallery w:val="Page Numbers (Bottom of Page)"/>
        <w:docPartUnique/>
      </w:docPartObj>
    </w:sdtPr>
    <w:sdtEndPr/>
    <w:sdtContent>
      <w:p w:rsidR="00DF37A5" w:rsidRDefault="00DF37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0B0" w:rsidRPr="008A50B0">
          <w:rPr>
            <w:noProof/>
            <w:lang w:val="es-ES"/>
          </w:rPr>
          <w:t>5</w:t>
        </w:r>
        <w:r>
          <w:fldChar w:fldCharType="end"/>
        </w:r>
      </w:p>
    </w:sdtContent>
  </w:sdt>
  <w:p w:rsidR="00DF37A5" w:rsidRDefault="00DF37A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footnote>
  <w:foot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7A5" w:rsidRDefault="00DF37A5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170E906" wp14:editId="03A84088">
          <wp:simplePos x="0" y="0"/>
          <wp:positionH relativeFrom="margin">
            <wp:posOffset>4834393</wp:posOffset>
          </wp:positionH>
          <wp:positionV relativeFrom="paragraph">
            <wp:posOffset>87464</wp:posOffset>
          </wp:positionV>
          <wp:extent cx="774598" cy="483577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68C06178" wp14:editId="37681E0C">
          <wp:extent cx="912678" cy="442443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37A5" w:rsidRDefault="00DF37A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551F"/>
    <w:rsid w:val="00135A08"/>
    <w:rsid w:val="0015074B"/>
    <w:rsid w:val="001A3C0F"/>
    <w:rsid w:val="001E30A0"/>
    <w:rsid w:val="001F75B8"/>
    <w:rsid w:val="0029639D"/>
    <w:rsid w:val="00326F90"/>
    <w:rsid w:val="004F186D"/>
    <w:rsid w:val="004F2959"/>
    <w:rsid w:val="006667BC"/>
    <w:rsid w:val="006F66AD"/>
    <w:rsid w:val="0071735B"/>
    <w:rsid w:val="00811D1E"/>
    <w:rsid w:val="008A50B0"/>
    <w:rsid w:val="008F7F59"/>
    <w:rsid w:val="00A21D2C"/>
    <w:rsid w:val="00AA1D8D"/>
    <w:rsid w:val="00AD3275"/>
    <w:rsid w:val="00B43AD8"/>
    <w:rsid w:val="00B47730"/>
    <w:rsid w:val="00BF0488"/>
    <w:rsid w:val="00C804FF"/>
    <w:rsid w:val="00C92749"/>
    <w:rsid w:val="00CB0664"/>
    <w:rsid w:val="00CF579C"/>
    <w:rsid w:val="00DF1174"/>
    <w:rsid w:val="00DF1464"/>
    <w:rsid w:val="00DF37A5"/>
    <w:rsid w:val="00E451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2B7FDC96-2F7F-4ED6-A12C-FFD7232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B43AD8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B43AD8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927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2749"/>
    <w:rPr>
      <w:rFonts w:ascii="Calibri" w:hAnsi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2749"/>
    <w:rPr>
      <w:rFonts w:ascii="Calibri" w:hAnsi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40AD08-4BE2-4B7E-B705-87438256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718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Solicitud IDISCAM Highlights 2026</vt:lpstr>
      <vt:lpstr/>
    </vt:vector>
  </TitlesOfParts>
  <Manager/>
  <Company/>
  <LinksUpToDate>false</LinksUpToDate>
  <CharactersWithSpaces>4660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IDISCAM Highlights 2026</dc:title>
  <dc:subject>Modelo normalizado de solicitud</dc:subject>
  <dc:creator>IDISCAM</dc:creator>
  <cp:keywords/>
  <dc:description>generated by python-docx</dc:description>
  <cp:lastModifiedBy>BEATRIZ GALLEGO GOMEZ</cp:lastModifiedBy>
  <cp:revision>8</cp:revision>
  <dcterms:created xsi:type="dcterms:W3CDTF">2026-09-11T12:41:00Z</dcterms:created>
  <dcterms:modified xsi:type="dcterms:W3CDTF">2026-09-27T16:39:00Z</dcterms:modified>
  <cp:category/>
</cp:coreProperties>
</file>