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2C" w:rsidRDefault="002849AD" w:rsidP="00CA3FDB">
      <w:pPr>
        <w:pStyle w:val="Ttulo1"/>
      </w:pPr>
      <w:r>
        <w:t>IDISCAM IMPULSE 2026</w:t>
      </w:r>
    </w:p>
    <w:p w:rsidR="00494A2C" w:rsidRPr="00CA3FDB" w:rsidRDefault="002849AD" w:rsidP="00CA3FDB">
      <w:pPr>
        <w:pStyle w:val="Ttulo2"/>
        <w:rPr>
          <w:lang w:val="es-ES"/>
        </w:rPr>
      </w:pPr>
      <w:r w:rsidRPr="00CA3FDB">
        <w:rPr>
          <w:lang w:val="es-ES"/>
        </w:rPr>
        <w:t>MEMORIA CIENTÍFICO-TÉCNICA</w:t>
      </w:r>
    </w:p>
    <w:p w:rsidR="00494A2C" w:rsidRDefault="002849AD" w:rsidP="00CA3FDB">
      <w:pPr>
        <w:rPr>
          <w:lang w:val="es-ES"/>
        </w:rPr>
      </w:pPr>
      <w:r w:rsidRPr="00CA3FDB">
        <w:rPr>
          <w:lang w:val="es-ES"/>
        </w:rPr>
        <w:t>La memoria deberá cumplimentarse conforme a las Bases Generales y a las bases específicas de IDISCAM IMPULSE 2026. No modifique los títulos ni el orden de los apartados.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849AD" w:rsidRPr="00D26B9E" w:rsidTr="002849AD">
        <w:tc>
          <w:tcPr>
            <w:tcW w:w="8828" w:type="dxa"/>
          </w:tcPr>
          <w:p w:rsidR="002849AD" w:rsidRPr="002849AD" w:rsidRDefault="002849AD" w:rsidP="002849AD">
            <w:pPr>
              <w:spacing w:line="276" w:lineRule="auto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I</w:t>
            </w:r>
            <w:r w:rsidRPr="002849AD">
              <w:rPr>
                <w:b/>
                <w:bCs/>
                <w:lang w:val="es-ES"/>
              </w:rPr>
              <w:t>NDICACIONES PARA CUMPLIMENTAR LA MEMORIA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La memoria científico-técnica tendrá una </w:t>
            </w:r>
            <w:r w:rsidRPr="002849AD">
              <w:rPr>
                <w:b/>
                <w:bCs/>
                <w:lang w:val="es-ES"/>
              </w:rPr>
              <w:t>extensión máxima de 7 páginas, excluida la portada</w:t>
            </w:r>
            <w:r w:rsidRPr="002849AD">
              <w:rPr>
                <w:lang w:val="es-ES"/>
              </w:rPr>
              <w:t>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Deberá respetarse la </w:t>
            </w:r>
            <w:r w:rsidRPr="002849AD">
              <w:rPr>
                <w:b/>
                <w:bCs/>
                <w:lang w:val="es-ES"/>
              </w:rPr>
              <w:t>estructura y los apartados establecidos en el presente modelo</w:t>
            </w:r>
            <w:r w:rsidRPr="002849AD">
              <w:rPr>
                <w:lang w:val="es-ES"/>
              </w:rPr>
              <w:t>, sin eliminar ni modificar sus títulos.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El apartado </w:t>
            </w:r>
            <w:r w:rsidRPr="002849AD">
              <w:rPr>
                <w:b/>
                <w:bCs/>
                <w:lang w:val="es-ES"/>
              </w:rPr>
              <w:t>“Resumen ejecutivo del proyecto original” tendrá una extensión máxima de una página</w:t>
            </w:r>
            <w:r w:rsidRPr="002849AD">
              <w:rPr>
                <w:lang w:val="es-ES"/>
              </w:rPr>
              <w:t>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La memoria deberá centrarse específicamente en las </w:t>
            </w:r>
            <w:r w:rsidRPr="002849AD">
              <w:rPr>
                <w:b/>
                <w:bCs/>
                <w:lang w:val="es-ES"/>
              </w:rPr>
              <w:t>actuaciones que se desarrollarán en el marco de IMPULSE</w:t>
            </w:r>
            <w:r w:rsidRPr="002849AD">
              <w:rPr>
                <w:lang w:val="es-ES"/>
              </w:rPr>
              <w:t>, evitando reproducir de forma extensa el contenido de la propuesta presentada a la convocatoria de origen.</w:t>
            </w:r>
          </w:p>
          <w:p w:rsidR="002849AD" w:rsidRPr="002849AD" w:rsidRDefault="002849AD" w:rsidP="002849AD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Se recomienda una </w:t>
            </w:r>
            <w:r w:rsidRPr="002849AD">
              <w:rPr>
                <w:b/>
                <w:bCs/>
                <w:lang w:val="es-ES"/>
              </w:rPr>
              <w:t>redacción sintética y orientada a facilitar la evaluación</w:t>
            </w:r>
            <w:r w:rsidRPr="002849AD">
              <w:rPr>
                <w:lang w:val="es-ES"/>
              </w:rPr>
              <w:t xml:space="preserve"> de la viabilidad de las actuaciones propuestas, los resultados que se pretende obtener y su contribución al fortalecimiento científico-técnico del proyecto original.</w:t>
            </w:r>
          </w:p>
          <w:p w:rsidR="00D26B9E" w:rsidRDefault="002849AD" w:rsidP="00D26B9E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2849AD">
              <w:rPr>
                <w:lang w:val="es-ES"/>
              </w:rPr>
              <w:t xml:space="preserve">Las instrucciones incluidas en cada apartado tienen carácter orientativo y deberán </w:t>
            </w:r>
            <w:r w:rsidRPr="002849AD">
              <w:rPr>
                <w:b/>
                <w:bCs/>
                <w:lang w:val="es-ES"/>
              </w:rPr>
              <w:t>eliminarse antes de generar la versión definitiva en PDF</w:t>
            </w:r>
            <w:r w:rsidRPr="002849AD">
              <w:rPr>
                <w:lang w:val="es-ES"/>
              </w:rPr>
              <w:t>.</w:t>
            </w:r>
          </w:p>
          <w:p w:rsidR="00D26B9E" w:rsidRDefault="00D26B9E" w:rsidP="00D26B9E">
            <w:pPr>
              <w:numPr>
                <w:ilvl w:val="0"/>
                <w:numId w:val="10"/>
              </w:numPr>
              <w:tabs>
                <w:tab w:val="clear" w:pos="360"/>
                <w:tab w:val="num" w:pos="720"/>
              </w:tabs>
              <w:spacing w:line="276" w:lineRule="auto"/>
              <w:rPr>
                <w:lang w:val="es-ES"/>
              </w:rPr>
            </w:pPr>
            <w:r w:rsidRPr="00D26B9E">
              <w:rPr>
                <w:lang w:val="es-ES"/>
              </w:rPr>
              <w:t xml:space="preserve">Una vez cumplimentada la memoria, deberá generarse una copia en formato PDF y nombrarse utilizando la </w:t>
            </w:r>
            <w:r w:rsidRPr="00D26B9E">
              <w:rPr>
                <w:rStyle w:val="Textoennegrita"/>
                <w:b w:val="0"/>
                <w:lang w:val="es-ES"/>
              </w:rPr>
              <w:t>inicial del nombre y el primer apellido del/de la Investigador/a Principal</w:t>
            </w:r>
            <w:r w:rsidRPr="00D26B9E">
              <w:rPr>
                <w:b/>
                <w:lang w:val="es-ES"/>
              </w:rPr>
              <w:t xml:space="preserve">, </w:t>
            </w:r>
            <w:r w:rsidRPr="00D26B9E">
              <w:rPr>
                <w:lang w:val="es-ES"/>
              </w:rPr>
              <w:t>seguidos del término</w:t>
            </w:r>
            <w:r w:rsidRPr="00D26B9E">
              <w:rPr>
                <w:b/>
                <w:lang w:val="es-ES"/>
              </w:rPr>
              <w:t xml:space="preserve"> </w:t>
            </w:r>
            <w:r w:rsidRPr="00D26B9E">
              <w:rPr>
                <w:rStyle w:val="Textoennegrita"/>
                <w:b w:val="0"/>
                <w:lang w:val="es-ES"/>
              </w:rPr>
              <w:t>IMPULSE2026_Memoria</w:t>
            </w:r>
            <w:r w:rsidRPr="00D26B9E">
              <w:rPr>
                <w:b/>
                <w:lang w:val="es-ES"/>
              </w:rPr>
              <w:t>.</w:t>
            </w:r>
          </w:p>
          <w:p w:rsidR="00D26B9E" w:rsidRDefault="00D26B9E" w:rsidP="00D26B9E">
            <w:pPr>
              <w:spacing w:line="276" w:lineRule="auto"/>
              <w:ind w:left="360"/>
              <w:rPr>
                <w:rStyle w:val="Textoennegrita"/>
                <w:lang w:val="es-ES"/>
              </w:rPr>
            </w:pPr>
            <w:r w:rsidRPr="00D26B9E">
              <w:rPr>
                <w:rStyle w:val="Textoennegrita"/>
                <w:lang w:val="es-ES"/>
              </w:rPr>
              <w:t>Ejemplo: S_RamonyCajal_IMPULSE2026_Memoria.pdf</w:t>
            </w:r>
          </w:p>
          <w:p w:rsidR="00857EDC" w:rsidRDefault="00857EDC" w:rsidP="00D26B9E">
            <w:pPr>
              <w:spacing w:line="276" w:lineRule="auto"/>
              <w:ind w:left="360"/>
              <w:rPr>
                <w:lang w:val="es-ES"/>
              </w:rPr>
            </w:pPr>
          </w:p>
          <w:p w:rsidR="00857EDC" w:rsidRDefault="00857EDC" w:rsidP="00D26B9E">
            <w:pPr>
              <w:spacing w:line="276" w:lineRule="auto"/>
              <w:ind w:left="360"/>
              <w:rPr>
                <w:rStyle w:val="Textoennegrita"/>
              </w:rPr>
            </w:pPr>
            <w:bookmarkStart w:id="0" w:name="_GoBack"/>
            <w:bookmarkEnd w:id="0"/>
            <w:r w:rsidRPr="001255D7">
              <w:rPr>
                <w:lang w:val="es-ES"/>
              </w:rPr>
              <w:t xml:space="preserve">El documento en formato PDF deberá remitirse por correo electrónico a </w:t>
            </w:r>
            <w:hyperlink r:id="rId8" w:history="1">
              <w:r w:rsidRPr="001255D7">
                <w:rPr>
                  <w:rStyle w:val="Hipervnculo"/>
                  <w:lang w:val="es-ES"/>
                </w:rPr>
                <w:t>secretaria@idiscam.es</w:t>
              </w:r>
            </w:hyperlink>
            <w:r w:rsidRPr="001255D7">
              <w:rPr>
                <w:lang w:val="es-ES"/>
              </w:rPr>
              <w:t xml:space="preserve"> de acuerdo con las indicaciones establecidas en las bases.</w:t>
            </w:r>
          </w:p>
          <w:p w:rsidR="00857EDC" w:rsidRPr="00D26B9E" w:rsidRDefault="00857EDC" w:rsidP="00D26B9E">
            <w:pPr>
              <w:spacing w:line="276" w:lineRule="auto"/>
              <w:ind w:left="360"/>
              <w:rPr>
                <w:lang w:val="es-ES"/>
              </w:rPr>
            </w:pPr>
          </w:p>
        </w:tc>
      </w:tr>
    </w:tbl>
    <w:p w:rsidR="002849AD" w:rsidRDefault="002849AD" w:rsidP="00CA3FDB">
      <w:pPr>
        <w:rPr>
          <w:lang w:val="es-ES"/>
        </w:rPr>
      </w:pPr>
    </w:p>
    <w:p w:rsidR="002849AD" w:rsidRDefault="002849AD" w:rsidP="002849AD">
      <w:pPr>
        <w:rPr>
          <w:lang w:val="es-ES"/>
        </w:rPr>
        <w:sectPr w:rsidR="002849AD" w:rsidSect="002849AD">
          <w:headerReference w:type="default" r:id="rId9"/>
          <w:footerReference w:type="default" r:id="rId10"/>
          <w:headerReference w:type="first" r:id="rId11"/>
          <w:pgSz w:w="12240" w:h="15840"/>
          <w:pgMar w:top="1417" w:right="1701" w:bottom="1417" w:left="1701" w:header="720" w:footer="720" w:gutter="0"/>
          <w:pgNumType w:start="1"/>
          <w:cols w:space="720"/>
          <w:titlePg/>
          <w:docGrid w:linePitch="360"/>
        </w:sectPr>
      </w:pPr>
    </w:p>
    <w:p w:rsidR="002849AD" w:rsidRPr="002849AD" w:rsidRDefault="002849AD" w:rsidP="002849AD">
      <w:pPr>
        <w:pStyle w:val="Ttulo1"/>
        <w:rPr>
          <w:lang w:val="es-ES"/>
        </w:rPr>
      </w:pPr>
      <w:r w:rsidRPr="002849AD">
        <w:rPr>
          <w:lang w:val="es-ES"/>
        </w:rPr>
        <w:lastRenderedPageBreak/>
        <w:t>IDISCAM IMPULSE 2026</w:t>
      </w:r>
    </w:p>
    <w:p w:rsidR="002849AD" w:rsidRPr="00CA3FDB" w:rsidRDefault="002849AD" w:rsidP="002849AD">
      <w:pPr>
        <w:pStyle w:val="Ttulo2"/>
        <w:rPr>
          <w:lang w:val="es-ES"/>
        </w:rPr>
      </w:pPr>
      <w:r w:rsidRPr="00CA3FDB">
        <w:rPr>
          <w:lang w:val="es-ES"/>
        </w:rPr>
        <w:t>MEMORIA CIENTÍFICO-TÉCNICA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5"/>
        <w:gridCol w:w="4413"/>
      </w:tblGrid>
      <w:tr w:rsidR="00494A2C" w:rsidRPr="00D26B9E">
        <w:trPr>
          <w:jc w:val="center"/>
        </w:trPr>
        <w:tc>
          <w:tcPr>
            <w:tcW w:w="8838" w:type="dxa"/>
            <w:gridSpan w:val="2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DATOS IDENTIFICATIVOS DE LA PROPUESTA</w:t>
            </w:r>
          </w:p>
        </w:tc>
      </w:tr>
      <w:tr w:rsidR="00494A2C" w:rsidRPr="00D26B9E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t>TÍTULO DE LA PROPUESTA IMPULSE: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>
            <w:pPr>
              <w:spacing w:before="0" w:after="0"/>
              <w:rPr>
                <w:lang w:val="es-ES"/>
              </w:rPr>
            </w:pPr>
          </w:p>
        </w:tc>
      </w:tr>
      <w:tr w:rsidR="00494A2C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2849AD">
            <w:pPr>
              <w:spacing w:before="0" w:after="0"/>
            </w:pPr>
            <w:r>
              <w:rPr>
                <w:b/>
                <w:sz w:val="16"/>
              </w:rPr>
              <w:t>INVESTIGADOR/A PRINCIPAL: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</w:tr>
      <w:tr w:rsidR="00494A2C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2849AD">
            <w:pPr>
              <w:spacing w:before="0" w:after="0"/>
            </w:pPr>
            <w:r>
              <w:rPr>
                <w:b/>
                <w:sz w:val="16"/>
              </w:rPr>
              <w:t>REFERENCIA DEL PROYECTO ORIGINAL: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</w:tr>
      <w:tr w:rsidR="00494A2C">
        <w:trPr>
          <w:jc w:val="center"/>
        </w:trPr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2849AD">
            <w:pPr>
              <w:spacing w:before="0" w:after="0"/>
            </w:pPr>
            <w:r>
              <w:rPr>
                <w:b/>
                <w:sz w:val="16"/>
              </w:rPr>
              <w:t>CONVOCATORIA DE ORIGEN:</w:t>
            </w:r>
          </w:p>
        </w:tc>
        <w:tc>
          <w:tcPr>
            <w:tcW w:w="44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</w:tr>
    </w:tbl>
    <w:p w:rsidR="00494A2C" w:rsidRDefault="00494A2C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1. RESUMEN EJECUTIVO DEL PROYECTO ORIGINAL</w:t>
            </w:r>
          </w:p>
        </w:tc>
      </w:tr>
      <w:tr w:rsidR="00494A2C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</w:rPr>
            </w:pPr>
            <w:r w:rsidRPr="00CA3FDB">
              <w:rPr>
                <w:b/>
                <w:i/>
                <w:color w:val="666666"/>
                <w:sz w:val="20"/>
                <w:szCs w:val="20"/>
                <w:lang w:val="es-ES"/>
              </w:rPr>
              <w:t>Extensión máxima: 1 página</w:t>
            </w: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 xml:space="preserve">. Describa de forma sintética el objetivo general, la hipótesis o planteamiento de partida, los principales objetivos específicos y la aproximación metodológica del proyecto previamente presentado. </w:t>
            </w:r>
            <w:r w:rsidRPr="00CA3FDB">
              <w:rPr>
                <w:i/>
                <w:color w:val="666666"/>
                <w:sz w:val="20"/>
                <w:szCs w:val="20"/>
              </w:rPr>
              <w:t xml:space="preserve">Este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apartado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tiene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carácter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 xml:space="preserve">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contextualizador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 xml:space="preserve"> de la propuesta IMPULSE.</w:t>
            </w:r>
          </w:p>
        </w:tc>
      </w:tr>
      <w:tr w:rsidR="00494A2C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</w:pPr>
          </w:p>
        </w:tc>
      </w:tr>
    </w:tbl>
    <w:p w:rsidR="00494A2C" w:rsidRDefault="00494A2C">
      <w:pPr>
        <w:spacing w:before="0" w:after="10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2. JUSTIFICACIÓN DE LA PROPUESTA IMPULSE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Justifique la selección de las actuaciones que se propone desarrollar en el marco de IMPULSE y explique su relación con las necesidades de fortalecimiento científico-técnico del proyecto original. Indique de forma clara qué aspectos se pretende reforzar y por qué las actuaciones seleccionadas resultan adecuadas para ello.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2849AD" w:rsidRDefault="002849AD">
            <w:pPr>
              <w:spacing w:before="0" w:after="0"/>
              <w:rPr>
                <w:lang w:val="es-ES"/>
              </w:rPr>
            </w:pPr>
          </w:p>
          <w:p w:rsidR="002849AD" w:rsidRDefault="002849AD">
            <w:pPr>
              <w:spacing w:before="0" w:after="0"/>
              <w:rPr>
                <w:lang w:val="es-ES"/>
              </w:rPr>
            </w:pPr>
          </w:p>
          <w:p w:rsidR="002849AD" w:rsidRPr="00CA3FDB" w:rsidRDefault="002849AD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lastRenderedPageBreak/>
              <w:t>3. OBJETIVOS ESPECÍFICOS DE LA PROPUESTA IMPULSE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Defina de forma clara, concreta y verificable los objetivos específicos que se pretenden alcanzar durante el periodo de ejecución de IMPULSE.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CA3FDB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4. METODOLOGÍA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Describa la metodología y las actividades previstas para alcanzar los objetivos propuestos, incluyendo, cuando proceda, diseño del estudio, población o muestras, técnicas, procedimientos, análisis y otros elementos metodológicos relevantes.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5. PLAN DE TRABAJO Y CRONOGRAMA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CA3FDB">
            <w:pPr>
              <w:spacing w:before="0" w:after="0"/>
              <w:rPr>
                <w:sz w:val="20"/>
                <w:szCs w:val="20"/>
                <w:lang w:val="es-ES"/>
              </w:rPr>
            </w:pPr>
            <w:r>
              <w:rPr>
                <w:i/>
                <w:color w:val="666666"/>
                <w:sz w:val="20"/>
                <w:szCs w:val="20"/>
                <w:lang w:val="es-ES"/>
              </w:rPr>
              <w:t xml:space="preserve"> </w:t>
            </w:r>
            <w:r w:rsidR="002849AD" w:rsidRPr="00CA3FDB">
              <w:rPr>
                <w:i/>
                <w:color w:val="666666"/>
                <w:sz w:val="20"/>
                <w:szCs w:val="20"/>
                <w:lang w:val="es-ES"/>
              </w:rPr>
              <w:t>Describa las tareas o paquetes de trabajo, responsables, principales hitos y resultados previstos. Incluya un cronograma ajustado al periodo máximo de ejecución de 12 meses.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Default="0064428D">
            <w:pPr>
              <w:spacing w:before="0" w:after="0"/>
              <w:rPr>
                <w:lang w:val="es-ES"/>
              </w:rPr>
            </w:pPr>
          </w:p>
          <w:p w:rsidR="0064428D" w:rsidRPr="00CA3FDB" w:rsidRDefault="0064428D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8935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427"/>
        <w:gridCol w:w="425"/>
        <w:gridCol w:w="381"/>
        <w:gridCol w:w="408"/>
        <w:gridCol w:w="408"/>
        <w:gridCol w:w="408"/>
        <w:gridCol w:w="408"/>
        <w:gridCol w:w="408"/>
        <w:gridCol w:w="408"/>
        <w:gridCol w:w="408"/>
        <w:gridCol w:w="448"/>
        <w:gridCol w:w="426"/>
        <w:gridCol w:w="567"/>
      </w:tblGrid>
      <w:tr w:rsidR="0064428D" w:rsidTr="0064428D">
        <w:trPr>
          <w:jc w:val="center"/>
        </w:trPr>
        <w:tc>
          <w:tcPr>
            <w:tcW w:w="240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lastRenderedPageBreak/>
              <w:t>ACTIVIDAD / TAREA</w:t>
            </w:r>
          </w:p>
        </w:tc>
        <w:tc>
          <w:tcPr>
            <w:tcW w:w="1427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RESPONSABLE</w:t>
            </w:r>
          </w:p>
        </w:tc>
        <w:tc>
          <w:tcPr>
            <w:tcW w:w="425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44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Pr="00CA3FDB" w:rsidRDefault="0064428D">
            <w:pPr>
              <w:spacing w:before="0" w:after="0"/>
              <w:rPr>
                <w:sz w:val="18"/>
                <w:szCs w:val="18"/>
              </w:rPr>
            </w:pPr>
            <w:r w:rsidRPr="00CA3FDB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shd w:val="clear" w:color="auto" w:fill="FCE8E9"/>
          </w:tcPr>
          <w:p w:rsidR="0064428D" w:rsidRPr="00CA3FDB" w:rsidRDefault="0064428D">
            <w:pPr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CE8E9"/>
          </w:tcPr>
          <w:p w:rsidR="0064428D" w:rsidRPr="00CA3FDB" w:rsidRDefault="0064428D">
            <w:pPr>
              <w:spacing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  <w:tr w:rsidR="0064428D" w:rsidTr="0064428D">
        <w:trPr>
          <w:jc w:val="center"/>
        </w:trPr>
        <w:tc>
          <w:tcPr>
            <w:tcW w:w="240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142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38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4428D" w:rsidRDefault="0064428D" w:rsidP="00CA3FDB"/>
        </w:tc>
        <w:tc>
          <w:tcPr>
            <w:tcW w:w="426" w:type="dxa"/>
          </w:tcPr>
          <w:p w:rsidR="0064428D" w:rsidRDefault="0064428D" w:rsidP="00CA3FDB"/>
        </w:tc>
        <w:tc>
          <w:tcPr>
            <w:tcW w:w="567" w:type="dxa"/>
          </w:tcPr>
          <w:p w:rsidR="0064428D" w:rsidRDefault="0064428D" w:rsidP="00CA3FDB"/>
        </w:tc>
      </w:tr>
    </w:tbl>
    <w:p w:rsidR="00494A2C" w:rsidRDefault="00494A2C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6. COMPOSICIÓN Y ADECUACIÓN DEL EQUIPO INVESTIGADOR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Justifique la adecuación del equipo investigador a las actuaciones propuestas, indicando los perfiles, competencias y capacidades científico-técnicas relevantes para su ejecución. El equipo de la propuesta IMPULSE no tiene que coincidir necesariamente con el del proyecto original.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7. RESULTADOS ESPERADOS Y CONTRIBUCIÓN AL FORTALECIMIENTO DEL PROYECTO ORIGINAL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Describa los principales resultados, evidencias o desarrollos que se espera obtener y explique de qué manera contribuirán a reforzar la solidez científico-técnica del proyecto original y a mejorar su competitividad de cara a futuras convocatorias de financiación en concurrencia competitiva.</w:t>
            </w:r>
          </w:p>
        </w:tc>
      </w:tr>
      <w:tr w:rsidR="00494A2C" w:rsidRPr="00D26B9E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Default="00CA3FDB">
            <w:pPr>
              <w:spacing w:before="0" w:after="0"/>
              <w:rPr>
                <w:sz w:val="18"/>
                <w:lang w:val="es-ES"/>
              </w:rPr>
            </w:pPr>
          </w:p>
          <w:p w:rsidR="00CA3FDB" w:rsidRPr="00CA3FDB" w:rsidRDefault="00CA3FDB">
            <w:pPr>
              <w:spacing w:before="0" w:after="0"/>
              <w:rPr>
                <w:lang w:val="es-ES"/>
              </w:rPr>
            </w:pPr>
          </w:p>
        </w:tc>
      </w:tr>
    </w:tbl>
    <w:p w:rsidR="00494A2C" w:rsidRPr="00CA3FDB" w:rsidRDefault="00494A2C">
      <w:pPr>
        <w:spacing w:before="0" w:after="100"/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2942"/>
        <w:gridCol w:w="2943"/>
      </w:tblGrid>
      <w:tr w:rsidR="00494A2C">
        <w:trPr>
          <w:jc w:val="center"/>
        </w:trPr>
        <w:tc>
          <w:tcPr>
            <w:tcW w:w="8838" w:type="dxa"/>
            <w:gridSpan w:val="3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</w:pPr>
            <w:r w:rsidRPr="00CA3FDB">
              <w:rPr>
                <w:b/>
                <w:color w:val="FFFFFF"/>
              </w:rPr>
              <w:t>8. PRESUPUESTO SOLICITADO Y JUSTIFICACIÓN</w:t>
            </w:r>
          </w:p>
        </w:tc>
      </w:tr>
      <w:tr w:rsidR="00494A2C" w:rsidRPr="00CA3FDB">
        <w:trPr>
          <w:jc w:val="center"/>
        </w:trPr>
        <w:tc>
          <w:tcPr>
            <w:tcW w:w="8838" w:type="dxa"/>
            <w:gridSpan w:val="3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  <w:lang w:val="es-ES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>Desglose el presupuesto solicitado por conceptos y justifique su necesidad y vinculación directa con las actuaciones propuestas. La cuantía máxima solicitada no podrá superar 10.000 €.</w:t>
            </w:r>
          </w:p>
        </w:tc>
      </w:tr>
      <w:tr w:rsidR="00494A2C" w:rsidRPr="00CA3FDB">
        <w:trPr>
          <w:jc w:val="center"/>
        </w:trPr>
        <w:tc>
          <w:tcPr>
            <w:tcW w:w="294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lastRenderedPageBreak/>
              <w:t>CONCEPTO</w:t>
            </w:r>
          </w:p>
        </w:tc>
        <w:tc>
          <w:tcPr>
            <w:tcW w:w="294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t>IMPORTE (€)</w:t>
            </w:r>
          </w:p>
        </w:tc>
        <w:tc>
          <w:tcPr>
            <w:tcW w:w="2946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sz w:val="16"/>
                <w:lang w:val="es-ES"/>
              </w:rPr>
              <w:t>JUSTIFICACIÓN</w:t>
            </w:r>
          </w:p>
        </w:tc>
      </w:tr>
      <w:tr w:rsidR="00494A2C" w:rsidRPr="00CA3FDB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 w:rsidP="00CA3FDB">
            <w:pPr>
              <w:rPr>
                <w:sz w:val="16"/>
                <w:szCs w:val="16"/>
                <w:lang w:val="es-ES"/>
              </w:rPr>
            </w:pPr>
            <w:r w:rsidRPr="00CA3FDB">
              <w:rPr>
                <w:sz w:val="16"/>
                <w:szCs w:val="16"/>
                <w:lang w:val="es-ES"/>
              </w:rPr>
              <w:t>Material fungible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</w:tr>
      <w:tr w:rsidR="00494A2C" w:rsidRPr="00D26B9E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 w:rsidP="00CA3FDB">
            <w:pPr>
              <w:rPr>
                <w:sz w:val="16"/>
                <w:szCs w:val="16"/>
                <w:lang w:val="es-ES"/>
              </w:rPr>
            </w:pPr>
            <w:r w:rsidRPr="00CA3FDB">
              <w:rPr>
                <w:sz w:val="16"/>
                <w:szCs w:val="16"/>
                <w:lang w:val="es-ES"/>
              </w:rPr>
              <w:t xml:space="preserve">Pequeño material </w:t>
            </w:r>
            <w:proofErr w:type="spellStart"/>
            <w:r w:rsidRPr="00CA3FDB">
              <w:rPr>
                <w:sz w:val="16"/>
                <w:szCs w:val="16"/>
                <w:lang w:val="es-ES"/>
              </w:rPr>
              <w:t>inventariable</w:t>
            </w:r>
            <w:proofErr w:type="spellEnd"/>
            <w:r w:rsidRPr="00CA3FDB">
              <w:rPr>
                <w:sz w:val="16"/>
                <w:szCs w:val="16"/>
                <w:lang w:val="es-ES"/>
              </w:rPr>
              <w:t xml:space="preserve"> / equipamiento informático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</w:tr>
      <w:tr w:rsidR="00494A2C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 w:rsidP="00CA3FDB">
            <w:pPr>
              <w:rPr>
                <w:sz w:val="16"/>
                <w:szCs w:val="16"/>
              </w:rPr>
            </w:pPr>
            <w:proofErr w:type="spellStart"/>
            <w:r w:rsidRPr="00CA3FDB">
              <w:rPr>
                <w:sz w:val="16"/>
                <w:szCs w:val="16"/>
              </w:rPr>
              <w:t>Servicios</w:t>
            </w:r>
            <w:proofErr w:type="spellEnd"/>
            <w:r w:rsidRPr="00CA3FDB">
              <w:rPr>
                <w:sz w:val="16"/>
                <w:szCs w:val="16"/>
              </w:rPr>
              <w:t xml:space="preserve"> </w:t>
            </w:r>
            <w:proofErr w:type="spellStart"/>
            <w:r w:rsidRPr="00CA3FDB">
              <w:rPr>
                <w:sz w:val="16"/>
                <w:szCs w:val="16"/>
              </w:rPr>
              <w:t>externos</w:t>
            </w:r>
            <w:proofErr w:type="spellEnd"/>
            <w:r w:rsidRPr="00CA3FDB">
              <w:rPr>
                <w:sz w:val="16"/>
                <w:szCs w:val="16"/>
              </w:rPr>
              <w:t xml:space="preserve"> </w:t>
            </w:r>
            <w:proofErr w:type="spellStart"/>
            <w:r w:rsidRPr="00CA3FDB">
              <w:rPr>
                <w:sz w:val="16"/>
                <w:szCs w:val="16"/>
              </w:rPr>
              <w:t>especializados</w:t>
            </w:r>
            <w:proofErr w:type="spellEnd"/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</w:tr>
      <w:tr w:rsidR="00494A2C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 w:rsidP="00CA3FDB">
            <w:pPr>
              <w:rPr>
                <w:sz w:val="16"/>
                <w:szCs w:val="16"/>
              </w:rPr>
            </w:pPr>
            <w:r w:rsidRPr="00CA3FDB">
              <w:rPr>
                <w:sz w:val="16"/>
                <w:szCs w:val="16"/>
              </w:rPr>
              <w:t>Publicación y difusión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</w:tr>
      <w:tr w:rsidR="00494A2C" w:rsidRPr="00D26B9E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 w:rsidP="00CA3FDB">
            <w:pPr>
              <w:rPr>
                <w:sz w:val="16"/>
                <w:szCs w:val="16"/>
                <w:lang w:val="es-ES"/>
              </w:rPr>
            </w:pPr>
            <w:r w:rsidRPr="00CA3FDB">
              <w:rPr>
                <w:sz w:val="16"/>
                <w:szCs w:val="16"/>
                <w:lang w:val="es-ES"/>
              </w:rPr>
              <w:t>Viajes, dietas e inscripción a congresos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  <w:lang w:val="es-ES"/>
              </w:rPr>
            </w:pPr>
          </w:p>
        </w:tc>
      </w:tr>
      <w:tr w:rsidR="00494A2C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 w:rsidP="00CA3FDB">
            <w:pPr>
              <w:rPr>
                <w:sz w:val="16"/>
                <w:szCs w:val="16"/>
              </w:rPr>
            </w:pPr>
            <w:proofErr w:type="spellStart"/>
            <w:r w:rsidRPr="00CA3FDB">
              <w:rPr>
                <w:sz w:val="16"/>
                <w:szCs w:val="16"/>
              </w:rPr>
              <w:t>Otros</w:t>
            </w:r>
            <w:proofErr w:type="spellEnd"/>
            <w:r w:rsidRPr="00CA3FDB">
              <w:rPr>
                <w:sz w:val="16"/>
                <w:szCs w:val="16"/>
              </w:rPr>
              <w:t xml:space="preserve"> </w:t>
            </w:r>
            <w:proofErr w:type="spellStart"/>
            <w:r w:rsidRPr="00CA3FDB">
              <w:rPr>
                <w:sz w:val="16"/>
                <w:szCs w:val="16"/>
              </w:rPr>
              <w:t>gastos</w:t>
            </w:r>
            <w:proofErr w:type="spellEnd"/>
            <w:r w:rsidRPr="00CA3FDB">
              <w:rPr>
                <w:sz w:val="16"/>
                <w:szCs w:val="16"/>
              </w:rPr>
              <w:t xml:space="preserve"> </w:t>
            </w:r>
            <w:proofErr w:type="spellStart"/>
            <w:r w:rsidRPr="00CA3FDB">
              <w:rPr>
                <w:sz w:val="16"/>
                <w:szCs w:val="16"/>
              </w:rPr>
              <w:t>directamente</w:t>
            </w:r>
            <w:proofErr w:type="spellEnd"/>
            <w:r w:rsidRPr="00CA3FDB">
              <w:rPr>
                <w:sz w:val="16"/>
                <w:szCs w:val="16"/>
              </w:rPr>
              <w:t xml:space="preserve"> </w:t>
            </w:r>
            <w:proofErr w:type="spellStart"/>
            <w:r w:rsidRPr="00CA3FDB">
              <w:rPr>
                <w:sz w:val="16"/>
                <w:szCs w:val="16"/>
              </w:rPr>
              <w:t>relacionados</w:t>
            </w:r>
            <w:proofErr w:type="spellEnd"/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494A2C" w:rsidP="00CA3FDB">
            <w:pPr>
              <w:rPr>
                <w:sz w:val="18"/>
                <w:szCs w:val="18"/>
              </w:rPr>
            </w:pPr>
          </w:p>
        </w:tc>
      </w:tr>
      <w:tr w:rsidR="00494A2C">
        <w:trPr>
          <w:jc w:val="center"/>
        </w:trPr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2849AD">
            <w:pPr>
              <w:spacing w:before="0" w:after="0"/>
            </w:pPr>
            <w:r>
              <w:rPr>
                <w:b/>
                <w:sz w:val="16"/>
              </w:rPr>
              <w:t>TOTAL SOLICITADO</w:t>
            </w: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  <w:tc>
          <w:tcPr>
            <w:tcW w:w="29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</w:pPr>
          </w:p>
        </w:tc>
      </w:tr>
    </w:tbl>
    <w:p w:rsidR="00494A2C" w:rsidRDefault="00494A2C">
      <w:pPr>
        <w:spacing w:before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494A2C" w:rsidRPr="00D26B9E">
        <w:trPr>
          <w:jc w:val="center"/>
        </w:trPr>
        <w:tc>
          <w:tcPr>
            <w:tcW w:w="8838" w:type="dxa"/>
            <w:shd w:val="clear" w:color="auto" w:fill="F28E9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lang w:val="es-ES"/>
              </w:rPr>
            </w:pPr>
            <w:r w:rsidRPr="00CA3FDB">
              <w:rPr>
                <w:b/>
                <w:color w:val="FFFFFF"/>
                <w:lang w:val="es-ES"/>
              </w:rPr>
              <w:t>9. ENTIDADES COLABORADORAS (EN SU CASO)</w:t>
            </w:r>
          </w:p>
        </w:tc>
      </w:tr>
      <w:tr w:rsidR="00494A2C">
        <w:trPr>
          <w:jc w:val="center"/>
        </w:trPr>
        <w:tc>
          <w:tcPr>
            <w:tcW w:w="8838" w:type="dxa"/>
            <w:shd w:val="clear" w:color="auto" w:fill="FCE8E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Pr="00CA3FDB" w:rsidRDefault="002849AD">
            <w:pPr>
              <w:spacing w:before="0" w:after="0"/>
              <w:rPr>
                <w:sz w:val="20"/>
                <w:szCs w:val="20"/>
              </w:rPr>
            </w:pPr>
            <w:r w:rsidRPr="00CA3FDB">
              <w:rPr>
                <w:i/>
                <w:color w:val="666666"/>
                <w:sz w:val="20"/>
                <w:szCs w:val="20"/>
                <w:lang w:val="es-ES"/>
              </w:rPr>
              <w:t xml:space="preserve">Cuando participen empresas u otras entidades colaboradoras, describa su experiencia o capacidades relevantes, el papel que desempeñarán en las actuaciones propuestas y su aportación a las mismas. </w:t>
            </w:r>
            <w:r w:rsidRPr="00CA3FDB">
              <w:rPr>
                <w:i/>
                <w:color w:val="666666"/>
                <w:sz w:val="20"/>
                <w:szCs w:val="20"/>
              </w:rPr>
              <w:t xml:space="preserve">Si no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procede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 xml:space="preserve">,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indique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 xml:space="preserve"> “No </w:t>
            </w:r>
            <w:proofErr w:type="spellStart"/>
            <w:r w:rsidRPr="00CA3FDB">
              <w:rPr>
                <w:i/>
                <w:color w:val="666666"/>
                <w:sz w:val="20"/>
                <w:szCs w:val="20"/>
              </w:rPr>
              <w:t>aplica</w:t>
            </w:r>
            <w:proofErr w:type="spellEnd"/>
            <w:r w:rsidRPr="00CA3FDB">
              <w:rPr>
                <w:i/>
                <w:color w:val="666666"/>
                <w:sz w:val="20"/>
                <w:szCs w:val="20"/>
              </w:rPr>
              <w:t>”.</w:t>
            </w:r>
          </w:p>
        </w:tc>
      </w:tr>
      <w:tr w:rsidR="00494A2C">
        <w:trPr>
          <w:jc w:val="center"/>
        </w:trPr>
        <w:tc>
          <w:tcPr>
            <w:tcW w:w="88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494A2C" w:rsidRDefault="00494A2C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  <w:rPr>
                <w:sz w:val="18"/>
              </w:rPr>
            </w:pPr>
          </w:p>
          <w:p w:rsidR="00CA3FDB" w:rsidRDefault="00CA3FDB">
            <w:pPr>
              <w:spacing w:before="0" w:after="0"/>
            </w:pPr>
          </w:p>
        </w:tc>
      </w:tr>
    </w:tbl>
    <w:p w:rsidR="00494A2C" w:rsidRDefault="00494A2C">
      <w:pPr>
        <w:spacing w:before="0" w:after="100"/>
      </w:pPr>
    </w:p>
    <w:p w:rsidR="00BC4F69" w:rsidRPr="00CA3FDB" w:rsidRDefault="00BC4F69">
      <w:pPr>
        <w:rPr>
          <w:lang w:val="es-ES"/>
        </w:rPr>
      </w:pPr>
    </w:p>
    <w:sectPr w:rsidR="00BC4F69" w:rsidRPr="00CA3FDB" w:rsidSect="002849AD">
      <w:headerReference w:type="first" r:id="rId12"/>
      <w:footerReference w:type="first" r:id="rId13"/>
      <w:pgSz w:w="12240" w:h="15840"/>
      <w:pgMar w:top="1417" w:right="1701" w:bottom="141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endnote>
  <w:end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724030"/>
      <w:docPartObj>
        <w:docPartGallery w:val="Page Numbers (Bottom of Page)"/>
        <w:docPartUnique/>
      </w:docPartObj>
    </w:sdtPr>
    <w:sdtEndPr/>
    <w:sdtContent>
      <w:p w:rsidR="00DF37A5" w:rsidRDefault="00DF37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DC" w:rsidRPr="00857EDC">
          <w:rPr>
            <w:noProof/>
            <w:lang w:val="es-ES"/>
          </w:rPr>
          <w:t>4</w:t>
        </w:r>
        <w:r>
          <w:fldChar w:fldCharType="end"/>
        </w:r>
      </w:p>
    </w:sdtContent>
  </w:sdt>
  <w:p w:rsidR="00DF37A5" w:rsidRDefault="00DF37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207650"/>
      <w:docPartObj>
        <w:docPartGallery w:val="Page Numbers (Bottom of Page)"/>
        <w:docPartUnique/>
      </w:docPartObj>
    </w:sdtPr>
    <w:sdtEndPr/>
    <w:sdtContent>
      <w:p w:rsidR="002849AD" w:rsidRDefault="002849A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DC" w:rsidRPr="00857EDC">
          <w:rPr>
            <w:noProof/>
            <w:lang w:val="es-ES"/>
          </w:rPr>
          <w:t>1</w:t>
        </w:r>
        <w:r>
          <w:fldChar w:fldCharType="end"/>
        </w:r>
      </w:p>
    </w:sdtContent>
  </w:sdt>
  <w:p w:rsidR="002849AD" w:rsidRDefault="002849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7A5" w:rsidRDefault="00DF37A5" w:rsidP="00DF37A5">
      <w:pPr>
        <w:spacing w:before="0" w:after="0" w:line="240" w:lineRule="auto"/>
      </w:pPr>
      <w:r>
        <w:separator/>
      </w:r>
    </w:p>
  </w:footnote>
  <w:footnote w:type="continuationSeparator" w:id="0">
    <w:p w:rsidR="00DF37A5" w:rsidRDefault="00DF37A5" w:rsidP="00DF37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7A5" w:rsidRDefault="00DF37A5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2170E906" wp14:editId="03A84088">
          <wp:simplePos x="0" y="0"/>
          <wp:positionH relativeFrom="margin">
            <wp:posOffset>4834393</wp:posOffset>
          </wp:positionH>
          <wp:positionV relativeFrom="paragraph">
            <wp:posOffset>87464</wp:posOffset>
          </wp:positionV>
          <wp:extent cx="774598" cy="483577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68C06178" wp14:editId="37681E0C">
          <wp:extent cx="912678" cy="442443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F37A5" w:rsidRDefault="00DF37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9AD" w:rsidRDefault="002849AD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6B089782" wp14:editId="43A9535B">
          <wp:simplePos x="0" y="0"/>
          <wp:positionH relativeFrom="margin">
            <wp:posOffset>4747407</wp:posOffset>
          </wp:positionH>
          <wp:positionV relativeFrom="paragraph">
            <wp:posOffset>88070</wp:posOffset>
          </wp:positionV>
          <wp:extent cx="774598" cy="483577"/>
          <wp:effectExtent l="0" t="0" r="698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0495531C" wp14:editId="6FA2005B">
          <wp:extent cx="912678" cy="442443"/>
          <wp:effectExtent l="0" t="0" r="190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49AD" w:rsidRDefault="002849A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9AD" w:rsidRDefault="002849AD">
    <w:pPr>
      <w:pStyle w:val="Encabezado"/>
    </w:pPr>
    <w:r>
      <w:rPr>
        <w:noProof/>
        <w:sz w:val="18"/>
        <w:szCs w:val="18"/>
        <w:lang w:val="es-ES" w:eastAsia="es-ES"/>
      </w:rPr>
      <w:drawing>
        <wp:anchor distT="0" distB="0" distL="114300" distR="114300" simplePos="0" relativeHeight="251662336" behindDoc="0" locked="0" layoutInCell="1" allowOverlap="1" wp14:anchorId="7173552A" wp14:editId="709732FA">
          <wp:simplePos x="0" y="0"/>
          <wp:positionH relativeFrom="margin">
            <wp:posOffset>4747407</wp:posOffset>
          </wp:positionH>
          <wp:positionV relativeFrom="paragraph">
            <wp:posOffset>88070</wp:posOffset>
          </wp:positionV>
          <wp:extent cx="774598" cy="483577"/>
          <wp:effectExtent l="0" t="0" r="698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C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98" cy="483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color w:val="595959" w:themeColor="text1" w:themeTint="A6"/>
        <w:sz w:val="18"/>
        <w:szCs w:val="18"/>
        <w:lang w:val="es-ES" w:eastAsia="es-ES"/>
      </w:rPr>
      <w:drawing>
        <wp:inline distT="0" distB="0" distL="0" distR="0" wp14:anchorId="738B916F" wp14:editId="4C574FD3">
          <wp:extent cx="912678" cy="442443"/>
          <wp:effectExtent l="0" t="0" r="190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queñ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17" cy="455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49AD" w:rsidRDefault="002849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C673B1"/>
    <w:multiLevelType w:val="multilevel"/>
    <w:tmpl w:val="47724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551F"/>
    <w:rsid w:val="00135A08"/>
    <w:rsid w:val="0015074B"/>
    <w:rsid w:val="001A3C0F"/>
    <w:rsid w:val="001E30A0"/>
    <w:rsid w:val="001F75B8"/>
    <w:rsid w:val="002849AD"/>
    <w:rsid w:val="0029639D"/>
    <w:rsid w:val="00326F90"/>
    <w:rsid w:val="00494A2C"/>
    <w:rsid w:val="004F186D"/>
    <w:rsid w:val="004F2959"/>
    <w:rsid w:val="0064428D"/>
    <w:rsid w:val="006F66AD"/>
    <w:rsid w:val="0071735B"/>
    <w:rsid w:val="007337AD"/>
    <w:rsid w:val="00811D1E"/>
    <w:rsid w:val="00857EDC"/>
    <w:rsid w:val="008F7F59"/>
    <w:rsid w:val="00930B33"/>
    <w:rsid w:val="00973B8F"/>
    <w:rsid w:val="00A21D2C"/>
    <w:rsid w:val="00AA1D8D"/>
    <w:rsid w:val="00AD3275"/>
    <w:rsid w:val="00B43AD8"/>
    <w:rsid w:val="00B47730"/>
    <w:rsid w:val="00BC4F69"/>
    <w:rsid w:val="00BF0488"/>
    <w:rsid w:val="00C804FF"/>
    <w:rsid w:val="00C92749"/>
    <w:rsid w:val="00CA3FDB"/>
    <w:rsid w:val="00CB0664"/>
    <w:rsid w:val="00CF579C"/>
    <w:rsid w:val="00D26B9E"/>
    <w:rsid w:val="00DF1174"/>
    <w:rsid w:val="00DF1464"/>
    <w:rsid w:val="00DF37A5"/>
    <w:rsid w:val="00E451E9"/>
    <w:rsid w:val="00F514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1E68F968"/>
  <w15:docId w15:val="{2B7FDC96-2F7F-4ED6-A12C-FFD72320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927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92749"/>
    <w:rPr>
      <w:rFonts w:ascii="Calibri" w:hAnsi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92749"/>
    <w:rPr>
      <w:rFonts w:ascii="Calibri" w:hAnsi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6B9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3E5FBB-89EB-4011-868E-47AD85467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757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Memoria Científico-Técnica IDISCAM IMPULSE 2026</vt:lpstr>
      <vt:lpstr/>
    </vt:vector>
  </TitlesOfParts>
  <Manager/>
  <Company/>
  <LinksUpToDate>false</LinksUpToDate>
  <CharactersWithSpaces>4916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Memoria Científico-Técnica IDISCAM IMPULSE 2026</dc:title>
  <dc:subject>Convocatoria Intramural IDISCAM 2026</dc:subject>
  <dc:creator>IDISCAM</dc:creator>
  <cp:keywords/>
  <dc:description>generated by python-docx</dc:description>
  <cp:lastModifiedBy>AITANA GONZALEZ LAZARO-CARRASCO</cp:lastModifiedBy>
  <cp:revision>2</cp:revision>
  <dcterms:created xsi:type="dcterms:W3CDTF">2026-09-30T09:37:00Z</dcterms:created>
  <dcterms:modified xsi:type="dcterms:W3CDTF">2026-09-30T09:37:00Z</dcterms:modified>
  <cp:category/>
</cp:coreProperties>
</file>