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B33" w:rsidRPr="000D0718" w:rsidRDefault="007337AD" w:rsidP="00973B8F">
      <w:pPr>
        <w:pStyle w:val="Ttulo1"/>
        <w:jc w:val="left"/>
        <w:rPr>
          <w:lang w:val="es-ES"/>
        </w:rPr>
      </w:pPr>
      <w:r w:rsidRPr="000D0718">
        <w:rPr>
          <w:lang w:val="es-ES"/>
        </w:rPr>
        <w:t>IDISCAM IMPULSE 2026</w:t>
      </w:r>
    </w:p>
    <w:p w:rsidR="00930B33" w:rsidRDefault="007337AD" w:rsidP="00973B8F">
      <w:pPr>
        <w:rPr>
          <w:lang w:val="es-ES"/>
        </w:rPr>
      </w:pPr>
      <w:r w:rsidRPr="00973B8F">
        <w:rPr>
          <w:lang w:val="es-ES"/>
        </w:rPr>
        <w:t>Mecanismo de apoyo para el fortalecimiento de proyectos de investigación previamente evaluados favorablemente y no financiados. La solicitud deberá cumplimentarse conforme a las Bases Generales y a las bases específicas de IDISCAM IMPULSE 2026.</w:t>
      </w:r>
    </w:p>
    <w:tbl>
      <w:tblPr>
        <w:tblW w:w="9355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930B33" w:rsidRPr="00D213E1" w:rsidTr="00D213E1">
        <w:trPr>
          <w:jc w:val="center"/>
        </w:trPr>
        <w:tc>
          <w:tcPr>
            <w:tcW w:w="9355" w:type="dxa"/>
            <w:gridSpan w:val="2"/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lang w:val="es-ES"/>
              </w:rPr>
            </w:pPr>
            <w:r w:rsidRPr="00973B8F">
              <w:rPr>
                <w:b/>
                <w:color w:val="FFFFFF"/>
                <w:lang w:val="es-ES"/>
              </w:rPr>
              <w:t>DATOS DEL INVESTIGADOR/A PRINCIPAL</w:t>
            </w: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NOMBRE Y APELLIDOS: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DNI / NIE: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ENTIDAD / CENTRO: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CATEGORÍA PROFESIONAL: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GRUPO DE INVESTIGACIÓN IDISCAM: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EMAIL / TELÉFONO: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ORCID: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</w:tbl>
    <w:p w:rsidR="00930B33" w:rsidRDefault="00930B33">
      <w:pPr>
        <w:spacing w:after="0"/>
      </w:pPr>
    </w:p>
    <w:tbl>
      <w:tblPr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930B33" w:rsidRPr="00D213E1" w:rsidTr="00973B8F">
        <w:trPr>
          <w:jc w:val="center"/>
        </w:trPr>
        <w:tc>
          <w:tcPr>
            <w:tcW w:w="8838" w:type="dxa"/>
            <w:gridSpan w:val="2"/>
            <w:tcBorders>
              <w:bottom w:val="single" w:sz="4" w:space="0" w:color="7F7F7F" w:themeColor="text1" w:themeTint="80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lang w:val="es-ES"/>
              </w:rPr>
            </w:pPr>
            <w:r w:rsidRPr="00973B8F">
              <w:rPr>
                <w:b/>
                <w:color w:val="FFFFFF"/>
                <w:lang w:val="es-ES"/>
              </w:rPr>
              <w:t>DATOS DEL CO-IP (EN SU CASO)</w:t>
            </w: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NOMBRE Y APELLIDOS: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ENTIDAD / CENTRO: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GRUPO DE INVESTIGACIÓN IDISCAM: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EMAIL: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ORCID: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</w:tbl>
    <w:p w:rsidR="00D213E1" w:rsidRDefault="00D213E1">
      <w:pPr>
        <w:spacing w:after="0"/>
      </w:pPr>
    </w:p>
    <w:p w:rsidR="00D213E1" w:rsidRDefault="00D213E1" w:rsidP="00D213E1">
      <w:r>
        <w:br w:type="page"/>
      </w:r>
    </w:p>
    <w:tbl>
      <w:tblPr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930B33" w:rsidTr="00973B8F">
        <w:trPr>
          <w:jc w:val="center"/>
        </w:trPr>
        <w:tc>
          <w:tcPr>
            <w:tcW w:w="8838" w:type="dxa"/>
            <w:gridSpan w:val="2"/>
            <w:tcBorders>
              <w:bottom w:val="single" w:sz="4" w:space="0" w:color="7F7F7F" w:themeColor="text1" w:themeTint="80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7337AD">
            <w:pPr>
              <w:spacing w:before="0" w:after="0" w:line="240" w:lineRule="auto"/>
            </w:pPr>
            <w:r w:rsidRPr="00973B8F">
              <w:rPr>
                <w:b/>
                <w:color w:val="FFFFFF"/>
              </w:rPr>
              <w:t>IDE</w:t>
            </w:r>
            <w:r w:rsidR="000D0718">
              <w:rPr>
                <w:b/>
                <w:color w:val="FFFFFF"/>
              </w:rPr>
              <w:t>NTIFICACIÓN DEL PROYECTO ORIGINAL</w:t>
            </w:r>
          </w:p>
        </w:tc>
      </w:tr>
      <w:tr w:rsidR="00930B33" w:rsidRPr="00973B8F" w:rsidTr="00973B8F">
        <w:trPr>
          <w:jc w:val="center"/>
        </w:trPr>
        <w:tc>
          <w:tcPr>
            <w:tcW w:w="300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CONVOCATORIA DE ORIGEN: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D213E1">
            <w:pPr>
              <w:spacing w:before="0" w:after="0" w:line="240" w:lineRule="auto"/>
              <w:rPr>
                <w:lang w:val="es-ES"/>
              </w:rPr>
            </w:pPr>
            <w:sdt>
              <w:sdtPr>
                <w:rPr>
                  <w:sz w:val="17"/>
                  <w:lang w:val="es-ES"/>
                </w:rPr>
                <w:id w:val="1709063861"/>
                <w:placeholder>
                  <w:docPart w:val="DefaultPlaceholder_1081868575"/>
                </w:placeholder>
                <w:showingPlcHdr/>
                <w:dropDownList>
                  <w:listItem w:value="Elija un elemento."/>
                  <w:listItem w:displayText="Generación de conocimiento 2025 - AEI" w:value="Generación de conocimiento 2025 - AEI"/>
                  <w:listItem w:displayText="Proyectos I+D+i en Salud 2026 - AES" w:value="Proyectos I+D+i en Salud 2026 - AES"/>
                </w:dropDownList>
              </w:sdtPr>
              <w:sdtEndPr/>
              <w:sdtContent>
                <w:r w:rsidR="00973B8F" w:rsidRPr="00973B8F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</w:p>
        </w:tc>
      </w:tr>
      <w:tr w:rsidR="00930B33" w:rsidRPr="00973B8F" w:rsidTr="00973B8F">
        <w:trPr>
          <w:trHeight w:val="403"/>
          <w:jc w:val="center"/>
        </w:trPr>
        <w:tc>
          <w:tcPr>
            <w:tcW w:w="300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>REFERENCIA DEL PROYECTO: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930B3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930B33" w:rsidRPr="00973B8F" w:rsidTr="00973B8F">
        <w:trPr>
          <w:jc w:val="center"/>
        </w:trPr>
        <w:tc>
          <w:tcPr>
            <w:tcW w:w="300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>TÍTULO DEL PROYECTO: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930B3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930B33" w:rsidRPr="00D213E1" w:rsidTr="00973B8F">
        <w:trPr>
          <w:jc w:val="center"/>
        </w:trPr>
        <w:tc>
          <w:tcPr>
            <w:tcW w:w="3005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>IP/S DEL PROYECTO ORIGINAL: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930B3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930B33" w:rsidRPr="00D213E1" w:rsidTr="00973B8F">
        <w:trPr>
          <w:jc w:val="center"/>
        </w:trPr>
        <w:tc>
          <w:tcPr>
            <w:tcW w:w="300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>ENTIDAD SOLICITANTE EN LA CONVOCATORIA DE ORIGEN: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930B33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:rsidR="00930B33" w:rsidRPr="00973B8F" w:rsidRDefault="00930B33">
      <w:pPr>
        <w:spacing w:after="0"/>
        <w:rPr>
          <w:lang w:val="es-ES"/>
        </w:rPr>
      </w:pPr>
    </w:p>
    <w:tbl>
      <w:tblPr>
        <w:tblStyle w:val="Tablaconcuadrcula"/>
        <w:tblW w:w="9386" w:type="dxa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24"/>
        <w:gridCol w:w="2154"/>
        <w:gridCol w:w="2551"/>
      </w:tblGrid>
      <w:tr w:rsidR="00930B33" w:rsidRPr="00D213E1" w:rsidTr="00973B8F">
        <w:trPr>
          <w:jc w:val="center"/>
        </w:trPr>
        <w:tc>
          <w:tcPr>
            <w:tcW w:w="9386" w:type="dxa"/>
            <w:gridSpan w:val="4"/>
            <w:shd w:val="clear" w:color="auto" w:fill="F28E92"/>
          </w:tcPr>
          <w:p w:rsidR="00930B33" w:rsidRPr="00973B8F" w:rsidRDefault="007337AD">
            <w:pPr>
              <w:rPr>
                <w:lang w:val="es-ES"/>
              </w:rPr>
            </w:pPr>
            <w:r w:rsidRPr="00973B8F">
              <w:rPr>
                <w:b/>
                <w:color w:val="FFFFFF"/>
                <w:lang w:val="es-ES"/>
              </w:rPr>
              <w:t>EQUIPO INVESTIGADOR DE LA PROPUESTA IMPULSE</w:t>
            </w:r>
          </w:p>
        </w:tc>
      </w:tr>
      <w:tr w:rsidR="00930B33" w:rsidTr="00973B8F">
        <w:trPr>
          <w:jc w:val="center"/>
        </w:trPr>
        <w:tc>
          <w:tcPr>
            <w:tcW w:w="2357" w:type="dxa"/>
            <w:shd w:val="clear" w:color="auto" w:fill="FCE8E9"/>
          </w:tcPr>
          <w:p w:rsidR="00930B33" w:rsidRPr="00973B8F" w:rsidRDefault="007337AD">
            <w:pPr>
              <w:rPr>
                <w:sz w:val="18"/>
                <w:szCs w:val="18"/>
              </w:rPr>
            </w:pPr>
            <w:r w:rsidRPr="00973B8F">
              <w:rPr>
                <w:b/>
                <w:sz w:val="18"/>
                <w:szCs w:val="18"/>
              </w:rPr>
              <w:t>NOMBRE Y APELLIDOS</w:t>
            </w:r>
          </w:p>
        </w:tc>
        <w:tc>
          <w:tcPr>
            <w:tcW w:w="2324" w:type="dxa"/>
            <w:shd w:val="clear" w:color="auto" w:fill="FCE8E9"/>
          </w:tcPr>
          <w:p w:rsidR="00930B33" w:rsidRPr="00973B8F" w:rsidRDefault="007337AD">
            <w:pPr>
              <w:rPr>
                <w:sz w:val="18"/>
                <w:szCs w:val="18"/>
              </w:rPr>
            </w:pPr>
            <w:r w:rsidRPr="00973B8F">
              <w:rPr>
                <w:b/>
                <w:sz w:val="18"/>
                <w:szCs w:val="18"/>
              </w:rPr>
              <w:t>ENTIDAD / CENTRO</w:t>
            </w:r>
          </w:p>
        </w:tc>
        <w:tc>
          <w:tcPr>
            <w:tcW w:w="2154" w:type="dxa"/>
            <w:shd w:val="clear" w:color="auto" w:fill="FCE8E9"/>
          </w:tcPr>
          <w:p w:rsidR="00930B33" w:rsidRPr="00973B8F" w:rsidRDefault="007337AD">
            <w:pPr>
              <w:rPr>
                <w:sz w:val="18"/>
                <w:szCs w:val="18"/>
              </w:rPr>
            </w:pPr>
            <w:r w:rsidRPr="00973B8F">
              <w:rPr>
                <w:b/>
                <w:sz w:val="18"/>
                <w:szCs w:val="18"/>
              </w:rPr>
              <w:t>GRUPO IDISCAM</w:t>
            </w:r>
          </w:p>
        </w:tc>
        <w:tc>
          <w:tcPr>
            <w:tcW w:w="2551" w:type="dxa"/>
            <w:shd w:val="clear" w:color="auto" w:fill="FCE8E9"/>
          </w:tcPr>
          <w:p w:rsidR="00930B33" w:rsidRPr="00973B8F" w:rsidRDefault="007337AD">
            <w:pPr>
              <w:rPr>
                <w:sz w:val="18"/>
                <w:szCs w:val="18"/>
              </w:rPr>
            </w:pPr>
            <w:r w:rsidRPr="00973B8F">
              <w:rPr>
                <w:b/>
                <w:sz w:val="18"/>
                <w:szCs w:val="18"/>
              </w:rPr>
              <w:t>PERFIL / FUNCIÓN EN IMPULSE</w:t>
            </w:r>
          </w:p>
        </w:tc>
      </w:tr>
      <w:tr w:rsidR="00930B33" w:rsidTr="00973B8F">
        <w:trPr>
          <w:jc w:val="center"/>
        </w:trPr>
        <w:tc>
          <w:tcPr>
            <w:tcW w:w="2357" w:type="dxa"/>
          </w:tcPr>
          <w:p w:rsidR="00930B33" w:rsidRPr="00973B8F" w:rsidRDefault="00930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930B33" w:rsidRPr="00973B8F" w:rsidRDefault="00930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930B33" w:rsidRPr="00973B8F" w:rsidRDefault="00930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30B33" w:rsidRPr="00973B8F" w:rsidRDefault="00930B33">
            <w:pPr>
              <w:spacing w:after="0"/>
              <w:rPr>
                <w:sz w:val="20"/>
                <w:szCs w:val="20"/>
              </w:rPr>
            </w:pPr>
          </w:p>
        </w:tc>
      </w:tr>
      <w:tr w:rsidR="00930B33" w:rsidTr="00973B8F">
        <w:trPr>
          <w:jc w:val="center"/>
        </w:trPr>
        <w:tc>
          <w:tcPr>
            <w:tcW w:w="2357" w:type="dxa"/>
          </w:tcPr>
          <w:p w:rsidR="00930B33" w:rsidRPr="00973B8F" w:rsidRDefault="00930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930B33" w:rsidRPr="00973B8F" w:rsidRDefault="00930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930B33" w:rsidRPr="00973B8F" w:rsidRDefault="00930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30B33" w:rsidRPr="00973B8F" w:rsidRDefault="00930B33">
            <w:pPr>
              <w:spacing w:after="0"/>
              <w:rPr>
                <w:sz w:val="20"/>
                <w:szCs w:val="20"/>
              </w:rPr>
            </w:pPr>
          </w:p>
        </w:tc>
      </w:tr>
      <w:tr w:rsidR="00973B8F" w:rsidTr="00973B8F">
        <w:trPr>
          <w:jc w:val="center"/>
        </w:trPr>
        <w:tc>
          <w:tcPr>
            <w:tcW w:w="2357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</w:tr>
      <w:tr w:rsidR="00973B8F" w:rsidTr="00973B8F">
        <w:trPr>
          <w:jc w:val="center"/>
        </w:trPr>
        <w:tc>
          <w:tcPr>
            <w:tcW w:w="2357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</w:tr>
      <w:tr w:rsidR="00973B8F" w:rsidTr="00973B8F">
        <w:trPr>
          <w:jc w:val="center"/>
        </w:trPr>
        <w:tc>
          <w:tcPr>
            <w:tcW w:w="2357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</w:tr>
      <w:tr w:rsidR="00973B8F" w:rsidTr="00973B8F">
        <w:trPr>
          <w:jc w:val="center"/>
        </w:trPr>
        <w:tc>
          <w:tcPr>
            <w:tcW w:w="2357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73B8F" w:rsidRPr="00973B8F" w:rsidRDefault="00973B8F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930B33" w:rsidRDefault="00930B33">
      <w:pPr>
        <w:spacing w:after="0"/>
      </w:pPr>
    </w:p>
    <w:tbl>
      <w:tblPr>
        <w:tblW w:w="9502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152"/>
        <w:gridCol w:w="6350"/>
      </w:tblGrid>
      <w:tr w:rsidR="00930B33" w:rsidRPr="00D213E1" w:rsidTr="00D213E1">
        <w:trPr>
          <w:jc w:val="center"/>
        </w:trPr>
        <w:tc>
          <w:tcPr>
            <w:tcW w:w="9502" w:type="dxa"/>
            <w:gridSpan w:val="2"/>
            <w:tcBorders>
              <w:bottom w:val="single" w:sz="4" w:space="0" w:color="7F7F7F" w:themeColor="text1" w:themeTint="80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lang w:val="es-ES"/>
              </w:rPr>
            </w:pPr>
            <w:r w:rsidRPr="00973B8F">
              <w:rPr>
                <w:b/>
                <w:color w:val="FFFFFF"/>
                <w:lang w:val="es-ES"/>
              </w:rPr>
              <w:t>ENTIDADES COLABORADORAS (EN SU CASO)</w:t>
            </w:r>
          </w:p>
        </w:tc>
      </w:tr>
      <w:tr w:rsidR="00930B33" w:rsidTr="00D213E1">
        <w:trPr>
          <w:jc w:val="center"/>
        </w:trPr>
        <w:tc>
          <w:tcPr>
            <w:tcW w:w="3152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ENTIDAD / EMPRESA: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930B33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 w:rsidR="00930B33" w:rsidRPr="00D213E1" w:rsidTr="00D213E1">
        <w:trPr>
          <w:jc w:val="center"/>
        </w:trPr>
        <w:tc>
          <w:tcPr>
            <w:tcW w:w="31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>PARTICIPACIÓN EN LAS ACTUACIONES PROPUESTAS:</w:t>
            </w:r>
          </w:p>
        </w:tc>
        <w:tc>
          <w:tcPr>
            <w:tcW w:w="6350" w:type="dxa"/>
            <w:tcBorders>
              <w:top w:val="nil"/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930B33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</w:tbl>
    <w:p w:rsidR="00930B33" w:rsidRPr="00973B8F" w:rsidRDefault="00930B33">
      <w:pPr>
        <w:spacing w:after="0"/>
        <w:rPr>
          <w:lang w:val="es-ES"/>
        </w:rPr>
      </w:pPr>
    </w:p>
    <w:tbl>
      <w:tblPr>
        <w:tblW w:w="9502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152"/>
        <w:gridCol w:w="6350"/>
      </w:tblGrid>
      <w:tr w:rsidR="00930B33" w:rsidTr="00D213E1">
        <w:trPr>
          <w:jc w:val="center"/>
        </w:trPr>
        <w:tc>
          <w:tcPr>
            <w:tcW w:w="9502" w:type="dxa"/>
            <w:gridSpan w:val="2"/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</w:pPr>
            <w:r w:rsidRPr="00973B8F">
              <w:rPr>
                <w:b/>
                <w:color w:val="FFFFFF"/>
              </w:rPr>
              <w:t>AUTORIZACIONES Y ASPECTOS ÉTICOS</w:t>
            </w:r>
          </w:p>
        </w:tc>
      </w:tr>
      <w:tr w:rsidR="00930B33" w:rsidTr="00D213E1">
        <w:trPr>
          <w:jc w:val="center"/>
        </w:trPr>
        <w:tc>
          <w:tcPr>
            <w:tcW w:w="3152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 xml:space="preserve">¿REQUIERE INFORME FAVORABLE DEL </w:t>
            </w:r>
            <w:proofErr w:type="spellStart"/>
            <w:r w:rsidRPr="00973B8F">
              <w:rPr>
                <w:b/>
                <w:sz w:val="20"/>
                <w:szCs w:val="20"/>
                <w:lang w:val="es-ES"/>
              </w:rPr>
              <w:t>CEIm</w:t>
            </w:r>
            <w:proofErr w:type="spellEnd"/>
            <w:r w:rsidRPr="00973B8F">
              <w:rPr>
                <w:b/>
                <w:sz w:val="20"/>
                <w:szCs w:val="20"/>
                <w:lang w:val="es-ES"/>
              </w:rPr>
              <w:t>?</w:t>
            </w:r>
          </w:p>
        </w:tc>
        <w:sdt>
          <w:sdtPr>
            <w:rPr>
              <w:sz w:val="20"/>
              <w:szCs w:val="20"/>
            </w:rPr>
            <w:id w:val="1789627383"/>
            <w:placeholder>
              <w:docPart w:val="DefaultPlaceholder_1081868575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6350" w:type="dxa"/>
                <w:tcBorders>
                  <w:left w:val="single" w:sz="4" w:space="0" w:color="7F7F7F" w:themeColor="text1" w:themeTint="80"/>
                </w:tcBorders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:rsidR="00930B33" w:rsidRPr="00973B8F" w:rsidRDefault="00973B8F">
                <w:pPr>
                  <w:spacing w:after="0"/>
                  <w:jc w:val="left"/>
                  <w:rPr>
                    <w:sz w:val="20"/>
                    <w:szCs w:val="20"/>
                  </w:rPr>
                </w:pPr>
                <w:r w:rsidRPr="005518C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930B33" w:rsidTr="00D213E1">
        <w:trPr>
          <w:jc w:val="center"/>
        </w:trPr>
        <w:tc>
          <w:tcPr>
            <w:tcW w:w="3152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>¿REQUIERE AUTORIZACIÓN DE LA AEMPS?</w:t>
            </w:r>
          </w:p>
        </w:tc>
        <w:sdt>
          <w:sdtPr>
            <w:rPr>
              <w:sz w:val="20"/>
              <w:szCs w:val="20"/>
            </w:rPr>
            <w:id w:val="-302395020"/>
            <w:placeholder>
              <w:docPart w:val="DefaultPlaceholder_1081868575"/>
            </w:placeholder>
            <w:showingPlcHdr/>
            <w:comboBox>
              <w:listItem w:value="Elija un elemento."/>
              <w:listItem w:displayText="Sí" w:value="Sí"/>
              <w:listItem w:displayText="No" w:value="No"/>
            </w:comboBox>
          </w:sdtPr>
          <w:sdtEndPr/>
          <w:sdtContent>
            <w:tc>
              <w:tcPr>
                <w:tcW w:w="6350" w:type="dxa"/>
                <w:tcBorders>
                  <w:left w:val="single" w:sz="4" w:space="0" w:color="7F7F7F" w:themeColor="text1" w:themeTint="80"/>
                </w:tcBorders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:rsidR="00930B33" w:rsidRPr="00973B8F" w:rsidRDefault="00973B8F">
                <w:pPr>
                  <w:spacing w:after="0"/>
                  <w:jc w:val="left"/>
                  <w:rPr>
                    <w:sz w:val="20"/>
                    <w:szCs w:val="20"/>
                  </w:rPr>
                </w:pPr>
                <w:r w:rsidRPr="005518C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930B33" w:rsidRPr="00973B8F" w:rsidTr="00D213E1">
        <w:trPr>
          <w:jc w:val="center"/>
        </w:trPr>
        <w:tc>
          <w:tcPr>
            <w:tcW w:w="3152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¿REQUIERE OTRAS AUTORIZACIONES PRECEPTIVAS?</w:t>
            </w:r>
          </w:p>
        </w:tc>
        <w:sdt>
          <w:sdtPr>
            <w:rPr>
              <w:sz w:val="20"/>
              <w:szCs w:val="20"/>
              <w:lang w:val="es-ES"/>
            </w:rPr>
            <w:id w:val="-907226548"/>
            <w:placeholder>
              <w:docPart w:val="DefaultPlaceholder_1081868575"/>
            </w:placeholder>
            <w:showingPlcHdr/>
            <w:comboBox>
              <w:listItem w:value="Elija un elemento."/>
              <w:listItem w:displayText="Sí" w:value="Sí"/>
              <w:listItem w:displayText="No" w:value="No"/>
              <w:listItem w:displayText="En caso afirmativo, indicar cuales:                                                                                                                                       " w:value="En caso afirmativo, indicar cuales:                                                                                                                                       "/>
            </w:comboBox>
          </w:sdtPr>
          <w:sdtEndPr/>
          <w:sdtContent>
            <w:tc>
              <w:tcPr>
                <w:tcW w:w="6350" w:type="dxa"/>
                <w:tcBorders>
                  <w:left w:val="single" w:sz="4" w:space="0" w:color="7F7F7F" w:themeColor="text1" w:themeTint="80"/>
                </w:tcBorders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:rsidR="00930B33" w:rsidRPr="00973B8F" w:rsidRDefault="00F514F4">
                <w:pPr>
                  <w:spacing w:after="0"/>
                  <w:jc w:val="left"/>
                  <w:rPr>
                    <w:sz w:val="20"/>
                    <w:szCs w:val="20"/>
                    <w:lang w:val="es-ES"/>
                  </w:rPr>
                </w:pPr>
                <w:r w:rsidRPr="005518C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930B33" w:rsidRPr="00973B8F" w:rsidRDefault="00930B33">
      <w:pPr>
        <w:spacing w:after="0"/>
        <w:rPr>
          <w:lang w:val="es-ES"/>
        </w:rPr>
      </w:pPr>
    </w:p>
    <w:tbl>
      <w:tblPr>
        <w:tblW w:w="9356" w:type="dxa"/>
        <w:tblInd w:w="-28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78"/>
        <w:gridCol w:w="6378"/>
      </w:tblGrid>
      <w:tr w:rsidR="00930B33" w:rsidTr="00F514F4">
        <w:tc>
          <w:tcPr>
            <w:tcW w:w="9356" w:type="dxa"/>
            <w:gridSpan w:val="2"/>
            <w:tcBorders>
              <w:bottom w:val="nil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 w:line="240" w:lineRule="auto"/>
              <w:jc w:val="left"/>
            </w:pPr>
            <w:r w:rsidRPr="00F514F4">
              <w:rPr>
                <w:b/>
                <w:color w:val="FFFFFF"/>
              </w:rPr>
              <w:t>DOCUMENTACIÓN ADJUNTA</w:t>
            </w:r>
          </w:p>
        </w:tc>
      </w:tr>
      <w:tr w:rsidR="00930B33" w:rsidRPr="00D213E1" w:rsidTr="00F514F4">
        <w:tc>
          <w:tcPr>
            <w:tcW w:w="2978" w:type="dxa"/>
            <w:tcBorders>
              <w:top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F514F4">
              <w:rPr>
                <w:b/>
                <w:sz w:val="20"/>
                <w:szCs w:val="20"/>
              </w:rPr>
              <w:t>DOCUMENTACIÓN:</w:t>
            </w:r>
          </w:p>
        </w:tc>
        <w:tc>
          <w:tcPr>
            <w:tcW w:w="6378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514F4" w:rsidRPr="00F514F4" w:rsidRDefault="00D213E1" w:rsidP="007337AD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180696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4F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337AD" w:rsidRPr="00F514F4">
              <w:rPr>
                <w:lang w:val="es-ES"/>
              </w:rPr>
              <w:t xml:space="preserve"> Memoria científico-técnica de la propuesta IMPULSE, conforme al modelo normalizado.</w:t>
            </w:r>
          </w:p>
          <w:p w:rsidR="00F514F4" w:rsidRPr="00F514F4" w:rsidRDefault="00D213E1" w:rsidP="007337AD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2922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4F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337AD" w:rsidRPr="00F514F4">
              <w:rPr>
                <w:lang w:val="es-ES"/>
              </w:rPr>
              <w:t xml:space="preserve"> CVA del Investigador/a Principal.</w:t>
            </w:r>
          </w:p>
          <w:p w:rsidR="00930B33" w:rsidRPr="00F514F4" w:rsidRDefault="00D213E1" w:rsidP="007337AD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-206394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4F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337AD" w:rsidRPr="00F514F4">
              <w:rPr>
                <w:lang w:val="es-ES"/>
              </w:rPr>
              <w:t xml:space="preserve"> CVA del </w:t>
            </w:r>
            <w:proofErr w:type="spellStart"/>
            <w:r w:rsidR="007337AD" w:rsidRPr="00F514F4">
              <w:rPr>
                <w:lang w:val="es-ES"/>
              </w:rPr>
              <w:t>co</w:t>
            </w:r>
            <w:proofErr w:type="spellEnd"/>
            <w:r w:rsidR="007337AD" w:rsidRPr="00F514F4">
              <w:rPr>
                <w:lang w:val="es-ES"/>
              </w:rPr>
              <w:t>-IP, en caso de incluirse esta figura.</w:t>
            </w:r>
          </w:p>
        </w:tc>
      </w:tr>
      <w:tr w:rsidR="00F514F4" w:rsidRPr="00D213E1" w:rsidTr="00F514F4">
        <w:tc>
          <w:tcPr>
            <w:tcW w:w="297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514F4" w:rsidRPr="000D0718" w:rsidRDefault="00F514F4">
            <w:pPr>
              <w:spacing w:before="0" w:after="0" w:line="240" w:lineRule="auto"/>
              <w:jc w:val="left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637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514F4" w:rsidRDefault="00F514F4" w:rsidP="00F514F4">
            <w:pPr>
              <w:spacing w:line="240" w:lineRule="auto"/>
              <w:jc w:val="left"/>
              <w:rPr>
                <w:rFonts w:cs="Calibri"/>
                <w:sz w:val="18"/>
                <w:szCs w:val="18"/>
                <w:lang w:val="es-ES"/>
              </w:rPr>
            </w:pPr>
          </w:p>
        </w:tc>
      </w:tr>
      <w:tr w:rsidR="00930B33" w:rsidTr="00F514F4">
        <w:tc>
          <w:tcPr>
            <w:tcW w:w="9356" w:type="dxa"/>
            <w:gridSpan w:val="2"/>
            <w:tcBorders>
              <w:top w:val="single" w:sz="4" w:space="0" w:color="7F7F7F" w:themeColor="text1" w:themeTint="80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 w:line="240" w:lineRule="auto"/>
              <w:jc w:val="left"/>
            </w:pPr>
            <w:r w:rsidRPr="00F514F4">
              <w:rPr>
                <w:b/>
                <w:color w:val="FFFFFF"/>
              </w:rPr>
              <w:t>DECLARACIONES RESPONSABLES</w:t>
            </w:r>
          </w:p>
        </w:tc>
      </w:tr>
      <w:tr w:rsidR="00930B33" w:rsidRPr="00D213E1" w:rsidTr="00F514F4">
        <w:tc>
          <w:tcPr>
            <w:tcW w:w="297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 w:rsidRPr="00F514F4">
              <w:rPr>
                <w:b/>
                <w:sz w:val="20"/>
                <w:szCs w:val="20"/>
                <w:lang w:val="es-ES"/>
              </w:rPr>
              <w:t>EL/LA INVESTIGADOR/A PRINCIPAL DECLARA:</w:t>
            </w:r>
          </w:p>
        </w:tc>
        <w:tc>
          <w:tcPr>
            <w:tcW w:w="637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514F4" w:rsidRDefault="00D213E1" w:rsidP="007337AD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1352608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4F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337AD" w:rsidRPr="00F514F4">
              <w:rPr>
                <w:lang w:val="es-ES"/>
              </w:rPr>
              <w:t xml:space="preserve"> Que cumple los requisitos establecidos en las Bases Generales y en las bases específicas de IDISCAM IMPULSE 2026.</w:t>
            </w:r>
          </w:p>
          <w:p w:rsidR="00F514F4" w:rsidRDefault="00D213E1" w:rsidP="007337AD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-658616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4F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337AD" w:rsidRPr="00F514F4">
              <w:rPr>
                <w:lang w:val="es-ES"/>
              </w:rPr>
              <w:t xml:space="preserve"> Que los datos consignados en la solicitud y en la documentación aportada son veraces.</w:t>
            </w:r>
          </w:p>
          <w:p w:rsidR="00F514F4" w:rsidRDefault="00D213E1" w:rsidP="007337AD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-158568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4F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337AD" w:rsidRPr="00F514F4">
              <w:rPr>
                <w:lang w:val="es-ES"/>
              </w:rPr>
              <w:t xml:space="preserve"> Que figura como Investigador/a Principal del proyecto identificado como proyecto original en esta solicitud.</w:t>
            </w:r>
          </w:p>
          <w:p w:rsidR="00F514F4" w:rsidRDefault="00D213E1" w:rsidP="007337AD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2135053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4F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337AD" w:rsidRPr="00F514F4">
              <w:rPr>
                <w:lang w:val="es-ES"/>
              </w:rPr>
              <w:t xml:space="preserve"> Que el equipo investigador indicado corresponde a la propuesta IMPULSE y cumple los requisitos de adscripci</w:t>
            </w:r>
            <w:r w:rsidR="007337AD" w:rsidRPr="00F514F4">
              <w:rPr>
                <w:rFonts w:cs="Calibri"/>
                <w:lang w:val="es-ES"/>
              </w:rPr>
              <w:t>ó</w:t>
            </w:r>
            <w:r w:rsidR="007337AD" w:rsidRPr="00F514F4">
              <w:rPr>
                <w:lang w:val="es-ES"/>
              </w:rPr>
              <w:t>n establecidos.</w:t>
            </w:r>
          </w:p>
          <w:p w:rsidR="00930B33" w:rsidRPr="00F514F4" w:rsidRDefault="00D213E1" w:rsidP="007337AD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31353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4F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337AD" w:rsidRPr="00F514F4">
              <w:rPr>
                <w:lang w:val="es-ES"/>
              </w:rPr>
              <w:t xml:space="preserve"> Que conoce y acepta las condiciones de la convocatoria.</w:t>
            </w:r>
          </w:p>
        </w:tc>
      </w:tr>
    </w:tbl>
    <w:p w:rsidR="00930B33" w:rsidRPr="00F514F4" w:rsidRDefault="00930B33">
      <w:pPr>
        <w:spacing w:after="0"/>
        <w:rPr>
          <w:sz w:val="20"/>
          <w:szCs w:val="20"/>
          <w:lang w:val="es-ES"/>
        </w:rPr>
      </w:pPr>
    </w:p>
    <w:p w:rsidR="00930B33" w:rsidRPr="00F514F4" w:rsidRDefault="007337AD">
      <w:pPr>
        <w:spacing w:before="80"/>
        <w:rPr>
          <w:sz w:val="20"/>
          <w:szCs w:val="20"/>
          <w:lang w:val="es-ES"/>
        </w:rPr>
      </w:pPr>
      <w:r w:rsidRPr="00F514F4">
        <w:rPr>
          <w:b/>
          <w:sz w:val="20"/>
          <w:szCs w:val="20"/>
          <w:lang w:val="es-ES"/>
        </w:rPr>
        <w:t>Firma del/de la Investigador/a Principal:</w:t>
      </w:r>
    </w:p>
    <w:p w:rsidR="00930B33" w:rsidRPr="00973B8F" w:rsidRDefault="00930B33">
      <w:pPr>
        <w:rPr>
          <w:lang w:val="es-ES"/>
        </w:rPr>
      </w:pPr>
    </w:p>
    <w:p w:rsidR="00930B33" w:rsidRDefault="00930B33">
      <w:pPr>
        <w:rPr>
          <w:lang w:val="es-ES"/>
        </w:rPr>
      </w:pPr>
    </w:p>
    <w:p w:rsidR="00F514F4" w:rsidRPr="00973B8F" w:rsidRDefault="00F514F4">
      <w:pPr>
        <w:rPr>
          <w:lang w:val="es-ES"/>
        </w:rPr>
      </w:pPr>
    </w:p>
    <w:p w:rsidR="00930B33" w:rsidRDefault="007337AD" w:rsidP="00F514F4">
      <w:pPr>
        <w:jc w:val="left"/>
        <w:rPr>
          <w:sz w:val="20"/>
          <w:szCs w:val="20"/>
          <w:lang w:val="es-ES"/>
        </w:rPr>
      </w:pPr>
      <w:r w:rsidRPr="00F514F4">
        <w:rPr>
          <w:sz w:val="20"/>
          <w:szCs w:val="20"/>
          <w:lang w:val="es-ES"/>
        </w:rPr>
        <w:t>A fecha de firma digital</w:t>
      </w:r>
      <w:r w:rsidR="00F514F4" w:rsidRPr="00F514F4">
        <w:rPr>
          <w:sz w:val="20"/>
          <w:szCs w:val="20"/>
          <w:lang w:val="es-ES"/>
        </w:rPr>
        <w:t>.</w:t>
      </w:r>
    </w:p>
    <w:p w:rsidR="00D213E1" w:rsidRDefault="00D213E1">
      <w:pPr>
        <w:spacing w:before="0" w:after="200"/>
        <w:jc w:val="left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br w:type="page"/>
      </w:r>
    </w:p>
    <w:p w:rsidR="00F514F4" w:rsidRPr="00F514F4" w:rsidRDefault="00F514F4" w:rsidP="00F514F4">
      <w:pPr>
        <w:jc w:val="left"/>
        <w:rPr>
          <w:sz w:val="20"/>
          <w:szCs w:val="20"/>
          <w:lang w:val="es-ES"/>
        </w:rPr>
      </w:pPr>
      <w:bookmarkStart w:id="0" w:name="_GoBack"/>
      <w:bookmarkEnd w:id="0"/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9117"/>
      </w:tblGrid>
      <w:tr w:rsidR="00930B33" w:rsidTr="00F514F4">
        <w:tc>
          <w:tcPr>
            <w:tcW w:w="9117" w:type="dxa"/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/>
            </w:pPr>
            <w:r w:rsidRPr="00F514F4">
              <w:rPr>
                <w:b/>
              </w:rPr>
              <w:t>INSTRUCCIONES PARA EL ENVÍO</w:t>
            </w:r>
          </w:p>
        </w:tc>
      </w:tr>
      <w:tr w:rsidR="00930B33" w:rsidRPr="00D213E1" w:rsidTr="00F514F4">
        <w:tc>
          <w:tcPr>
            <w:tcW w:w="91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930B33" w:rsidRPr="00F514F4" w:rsidRDefault="007337AD">
            <w:pPr>
              <w:spacing w:after="80"/>
              <w:rPr>
                <w:lang w:val="es-ES"/>
              </w:rPr>
            </w:pPr>
            <w:r w:rsidRPr="00F514F4">
              <w:rPr>
                <w:b/>
                <w:lang w:val="es-ES"/>
              </w:rPr>
              <w:t>IMPORTANTE: Este apartado de instrucciones deberá eliminarse antes de generar el documento definitivo en PDF.</w:t>
            </w:r>
          </w:p>
          <w:p w:rsidR="00930B33" w:rsidRPr="00F514F4" w:rsidRDefault="007337AD">
            <w:pPr>
              <w:spacing w:after="60"/>
              <w:rPr>
                <w:lang w:val="es-ES"/>
              </w:rPr>
            </w:pPr>
            <w:r w:rsidRPr="00F514F4">
              <w:rPr>
                <w:lang w:val="es-ES"/>
              </w:rPr>
              <w:t>Una vez cumplimentado el formulario, deberá generarse una copia en formato PDF y nombrarse utilizando la inicial del nombre y el primer apellido del/de la Investigador/a Principal, seguidos del término IMPULSE2026.</w:t>
            </w:r>
          </w:p>
          <w:p w:rsidR="00930B33" w:rsidRPr="00F514F4" w:rsidRDefault="00F514F4">
            <w:pPr>
              <w:spacing w:after="60"/>
              <w:rPr>
                <w:lang w:val="es-ES"/>
              </w:rPr>
            </w:pPr>
            <w:r>
              <w:rPr>
                <w:b/>
                <w:lang w:val="es-ES"/>
              </w:rPr>
              <w:t>Ejemplo: S</w:t>
            </w:r>
            <w:r w:rsidR="007337AD" w:rsidRPr="00F514F4">
              <w:rPr>
                <w:b/>
                <w:lang w:val="es-ES"/>
              </w:rPr>
              <w:t>_</w:t>
            </w:r>
            <w:r w:rsidR="007337AD">
              <w:rPr>
                <w:b/>
                <w:lang w:val="es-ES"/>
              </w:rPr>
              <w:t>RamonyCajal</w:t>
            </w:r>
            <w:r w:rsidR="007337AD" w:rsidRPr="00F514F4">
              <w:rPr>
                <w:b/>
                <w:lang w:val="es-ES"/>
              </w:rPr>
              <w:t>_IMPULSE2026.pdf</w:t>
            </w:r>
          </w:p>
          <w:p w:rsidR="00930B33" w:rsidRPr="00F514F4" w:rsidRDefault="007337AD">
            <w:pPr>
              <w:spacing w:after="0"/>
              <w:rPr>
                <w:lang w:val="es-ES"/>
              </w:rPr>
            </w:pPr>
            <w:r w:rsidRPr="007337AD">
              <w:rPr>
                <w:lang w:val="es-ES"/>
              </w:rPr>
              <w:t xml:space="preserve">El documento en formato PDF deberá remitirse por correo electrónico a </w:t>
            </w:r>
            <w:hyperlink r:id="rId8" w:history="1">
              <w:r w:rsidRPr="007337AD">
                <w:rPr>
                  <w:rStyle w:val="Hipervnculo"/>
                  <w:lang w:val="es-ES"/>
                </w:rPr>
                <w:t>secretaria@idiscam.es</w:t>
              </w:r>
            </w:hyperlink>
            <w:r w:rsidRPr="007337AD">
              <w:rPr>
                <w:lang w:val="es-ES"/>
              </w:rPr>
              <w:t xml:space="preserve"> de acuerdo con las indicaciones establecidas en las bases</w:t>
            </w:r>
            <w:r>
              <w:rPr>
                <w:lang w:val="es-ES"/>
              </w:rPr>
              <w:t>.</w:t>
            </w:r>
          </w:p>
        </w:tc>
      </w:tr>
    </w:tbl>
    <w:p w:rsidR="00D62CDA" w:rsidRPr="00973B8F" w:rsidRDefault="00D62CDA">
      <w:pPr>
        <w:rPr>
          <w:lang w:val="es-ES"/>
        </w:rPr>
      </w:pPr>
    </w:p>
    <w:sectPr w:rsidR="00D62CDA" w:rsidRPr="00973B8F" w:rsidSect="00DF37A5">
      <w:headerReference w:type="default" r:id="rId9"/>
      <w:footerReference w:type="default" r:id="rId10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endnote>
  <w:end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724030"/>
      <w:docPartObj>
        <w:docPartGallery w:val="Page Numbers (Bottom of Page)"/>
        <w:docPartUnique/>
      </w:docPartObj>
    </w:sdtPr>
    <w:sdtEndPr/>
    <w:sdtContent>
      <w:p w:rsidR="00DF37A5" w:rsidRDefault="00DF37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3E1" w:rsidRPr="00D213E1">
          <w:rPr>
            <w:noProof/>
            <w:lang w:val="es-ES"/>
          </w:rPr>
          <w:t>4</w:t>
        </w:r>
        <w:r>
          <w:fldChar w:fldCharType="end"/>
        </w:r>
      </w:p>
    </w:sdtContent>
  </w:sdt>
  <w:p w:rsidR="00DF37A5" w:rsidRDefault="00DF37A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footnote>
  <w:foot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7A5" w:rsidRDefault="00DF37A5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170E906" wp14:editId="03A84088">
          <wp:simplePos x="0" y="0"/>
          <wp:positionH relativeFrom="margin">
            <wp:posOffset>4834393</wp:posOffset>
          </wp:positionH>
          <wp:positionV relativeFrom="paragraph">
            <wp:posOffset>87464</wp:posOffset>
          </wp:positionV>
          <wp:extent cx="774598" cy="483577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68C06178" wp14:editId="37681E0C">
          <wp:extent cx="912678" cy="442443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37A5" w:rsidRDefault="00DF37A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551F"/>
    <w:rsid w:val="000D0718"/>
    <w:rsid w:val="00135A08"/>
    <w:rsid w:val="0015074B"/>
    <w:rsid w:val="001A3C0F"/>
    <w:rsid w:val="001E30A0"/>
    <w:rsid w:val="001F75B8"/>
    <w:rsid w:val="0029639D"/>
    <w:rsid w:val="00326F90"/>
    <w:rsid w:val="004B4DC3"/>
    <w:rsid w:val="004F186D"/>
    <w:rsid w:val="004F2959"/>
    <w:rsid w:val="006F66AD"/>
    <w:rsid w:val="0071735B"/>
    <w:rsid w:val="007337AD"/>
    <w:rsid w:val="00811D1E"/>
    <w:rsid w:val="008F7F59"/>
    <w:rsid w:val="00930B33"/>
    <w:rsid w:val="00973B8F"/>
    <w:rsid w:val="00A21D2C"/>
    <w:rsid w:val="00AA1D8D"/>
    <w:rsid w:val="00AD3275"/>
    <w:rsid w:val="00B43AD8"/>
    <w:rsid w:val="00B47730"/>
    <w:rsid w:val="00BF0488"/>
    <w:rsid w:val="00C804FF"/>
    <w:rsid w:val="00C92749"/>
    <w:rsid w:val="00CB0664"/>
    <w:rsid w:val="00CF579C"/>
    <w:rsid w:val="00D213E1"/>
    <w:rsid w:val="00D62CDA"/>
    <w:rsid w:val="00DF1174"/>
    <w:rsid w:val="00DF1464"/>
    <w:rsid w:val="00DF37A5"/>
    <w:rsid w:val="00E451E9"/>
    <w:rsid w:val="00F514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2B7FDC96-2F7F-4ED6-A12C-FFD7232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927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2749"/>
    <w:rPr>
      <w:rFonts w:ascii="Calibri" w:hAnsi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2749"/>
    <w:rPr>
      <w:rFonts w:ascii="Calibri" w:hAnsi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ED2FF-6447-4C03-A1D4-D6CB1A0D3284}"/>
      </w:docPartPr>
      <w:docPartBody>
        <w:p w:rsidR="00176355" w:rsidRDefault="003F086C">
          <w:r w:rsidRPr="005518CD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37"/>
    <w:rsid w:val="00176355"/>
    <w:rsid w:val="003F086C"/>
    <w:rsid w:val="006B0964"/>
    <w:rsid w:val="00A8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F086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FD97B5-4B52-4675-8A23-35FC64DD9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420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Solicitud IDISCAM IMPULSE 2026</vt:lpstr>
      <vt:lpstr/>
    </vt:vector>
  </TitlesOfParts>
  <Manager/>
  <Company/>
  <LinksUpToDate>false</LinksUpToDate>
  <CharactersWithSpaces>2731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IDISCAM IMPULSE 2026</dc:title>
  <dc:subject>Convocatoria Intramural IDISCAM 2026</dc:subject>
  <dc:creator>IDISCAM</dc:creator>
  <cp:keywords/>
  <dc:description>generated by python-docx</dc:description>
  <cp:lastModifiedBy>BEATRIZ GALLEGO GOMEZ</cp:lastModifiedBy>
  <cp:revision>9</cp:revision>
  <dcterms:created xsi:type="dcterms:W3CDTF">2026-09-11T12:41:00Z</dcterms:created>
  <dcterms:modified xsi:type="dcterms:W3CDTF">2026-09-27T21:53:00Z</dcterms:modified>
  <cp:category/>
</cp:coreProperties>
</file>