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A2C" w:rsidRPr="00CB7149" w:rsidRDefault="002849AD" w:rsidP="00CA3FDB">
      <w:pPr>
        <w:pStyle w:val="Ttulo1"/>
        <w:rPr>
          <w:lang w:val="es-ES"/>
        </w:rPr>
      </w:pPr>
      <w:r w:rsidRPr="00CB7149">
        <w:rPr>
          <w:lang w:val="es-ES"/>
        </w:rPr>
        <w:t xml:space="preserve">IDISCAM </w:t>
      </w:r>
      <w:r w:rsidR="00E3759F" w:rsidRPr="00CB7149">
        <w:rPr>
          <w:lang w:val="es-ES"/>
        </w:rPr>
        <w:t>INTRAMURALES</w:t>
      </w:r>
      <w:r w:rsidRPr="00CB7149">
        <w:rPr>
          <w:lang w:val="es-ES"/>
        </w:rPr>
        <w:t xml:space="preserve"> 2026</w:t>
      </w:r>
    </w:p>
    <w:p w:rsidR="00494A2C" w:rsidRPr="00CA3FDB" w:rsidRDefault="002849AD" w:rsidP="00CA3FDB">
      <w:pPr>
        <w:pStyle w:val="Ttulo2"/>
        <w:rPr>
          <w:lang w:val="es-ES"/>
        </w:rPr>
      </w:pPr>
      <w:r w:rsidRPr="00CA3FDB">
        <w:rPr>
          <w:lang w:val="es-ES"/>
        </w:rPr>
        <w:t>MEMORIA CIENTÍFICO-TÉCNICA</w:t>
      </w:r>
    </w:p>
    <w:p w:rsidR="001255D7" w:rsidRPr="001255D7" w:rsidRDefault="002849AD" w:rsidP="001255D7">
      <w:pPr>
        <w:spacing w:before="0" w:after="0"/>
        <w:rPr>
          <w:lang w:val="es-ES"/>
        </w:rPr>
      </w:pPr>
      <w:r>
        <w:rPr>
          <w:lang w:val="es-ES"/>
        </w:rPr>
        <w:t>La memoria deberá cumplimentarse conforme a las Bases Generales y a las bases específicas de</w:t>
      </w:r>
      <w:r w:rsidR="00E3759F">
        <w:rPr>
          <w:lang w:val="es-ES"/>
        </w:rPr>
        <w:t xml:space="preserve"> cada uno de </w:t>
      </w:r>
      <w:r w:rsidR="00E3759F" w:rsidRPr="005B6A93">
        <w:rPr>
          <w:lang w:val="es-ES"/>
        </w:rPr>
        <w:t>los</w:t>
      </w:r>
      <w:r w:rsidR="00E3759F">
        <w:rPr>
          <w:lang w:val="es-ES"/>
        </w:rPr>
        <w:t xml:space="preserve"> siguientes mecanismos:</w:t>
      </w:r>
      <w:r w:rsidR="00E3759F" w:rsidRPr="005B6A93">
        <w:rPr>
          <w:lang w:val="es-ES"/>
        </w:rPr>
        <w:t xml:space="preserve"> </w:t>
      </w:r>
    </w:p>
    <w:p w:rsidR="00E3759F" w:rsidRPr="005B6A93" w:rsidRDefault="00E3759F" w:rsidP="001255D7">
      <w:pPr>
        <w:pStyle w:val="Prrafodelista"/>
        <w:numPr>
          <w:ilvl w:val="0"/>
          <w:numId w:val="11"/>
        </w:numPr>
        <w:spacing w:before="0" w:after="0"/>
        <w:contextualSpacing w:val="0"/>
        <w:rPr>
          <w:lang w:val="es-ES"/>
        </w:rPr>
      </w:pPr>
      <w:r w:rsidRPr="005B6A93">
        <w:rPr>
          <w:lang w:val="es-ES"/>
        </w:rPr>
        <w:t>Proyectos de Investigación en Atención Primaria</w:t>
      </w:r>
    </w:p>
    <w:p w:rsidR="00E3759F" w:rsidRPr="005B6A93" w:rsidRDefault="00E3759F" w:rsidP="001255D7">
      <w:pPr>
        <w:pStyle w:val="Prrafodelista"/>
        <w:numPr>
          <w:ilvl w:val="0"/>
          <w:numId w:val="11"/>
        </w:numPr>
        <w:spacing w:before="0" w:after="0"/>
        <w:contextualSpacing w:val="0"/>
        <w:rPr>
          <w:lang w:val="es-ES"/>
        </w:rPr>
      </w:pPr>
      <w:r w:rsidRPr="005B6A93">
        <w:rPr>
          <w:lang w:val="es-ES"/>
        </w:rPr>
        <w:t>Proyectos de Investigación en Enfermería</w:t>
      </w:r>
    </w:p>
    <w:p w:rsidR="00E3759F" w:rsidRPr="005B6A93" w:rsidRDefault="00E3759F" w:rsidP="001255D7">
      <w:pPr>
        <w:pStyle w:val="Prrafodelista"/>
        <w:numPr>
          <w:ilvl w:val="0"/>
          <w:numId w:val="11"/>
        </w:numPr>
        <w:spacing w:before="0" w:after="0"/>
        <w:contextualSpacing w:val="0"/>
        <w:rPr>
          <w:lang w:val="es-ES"/>
        </w:rPr>
      </w:pPr>
      <w:r w:rsidRPr="005B6A93">
        <w:rPr>
          <w:lang w:val="es-ES"/>
        </w:rPr>
        <w:t>Proyectos de Investigación para Investigadores Emergentes</w:t>
      </w:r>
    </w:p>
    <w:p w:rsidR="001255D7" w:rsidRDefault="00E3759F" w:rsidP="001255D7">
      <w:pPr>
        <w:pStyle w:val="Prrafodelista"/>
        <w:numPr>
          <w:ilvl w:val="0"/>
          <w:numId w:val="11"/>
        </w:numPr>
        <w:spacing w:before="0" w:after="0"/>
        <w:contextualSpacing w:val="0"/>
        <w:rPr>
          <w:lang w:val="es-ES"/>
        </w:rPr>
      </w:pPr>
      <w:r w:rsidRPr="005B6A93">
        <w:rPr>
          <w:lang w:val="es-ES"/>
        </w:rPr>
        <w:t>Proyectos de Investi</w:t>
      </w:r>
      <w:r>
        <w:rPr>
          <w:lang w:val="es-ES"/>
        </w:rPr>
        <w:t>gación en Atención Hospitalaria</w:t>
      </w:r>
    </w:p>
    <w:p w:rsidR="001255D7" w:rsidRPr="001255D7" w:rsidRDefault="001255D7" w:rsidP="001255D7">
      <w:pPr>
        <w:pStyle w:val="Prrafodelista"/>
        <w:spacing w:before="0" w:after="0" w:line="240" w:lineRule="auto"/>
        <w:contextualSpacing w:val="0"/>
        <w:rPr>
          <w:sz w:val="10"/>
          <w:szCs w:val="10"/>
          <w:lang w:val="es-ES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2849AD" w:rsidRPr="00AD2527" w:rsidTr="001255D7">
        <w:tc>
          <w:tcPr>
            <w:tcW w:w="8926" w:type="dxa"/>
          </w:tcPr>
          <w:p w:rsidR="00E3759F" w:rsidRPr="00E3759F" w:rsidRDefault="00D36B96" w:rsidP="00E3759F">
            <w:pPr>
              <w:spacing w:line="276" w:lineRule="auto"/>
              <w:rPr>
                <w:b/>
                <w:lang w:val="es-ES"/>
              </w:rPr>
            </w:pPr>
            <w:r w:rsidRPr="00E3759F">
              <w:rPr>
                <w:b/>
                <w:lang w:val="es-ES"/>
              </w:rPr>
              <w:t>INDICACION</w:t>
            </w:r>
            <w:r w:rsidR="00E3759F" w:rsidRPr="00E3759F">
              <w:rPr>
                <w:b/>
                <w:lang w:val="es-ES"/>
              </w:rPr>
              <w:t>ES PARA CUMPLIMENTAR LA MEMORIA</w:t>
            </w:r>
          </w:p>
          <w:p w:rsidR="00E3759F" w:rsidRPr="001255D7" w:rsidRDefault="00D36B96" w:rsidP="001255D7">
            <w:pPr>
              <w:pStyle w:val="Prrafodelista"/>
              <w:numPr>
                <w:ilvl w:val="0"/>
                <w:numId w:val="14"/>
              </w:numPr>
              <w:spacing w:after="0" w:line="276" w:lineRule="auto"/>
              <w:ind w:hanging="357"/>
              <w:contextualSpacing w:val="0"/>
              <w:rPr>
                <w:lang w:val="es-ES"/>
              </w:rPr>
            </w:pPr>
            <w:r w:rsidRPr="001255D7">
              <w:rPr>
                <w:lang w:val="es-ES"/>
              </w:rPr>
              <w:t xml:space="preserve">La memoria científico-técnica tendrá una </w:t>
            </w:r>
            <w:r w:rsidRPr="001255D7">
              <w:rPr>
                <w:b/>
                <w:lang w:val="es-ES"/>
              </w:rPr>
              <w:t>extensión máxima de 1</w:t>
            </w:r>
            <w:r w:rsidR="00E3759F" w:rsidRPr="001255D7">
              <w:rPr>
                <w:b/>
                <w:lang w:val="es-ES"/>
              </w:rPr>
              <w:t>0 páginas</w:t>
            </w:r>
            <w:r w:rsidR="00E3759F" w:rsidRPr="001255D7">
              <w:rPr>
                <w:lang w:val="es-ES"/>
              </w:rPr>
              <w:t>, excluida la portada.</w:t>
            </w:r>
          </w:p>
          <w:p w:rsidR="00E3759F" w:rsidRPr="001255D7" w:rsidRDefault="00D36B96" w:rsidP="001255D7">
            <w:pPr>
              <w:pStyle w:val="Prrafodelista"/>
              <w:numPr>
                <w:ilvl w:val="0"/>
                <w:numId w:val="14"/>
              </w:numPr>
              <w:spacing w:after="0" w:line="276" w:lineRule="auto"/>
              <w:ind w:hanging="357"/>
              <w:contextualSpacing w:val="0"/>
              <w:rPr>
                <w:lang w:val="es-ES"/>
              </w:rPr>
            </w:pPr>
            <w:r w:rsidRPr="001255D7">
              <w:rPr>
                <w:lang w:val="es-ES"/>
              </w:rPr>
              <w:t>Deberá respetarse la estructura y los apartados establecidos en el presente modelo, sin eli</w:t>
            </w:r>
            <w:r w:rsidR="00E3759F" w:rsidRPr="001255D7">
              <w:rPr>
                <w:lang w:val="es-ES"/>
              </w:rPr>
              <w:t>minar ni modificar sus títulos.</w:t>
            </w:r>
          </w:p>
          <w:p w:rsidR="001255D7" w:rsidRPr="001255D7" w:rsidRDefault="001255D7" w:rsidP="001255D7">
            <w:pPr>
              <w:pStyle w:val="Prrafodelista"/>
              <w:numPr>
                <w:ilvl w:val="0"/>
                <w:numId w:val="14"/>
              </w:numPr>
              <w:spacing w:after="0" w:line="276" w:lineRule="auto"/>
              <w:ind w:hanging="357"/>
              <w:contextualSpacing w:val="0"/>
              <w:rPr>
                <w:lang w:val="es-ES"/>
              </w:rPr>
            </w:pPr>
            <w:r w:rsidRPr="001255D7">
              <w:rPr>
                <w:lang w:val="es-ES"/>
              </w:rPr>
              <w:t xml:space="preserve">El texto deberá cumplimentarse utilizando </w:t>
            </w:r>
            <w:r w:rsidRPr="001255D7">
              <w:rPr>
                <w:rStyle w:val="Textoennegrita"/>
                <w:lang w:val="es-ES"/>
              </w:rPr>
              <w:t>fuente Calibri, tamaño 11 puntos e interlineado sencillo</w:t>
            </w:r>
            <w:r w:rsidRPr="001255D7">
              <w:rPr>
                <w:lang w:val="es-ES"/>
              </w:rPr>
              <w:t>. No deberá modificarse el formato general, los márgenes ni la estructura del documento.</w:t>
            </w:r>
          </w:p>
          <w:p w:rsidR="00E3759F" w:rsidRPr="001255D7" w:rsidRDefault="00D36B96" w:rsidP="001255D7">
            <w:pPr>
              <w:pStyle w:val="Prrafodelista"/>
              <w:numPr>
                <w:ilvl w:val="0"/>
                <w:numId w:val="14"/>
              </w:numPr>
              <w:spacing w:after="0" w:line="276" w:lineRule="auto"/>
              <w:ind w:hanging="357"/>
              <w:contextualSpacing w:val="0"/>
              <w:rPr>
                <w:lang w:val="es-ES"/>
              </w:rPr>
            </w:pPr>
            <w:r w:rsidRPr="001255D7">
              <w:rPr>
                <w:lang w:val="es-ES"/>
              </w:rPr>
              <w:t xml:space="preserve">El apartado “Resumen” tendrá una </w:t>
            </w:r>
            <w:r w:rsidR="00E3759F" w:rsidRPr="001255D7">
              <w:rPr>
                <w:b/>
                <w:lang w:val="es-ES"/>
              </w:rPr>
              <w:t>extensión máxima de una página.</w:t>
            </w:r>
          </w:p>
          <w:p w:rsidR="00E3759F" w:rsidRPr="001255D7" w:rsidRDefault="00D36B96" w:rsidP="001255D7">
            <w:pPr>
              <w:pStyle w:val="Prrafodelista"/>
              <w:numPr>
                <w:ilvl w:val="0"/>
                <w:numId w:val="14"/>
              </w:numPr>
              <w:spacing w:after="0" w:line="276" w:lineRule="auto"/>
              <w:ind w:hanging="357"/>
              <w:contextualSpacing w:val="0"/>
              <w:rPr>
                <w:lang w:val="es-ES"/>
              </w:rPr>
            </w:pPr>
            <w:r w:rsidRPr="001255D7">
              <w:rPr>
                <w:lang w:val="es-ES"/>
              </w:rPr>
              <w:t>La memoria deberá describir el proyecto de forma clara y suficiente para permitir su evaluación científico-técnica conforme a los criterios establecidos en las bases específi</w:t>
            </w:r>
            <w:r w:rsidR="00E3759F" w:rsidRPr="001255D7">
              <w:rPr>
                <w:lang w:val="es-ES"/>
              </w:rPr>
              <w:t>cas del mecanismo seleccionado.</w:t>
            </w:r>
          </w:p>
          <w:p w:rsidR="00E3759F" w:rsidRPr="001255D7" w:rsidRDefault="00D36B96" w:rsidP="001255D7">
            <w:pPr>
              <w:pStyle w:val="Prrafodelista"/>
              <w:numPr>
                <w:ilvl w:val="0"/>
                <w:numId w:val="14"/>
              </w:numPr>
              <w:spacing w:after="0" w:line="276" w:lineRule="auto"/>
              <w:ind w:hanging="357"/>
              <w:contextualSpacing w:val="0"/>
              <w:rPr>
                <w:lang w:val="es-ES"/>
              </w:rPr>
            </w:pPr>
            <w:r w:rsidRPr="001255D7">
              <w:rPr>
                <w:lang w:val="es-ES"/>
              </w:rPr>
              <w:t>Se recomienda una redacción sintética, con especial atención a la calidad y viabilidad de la propuesta, la adecuación del equipo, su relevancia para el ámbito del mecanismo seleccionado y la a</w:t>
            </w:r>
            <w:r w:rsidR="00E3759F" w:rsidRPr="001255D7">
              <w:rPr>
                <w:lang w:val="es-ES"/>
              </w:rPr>
              <w:t>plicabilidad de los resultados.</w:t>
            </w:r>
          </w:p>
          <w:p w:rsidR="00E3759F" w:rsidRPr="001255D7" w:rsidRDefault="00D36B96" w:rsidP="001255D7">
            <w:pPr>
              <w:pStyle w:val="Prrafodelista"/>
              <w:numPr>
                <w:ilvl w:val="0"/>
                <w:numId w:val="14"/>
              </w:numPr>
              <w:spacing w:after="0" w:line="276" w:lineRule="auto"/>
              <w:ind w:hanging="357"/>
              <w:contextualSpacing w:val="0"/>
              <w:rPr>
                <w:lang w:val="es-ES"/>
              </w:rPr>
            </w:pPr>
            <w:r w:rsidRPr="001255D7">
              <w:rPr>
                <w:lang w:val="es-ES"/>
              </w:rPr>
              <w:t>Las instrucciones incluidas en cada apartado tienen carácter orientativo y deberán eliminarse antes de genera</w:t>
            </w:r>
            <w:r w:rsidR="00E3759F" w:rsidRPr="001255D7">
              <w:rPr>
                <w:lang w:val="es-ES"/>
              </w:rPr>
              <w:t>r la versión definitiva en PDF.</w:t>
            </w:r>
          </w:p>
          <w:p w:rsidR="00E3759F" w:rsidRPr="001255D7" w:rsidRDefault="00D36B96" w:rsidP="001255D7">
            <w:pPr>
              <w:pStyle w:val="Prrafodelista"/>
              <w:numPr>
                <w:ilvl w:val="0"/>
                <w:numId w:val="14"/>
              </w:numPr>
              <w:spacing w:after="0" w:line="276" w:lineRule="auto"/>
              <w:ind w:hanging="357"/>
              <w:contextualSpacing w:val="0"/>
              <w:rPr>
                <w:lang w:val="es-ES"/>
              </w:rPr>
            </w:pPr>
            <w:r w:rsidRPr="001255D7">
              <w:rPr>
                <w:lang w:val="es-ES"/>
              </w:rPr>
              <w:t>Una vez cumplimentada la memoria, deberá generarse una copia en formato PDF y nombrarse utilizando la inicial del nombre y el primer apellido del/de la Investigador/a Principal, seguidos del</w:t>
            </w:r>
            <w:r w:rsidR="00E3759F" w:rsidRPr="001255D7">
              <w:rPr>
                <w:lang w:val="es-ES"/>
              </w:rPr>
              <w:t xml:space="preserve"> término del mecanismo correspondiente 2026.</w:t>
            </w:r>
          </w:p>
          <w:p w:rsidR="004D22F3" w:rsidRDefault="00E3759F" w:rsidP="004D22F3">
            <w:pPr>
              <w:spacing w:before="0" w:after="0"/>
              <w:ind w:left="726"/>
              <w:contextualSpacing/>
              <w:jc w:val="left"/>
              <w:rPr>
                <w:b/>
                <w:lang w:val="es-ES"/>
              </w:rPr>
            </w:pPr>
            <w:r w:rsidRPr="001255D7">
              <w:rPr>
                <w:b/>
                <w:lang w:val="es-ES"/>
              </w:rPr>
              <w:t>Ejemplo: L_Pasteur_PRIMARIA</w:t>
            </w:r>
            <w:r w:rsidR="001255D7">
              <w:rPr>
                <w:b/>
                <w:lang w:val="es-ES"/>
              </w:rPr>
              <w:t>2026</w:t>
            </w:r>
            <w:r w:rsidR="004D22F3">
              <w:rPr>
                <w:b/>
                <w:lang w:val="es-ES"/>
              </w:rPr>
              <w:t>_MEMORIA</w:t>
            </w:r>
            <w:r w:rsidR="00CB7149">
              <w:rPr>
                <w:b/>
                <w:lang w:val="es-ES"/>
              </w:rPr>
              <w:t>.pdf</w:t>
            </w:r>
            <w:r w:rsidR="001255D7">
              <w:rPr>
                <w:b/>
                <w:lang w:val="es-ES"/>
              </w:rPr>
              <w:t xml:space="preserve">;  </w:t>
            </w:r>
          </w:p>
          <w:p w:rsidR="004D22F3" w:rsidRDefault="00E3759F" w:rsidP="004D22F3">
            <w:pPr>
              <w:spacing w:before="0" w:after="0"/>
              <w:ind w:left="726"/>
              <w:contextualSpacing/>
              <w:jc w:val="left"/>
              <w:rPr>
                <w:b/>
                <w:lang w:val="es-ES"/>
              </w:rPr>
            </w:pPr>
            <w:r w:rsidRPr="001255D7">
              <w:rPr>
                <w:b/>
                <w:lang w:val="es-ES"/>
              </w:rPr>
              <w:t>I_Zendal_ENFERMER</w:t>
            </w:r>
            <w:r w:rsidR="001255D7">
              <w:rPr>
                <w:b/>
                <w:lang w:val="es-ES"/>
              </w:rPr>
              <w:t>I</w:t>
            </w:r>
            <w:r w:rsidRPr="001255D7">
              <w:rPr>
                <w:b/>
                <w:lang w:val="es-ES"/>
              </w:rPr>
              <w:t>A</w:t>
            </w:r>
            <w:r w:rsidR="001255D7">
              <w:rPr>
                <w:b/>
                <w:lang w:val="es-ES"/>
              </w:rPr>
              <w:t>2026</w:t>
            </w:r>
            <w:r w:rsidR="004D22F3">
              <w:rPr>
                <w:b/>
                <w:lang w:val="es-ES"/>
              </w:rPr>
              <w:t>_MEMORIA</w:t>
            </w:r>
            <w:r w:rsidR="001255D7">
              <w:rPr>
                <w:b/>
                <w:lang w:val="es-ES"/>
              </w:rPr>
              <w:t xml:space="preserve">.pdf; </w:t>
            </w:r>
          </w:p>
          <w:p w:rsidR="004D22F3" w:rsidRDefault="00E3759F" w:rsidP="004D22F3">
            <w:pPr>
              <w:spacing w:before="0" w:after="0"/>
              <w:ind w:left="726"/>
              <w:contextualSpacing/>
              <w:jc w:val="left"/>
              <w:rPr>
                <w:b/>
                <w:lang w:val="es-ES"/>
              </w:rPr>
            </w:pPr>
            <w:r w:rsidRPr="001255D7">
              <w:rPr>
                <w:b/>
                <w:lang w:val="es-ES"/>
              </w:rPr>
              <w:t>M_Curie_EMERGENTE2026</w:t>
            </w:r>
            <w:r w:rsidR="004D22F3">
              <w:rPr>
                <w:b/>
                <w:lang w:val="es-ES"/>
              </w:rPr>
              <w:t>_MEMORIA</w:t>
            </w:r>
            <w:r w:rsidRPr="001255D7">
              <w:rPr>
                <w:b/>
                <w:lang w:val="es-ES"/>
              </w:rPr>
              <w:t>.pdf</w:t>
            </w:r>
            <w:r w:rsidR="001255D7">
              <w:rPr>
                <w:b/>
                <w:lang w:val="es-ES"/>
              </w:rPr>
              <w:t xml:space="preserve">; </w:t>
            </w:r>
          </w:p>
          <w:p w:rsidR="00E3759F" w:rsidRPr="001255D7" w:rsidRDefault="00E3759F" w:rsidP="004D22F3">
            <w:pPr>
              <w:spacing w:before="0" w:after="0"/>
              <w:ind w:left="726"/>
              <w:contextualSpacing/>
              <w:jc w:val="left"/>
              <w:rPr>
                <w:b/>
                <w:lang w:val="es-ES"/>
              </w:rPr>
            </w:pPr>
            <w:r w:rsidRPr="001255D7">
              <w:rPr>
                <w:b/>
                <w:lang w:val="es-ES"/>
              </w:rPr>
              <w:t>S_Ochoa_HOSPITALARIA2026</w:t>
            </w:r>
            <w:r w:rsidR="004D22F3">
              <w:rPr>
                <w:b/>
                <w:lang w:val="es-ES"/>
              </w:rPr>
              <w:t>_MEMORIA</w:t>
            </w:r>
            <w:r w:rsidRPr="001255D7">
              <w:rPr>
                <w:b/>
                <w:lang w:val="es-ES"/>
              </w:rPr>
              <w:t>.pdf</w:t>
            </w:r>
            <w:bookmarkStart w:id="0" w:name="_GoBack"/>
            <w:bookmarkEnd w:id="0"/>
          </w:p>
          <w:p w:rsidR="001255D7" w:rsidRPr="004D22F3" w:rsidRDefault="00E3759F" w:rsidP="004D22F3">
            <w:pPr>
              <w:pStyle w:val="Prrafodelista"/>
              <w:numPr>
                <w:ilvl w:val="0"/>
                <w:numId w:val="14"/>
              </w:numPr>
              <w:spacing w:after="0" w:line="276" w:lineRule="auto"/>
              <w:ind w:hanging="357"/>
              <w:contextualSpacing w:val="0"/>
              <w:rPr>
                <w:lang w:val="es-ES"/>
              </w:rPr>
            </w:pPr>
            <w:r w:rsidRPr="001255D7">
              <w:rPr>
                <w:lang w:val="es-ES"/>
              </w:rPr>
              <w:t xml:space="preserve">El documento en formato PDF deberá remitirse por correo electrónico a </w:t>
            </w:r>
            <w:hyperlink r:id="rId8" w:history="1">
              <w:r w:rsidRPr="001255D7">
                <w:rPr>
                  <w:rStyle w:val="Hipervnculo"/>
                  <w:lang w:val="es-ES"/>
                </w:rPr>
                <w:t>secretaria@idiscam.es</w:t>
              </w:r>
            </w:hyperlink>
            <w:r w:rsidRPr="001255D7">
              <w:rPr>
                <w:lang w:val="es-ES"/>
              </w:rPr>
              <w:t xml:space="preserve"> de acuerdo con las indicaciones establecidas en las bases.</w:t>
            </w:r>
          </w:p>
        </w:tc>
      </w:tr>
    </w:tbl>
    <w:p w:rsidR="002849AD" w:rsidRDefault="002849AD" w:rsidP="002849AD">
      <w:pPr>
        <w:rPr>
          <w:lang w:val="es-ES"/>
        </w:rPr>
        <w:sectPr w:rsidR="002849AD" w:rsidSect="002849AD">
          <w:headerReference w:type="default" r:id="rId9"/>
          <w:footerReference w:type="default" r:id="rId10"/>
          <w:headerReference w:type="first" r:id="rId11"/>
          <w:pgSz w:w="12240" w:h="15840"/>
          <w:pgMar w:top="1417" w:right="1701" w:bottom="1417" w:left="1701" w:header="720" w:footer="720" w:gutter="0"/>
          <w:pgNumType w:start="1"/>
          <w:cols w:space="720"/>
          <w:titlePg/>
          <w:docGrid w:linePitch="360"/>
        </w:sectPr>
      </w:pPr>
    </w:p>
    <w:p w:rsidR="002849AD" w:rsidRPr="002849AD" w:rsidRDefault="002849AD" w:rsidP="002849AD">
      <w:pPr>
        <w:pStyle w:val="Ttulo1"/>
        <w:rPr>
          <w:lang w:val="es-ES"/>
        </w:rPr>
      </w:pPr>
      <w:r>
        <w:rPr>
          <w:lang w:val="es-ES"/>
        </w:rPr>
        <w:lastRenderedPageBreak/>
        <w:t xml:space="preserve">IDISCAM </w:t>
      </w:r>
      <w:r w:rsidR="00E3759F">
        <w:rPr>
          <w:lang w:val="es-ES"/>
        </w:rPr>
        <w:t>INTRAMURALES</w:t>
      </w:r>
      <w:r>
        <w:rPr>
          <w:lang w:val="es-ES"/>
        </w:rPr>
        <w:t xml:space="preserve"> 2026</w:t>
      </w:r>
    </w:p>
    <w:p w:rsidR="002849AD" w:rsidRPr="00CA3FDB" w:rsidRDefault="002849AD" w:rsidP="002849AD">
      <w:pPr>
        <w:pStyle w:val="Ttulo2"/>
        <w:rPr>
          <w:lang w:val="es-ES"/>
        </w:rPr>
      </w:pPr>
      <w:r w:rsidRPr="00CA3FDB">
        <w:rPr>
          <w:lang w:val="es-ES"/>
        </w:rPr>
        <w:t>MEMORIA CIENTÍFICO-TÉCNICA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494A2C" w:rsidRPr="00D26B9E">
        <w:trPr>
          <w:jc w:val="center"/>
        </w:trPr>
        <w:tc>
          <w:tcPr>
            <w:tcW w:w="8838" w:type="dxa"/>
            <w:gridSpan w:val="2"/>
            <w:shd w:val="clear" w:color="auto" w:fill="EF858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E3759F" w:rsidRDefault="00D36B96" w:rsidP="00E3759F">
            <w:pPr>
              <w:spacing w:before="0" w:after="0"/>
              <w:rPr>
                <w:rFonts w:cs="Calibri"/>
                <w:sz w:val="24"/>
                <w:szCs w:val="24"/>
              </w:rPr>
            </w:pPr>
            <w:r w:rsidRPr="00E3759F">
              <w:rPr>
                <w:rFonts w:cs="Calibri"/>
                <w:b/>
                <w:color w:val="FFFFFF"/>
                <w:sz w:val="24"/>
                <w:szCs w:val="24"/>
              </w:rPr>
              <w:t>DATOS IDENTIFICATIVOS DEL PROYECTO</w:t>
            </w:r>
          </w:p>
        </w:tc>
      </w:tr>
      <w:tr w:rsidR="00494A2C" w:rsidRPr="00D26B9E">
        <w:trPr>
          <w:jc w:val="center"/>
        </w:trPr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E3759F" w:rsidRDefault="00D36B96" w:rsidP="00E3759F">
            <w:pPr>
              <w:spacing w:before="0" w:after="0"/>
              <w:rPr>
                <w:rFonts w:cs="Calibri"/>
                <w:sz w:val="20"/>
                <w:szCs w:val="20"/>
              </w:rPr>
            </w:pPr>
            <w:r w:rsidRPr="00E3759F">
              <w:rPr>
                <w:rFonts w:cs="Calibri"/>
                <w:b/>
                <w:sz w:val="20"/>
                <w:szCs w:val="20"/>
              </w:rPr>
              <w:t>TÍTULO DEL PROYECTO:</w:t>
            </w:r>
          </w:p>
        </w:tc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Default="001D5630">
            <w:pPr>
              <w:spacing w:after="0"/>
            </w:pPr>
          </w:p>
        </w:tc>
      </w:tr>
      <w:tr w:rsidR="00494A2C">
        <w:trPr>
          <w:jc w:val="center"/>
        </w:trPr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E3759F" w:rsidRDefault="00D36B96" w:rsidP="00E3759F">
            <w:pPr>
              <w:spacing w:before="0" w:after="0"/>
              <w:rPr>
                <w:rFonts w:cs="Calibri"/>
                <w:sz w:val="20"/>
                <w:szCs w:val="20"/>
              </w:rPr>
            </w:pPr>
            <w:r w:rsidRPr="00E3759F">
              <w:rPr>
                <w:rFonts w:cs="Calibri"/>
                <w:b/>
                <w:sz w:val="20"/>
                <w:szCs w:val="20"/>
              </w:rPr>
              <w:t>INVESTIGADOR/A PRINCIPAL:</w:t>
            </w:r>
          </w:p>
        </w:tc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Default="001D5630">
            <w:pPr>
              <w:spacing w:after="0"/>
            </w:pPr>
          </w:p>
        </w:tc>
      </w:tr>
      <w:tr w:rsidR="00494A2C" w:rsidRPr="00E3759F">
        <w:trPr>
          <w:jc w:val="center"/>
        </w:trPr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E3759F" w:rsidRDefault="00D36B96" w:rsidP="00E3759F">
            <w:pPr>
              <w:spacing w:before="0" w:after="0"/>
              <w:rPr>
                <w:rFonts w:cs="Calibri"/>
                <w:sz w:val="20"/>
                <w:szCs w:val="20"/>
              </w:rPr>
            </w:pPr>
            <w:r w:rsidRPr="00E3759F">
              <w:rPr>
                <w:rFonts w:cs="Calibri"/>
                <w:b/>
                <w:sz w:val="20"/>
                <w:szCs w:val="20"/>
              </w:rPr>
              <w:t>MECANISMO DE APOYO:</w:t>
            </w:r>
          </w:p>
        </w:tc>
        <w:sdt>
          <w:sdtPr>
            <w:rPr>
              <w:lang w:val="es-ES"/>
            </w:rPr>
            <w:id w:val="-1421102884"/>
            <w:placeholder>
              <w:docPart w:val="DefaultPlaceholder_1081868575"/>
            </w:placeholder>
            <w:showingPlcHdr/>
            <w:comboBox>
              <w:listItem w:value="Elija un elemento."/>
              <w:listItem w:displayText="Atención Primaria" w:value="Atención Primaria"/>
              <w:listItem w:displayText="Enfermería" w:value="Enfermería"/>
              <w:listItem w:displayText="Investigadores Emergentes" w:value="Investigadores Emergentes"/>
              <w:listItem w:displayText="Atención Hospitalaria" w:value="Atención Hospitalaria"/>
            </w:comboBox>
          </w:sdtPr>
          <w:sdtEndPr/>
          <w:sdtContent>
            <w:tc>
              <w:tcPr>
                <w:tcW w:w="4419" w:type="dxa"/>
                <w:tcMar>
                  <w:top w:w="100" w:type="dxa"/>
                  <w:left w:w="120" w:type="dxa"/>
                  <w:bottom w:w="100" w:type="dxa"/>
                  <w:right w:w="120" w:type="dxa"/>
                </w:tcMar>
                <w:vAlign w:val="center"/>
              </w:tcPr>
              <w:p w:rsidR="001D5630" w:rsidRPr="00E3759F" w:rsidRDefault="00E3759F">
                <w:pPr>
                  <w:spacing w:after="0"/>
                  <w:rPr>
                    <w:lang w:val="es-ES"/>
                  </w:rPr>
                </w:pPr>
                <w:r w:rsidRPr="007C4172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494A2C">
        <w:trPr>
          <w:jc w:val="center"/>
        </w:trPr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E3759F" w:rsidRDefault="00D36B96" w:rsidP="00E3759F">
            <w:pPr>
              <w:spacing w:before="0" w:after="0"/>
              <w:rPr>
                <w:rFonts w:cs="Calibri"/>
                <w:sz w:val="20"/>
                <w:szCs w:val="20"/>
              </w:rPr>
            </w:pPr>
            <w:r w:rsidRPr="00E3759F">
              <w:rPr>
                <w:rFonts w:cs="Calibri"/>
                <w:b/>
                <w:sz w:val="20"/>
                <w:szCs w:val="20"/>
              </w:rPr>
              <w:t>DURACIÓN PREVISTA (MESES):</w:t>
            </w:r>
          </w:p>
        </w:tc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Default="001D5630">
            <w:pPr>
              <w:spacing w:after="0"/>
            </w:pPr>
          </w:p>
        </w:tc>
      </w:tr>
    </w:tbl>
    <w:p w:rsidR="00494A2C" w:rsidRDefault="00494A2C">
      <w:pPr>
        <w:spacing w:before="0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D26B9E">
        <w:trPr>
          <w:jc w:val="center"/>
        </w:trPr>
        <w:tc>
          <w:tcPr>
            <w:tcW w:w="8838" w:type="dxa"/>
            <w:shd w:val="clear" w:color="auto" w:fill="EF858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E3759F" w:rsidRDefault="00D36B96" w:rsidP="00E3759F">
            <w:pPr>
              <w:spacing w:before="0" w:after="0"/>
              <w:rPr>
                <w:rFonts w:cs="Calibri"/>
              </w:rPr>
            </w:pPr>
            <w:r w:rsidRPr="00E3759F">
              <w:rPr>
                <w:rFonts w:cs="Calibri"/>
                <w:b/>
                <w:color w:val="FFFFFF"/>
              </w:rPr>
              <w:t>1. RESUMEN</w:t>
            </w:r>
          </w:p>
        </w:tc>
      </w:tr>
      <w:tr w:rsidR="00494A2C" w:rsidRPr="00AD2527">
        <w:trPr>
          <w:jc w:val="center"/>
        </w:trPr>
        <w:tc>
          <w:tcPr>
            <w:tcW w:w="8838" w:type="dxa"/>
            <w:shd w:val="clear" w:color="auto" w:fill="F9E4E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E3759F" w:rsidRDefault="00D36B96" w:rsidP="00E3759F">
            <w:pPr>
              <w:spacing w:before="0" w:after="0"/>
              <w:rPr>
                <w:rFonts w:cs="Calibri"/>
                <w:sz w:val="20"/>
                <w:szCs w:val="20"/>
                <w:lang w:val="es-ES"/>
              </w:rPr>
            </w:pPr>
            <w:r w:rsidRPr="001255D7">
              <w:rPr>
                <w:rFonts w:cs="Calibri"/>
                <w:b/>
                <w:i/>
                <w:color w:val="7F7F7F" w:themeColor="text1" w:themeTint="80"/>
                <w:sz w:val="20"/>
                <w:szCs w:val="20"/>
                <w:lang w:val="es-ES"/>
              </w:rPr>
              <w:t>Extensión máxima: 1 página.</w:t>
            </w:r>
            <w:r w:rsidRPr="00E3759F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 xml:space="preserve"> Resuma los antecedentes, la hipótesis o planteamiento de partida, el objetivo general, los principales objetivos específicos, la metodología y los resultados esperados del proyecto</w:t>
            </w:r>
            <w:r w:rsidRPr="00E3759F">
              <w:rPr>
                <w:rFonts w:cs="Calibri"/>
                <w:i/>
                <w:sz w:val="20"/>
                <w:szCs w:val="20"/>
                <w:lang w:val="es-ES"/>
              </w:rPr>
              <w:t>.</w:t>
            </w:r>
          </w:p>
        </w:tc>
      </w:tr>
      <w:tr w:rsidR="00494A2C" w:rsidRPr="00AD2527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E3759F" w:rsidRDefault="00494A2C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1255D7" w:rsidRDefault="00CA3FDB">
            <w:pPr>
              <w:spacing w:before="0" w:after="0"/>
              <w:rPr>
                <w:sz w:val="20"/>
                <w:szCs w:val="20"/>
                <w:lang w:val="es-ES"/>
              </w:rPr>
            </w:pPr>
          </w:p>
          <w:p w:rsidR="00CA3FDB" w:rsidRPr="001255D7" w:rsidRDefault="00CA3FDB">
            <w:pPr>
              <w:spacing w:before="0" w:after="0"/>
              <w:rPr>
                <w:sz w:val="20"/>
                <w:szCs w:val="20"/>
                <w:lang w:val="es-ES"/>
              </w:rPr>
            </w:pPr>
          </w:p>
          <w:p w:rsidR="00CA3FDB" w:rsidRPr="001255D7" w:rsidRDefault="00CA3FDB">
            <w:pPr>
              <w:spacing w:before="0" w:after="0"/>
              <w:rPr>
                <w:sz w:val="20"/>
                <w:szCs w:val="20"/>
                <w:lang w:val="es-ES"/>
              </w:rPr>
            </w:pPr>
          </w:p>
          <w:p w:rsidR="00CA3FDB" w:rsidRPr="001255D7" w:rsidRDefault="00CA3FDB">
            <w:pPr>
              <w:spacing w:before="0" w:after="0"/>
              <w:rPr>
                <w:sz w:val="20"/>
                <w:szCs w:val="20"/>
                <w:lang w:val="es-ES"/>
              </w:rPr>
            </w:pPr>
          </w:p>
          <w:p w:rsidR="00CA3FDB" w:rsidRPr="001255D7" w:rsidRDefault="00CA3FDB">
            <w:pPr>
              <w:spacing w:before="0" w:after="0"/>
              <w:rPr>
                <w:sz w:val="20"/>
                <w:szCs w:val="20"/>
                <w:lang w:val="es-ES"/>
              </w:rPr>
            </w:pPr>
          </w:p>
          <w:p w:rsidR="00CA3FDB" w:rsidRPr="001255D7" w:rsidRDefault="00CA3FDB">
            <w:pPr>
              <w:spacing w:before="0" w:after="0"/>
              <w:rPr>
                <w:sz w:val="20"/>
                <w:szCs w:val="20"/>
                <w:lang w:val="es-ES"/>
              </w:rPr>
            </w:pPr>
          </w:p>
          <w:p w:rsidR="00CA3FDB" w:rsidRPr="001255D7" w:rsidRDefault="00CA3FDB">
            <w:pPr>
              <w:spacing w:before="0" w:after="0"/>
              <w:rPr>
                <w:sz w:val="20"/>
                <w:szCs w:val="20"/>
                <w:lang w:val="es-ES"/>
              </w:rPr>
            </w:pPr>
          </w:p>
          <w:p w:rsidR="00CA3FDB" w:rsidRPr="00E3759F" w:rsidRDefault="00CA3FDB">
            <w:pPr>
              <w:spacing w:before="0" w:after="0"/>
              <w:rPr>
                <w:lang w:val="es-ES"/>
              </w:rPr>
            </w:pPr>
          </w:p>
        </w:tc>
      </w:tr>
    </w:tbl>
    <w:p w:rsidR="00494A2C" w:rsidRPr="00E3759F" w:rsidRDefault="00494A2C">
      <w:pPr>
        <w:spacing w:before="0" w:after="100"/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AD2527">
        <w:trPr>
          <w:jc w:val="center"/>
        </w:trPr>
        <w:tc>
          <w:tcPr>
            <w:tcW w:w="8838" w:type="dxa"/>
            <w:shd w:val="clear" w:color="auto" w:fill="EF858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E3759F" w:rsidRDefault="00D36B96" w:rsidP="00E3759F">
            <w:pPr>
              <w:spacing w:before="0" w:after="0"/>
              <w:rPr>
                <w:rFonts w:cs="Calibri"/>
                <w:lang w:val="es-ES"/>
              </w:rPr>
            </w:pPr>
            <w:r w:rsidRPr="00E3759F">
              <w:rPr>
                <w:rFonts w:cs="Calibri"/>
                <w:b/>
                <w:color w:val="FFFFFF"/>
                <w:lang w:val="es-ES"/>
              </w:rPr>
              <w:t>2. ANTECEDENTES Y ESTADO ACTUAL DEL CONOCIMIENTO</w:t>
            </w:r>
          </w:p>
        </w:tc>
      </w:tr>
      <w:tr w:rsidR="00494A2C" w:rsidRPr="00D26B9E">
        <w:trPr>
          <w:jc w:val="center"/>
        </w:trPr>
        <w:tc>
          <w:tcPr>
            <w:tcW w:w="8838" w:type="dxa"/>
            <w:shd w:val="clear" w:color="auto" w:fill="F9E4E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E3759F" w:rsidRDefault="00D36B96" w:rsidP="00E3759F">
            <w:pPr>
              <w:spacing w:before="0" w:after="0"/>
              <w:rPr>
                <w:rFonts w:cs="Calibri"/>
                <w:sz w:val="20"/>
                <w:szCs w:val="20"/>
              </w:rPr>
            </w:pPr>
            <w:r w:rsidRPr="00E3759F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 xml:space="preserve">Describa los antecedentes científico-técnicos, el estado actual del conocimiento y la justificación de la necesidad u oportunidad del proyecto. </w:t>
            </w:r>
            <w:proofErr w:type="spellStart"/>
            <w:r w:rsidRPr="00E3759F">
              <w:rPr>
                <w:rFonts w:cs="Calibri"/>
                <w:i/>
                <w:color w:val="7F7F7F" w:themeColor="text1" w:themeTint="80"/>
                <w:sz w:val="20"/>
                <w:szCs w:val="20"/>
              </w:rPr>
              <w:t>Incluya</w:t>
            </w:r>
            <w:proofErr w:type="spellEnd"/>
            <w:r w:rsidRPr="00E3759F">
              <w:rPr>
                <w:rFonts w:cs="Calibri"/>
                <w:i/>
                <w:color w:val="7F7F7F" w:themeColor="text1" w:themeTint="80"/>
                <w:sz w:val="20"/>
                <w:szCs w:val="20"/>
              </w:rPr>
              <w:t xml:space="preserve"> las </w:t>
            </w:r>
            <w:proofErr w:type="spellStart"/>
            <w:r w:rsidRPr="00E3759F">
              <w:rPr>
                <w:rFonts w:cs="Calibri"/>
                <w:i/>
                <w:color w:val="7F7F7F" w:themeColor="text1" w:themeTint="80"/>
                <w:sz w:val="20"/>
                <w:szCs w:val="20"/>
              </w:rPr>
              <w:t>referencias</w:t>
            </w:r>
            <w:proofErr w:type="spellEnd"/>
            <w:r w:rsidRPr="00E3759F">
              <w:rPr>
                <w:rFonts w:cs="Calibri"/>
                <w:i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E3759F">
              <w:rPr>
                <w:rFonts w:cs="Calibri"/>
                <w:i/>
                <w:color w:val="7F7F7F" w:themeColor="text1" w:themeTint="80"/>
                <w:sz w:val="20"/>
                <w:szCs w:val="20"/>
              </w:rPr>
              <w:t>bibliográficas</w:t>
            </w:r>
            <w:proofErr w:type="spellEnd"/>
            <w:r w:rsidRPr="00E3759F">
              <w:rPr>
                <w:rFonts w:cs="Calibri"/>
                <w:i/>
                <w:color w:val="7F7F7F" w:themeColor="text1" w:themeTint="80"/>
                <w:sz w:val="20"/>
                <w:szCs w:val="20"/>
              </w:rPr>
              <w:t xml:space="preserve"> más relevantes.</w:t>
            </w:r>
          </w:p>
        </w:tc>
      </w:tr>
      <w:tr w:rsidR="00494A2C" w:rsidRPr="00D26B9E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lang w:val="es-ES"/>
              </w:rPr>
            </w:pPr>
          </w:p>
          <w:p w:rsidR="001255D7" w:rsidRDefault="001255D7">
            <w:pPr>
              <w:spacing w:before="0" w:after="0"/>
              <w:rPr>
                <w:lang w:val="es-ES"/>
              </w:rPr>
            </w:pPr>
          </w:p>
          <w:p w:rsidR="001255D7" w:rsidRDefault="001255D7">
            <w:pPr>
              <w:spacing w:before="0" w:after="0"/>
              <w:rPr>
                <w:lang w:val="es-ES"/>
              </w:rPr>
            </w:pPr>
          </w:p>
          <w:p w:rsidR="002849AD" w:rsidRDefault="002849AD">
            <w:pPr>
              <w:spacing w:before="0" w:after="0"/>
              <w:rPr>
                <w:lang w:val="es-ES"/>
              </w:rPr>
            </w:pPr>
          </w:p>
          <w:p w:rsidR="002849AD" w:rsidRDefault="002849AD">
            <w:pPr>
              <w:spacing w:before="0" w:after="0"/>
              <w:rPr>
                <w:lang w:val="es-ES"/>
              </w:rPr>
            </w:pPr>
          </w:p>
          <w:p w:rsidR="002849AD" w:rsidRPr="00CA3FDB" w:rsidRDefault="002849AD">
            <w:pPr>
              <w:spacing w:before="0" w:after="0"/>
              <w:rPr>
                <w:lang w:val="es-ES"/>
              </w:rPr>
            </w:pPr>
          </w:p>
        </w:tc>
      </w:tr>
    </w:tbl>
    <w:p w:rsidR="001255D7" w:rsidRPr="00CA3FDB" w:rsidRDefault="001255D7">
      <w:pPr>
        <w:spacing w:before="0" w:after="100"/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D26B9E">
        <w:trPr>
          <w:jc w:val="center"/>
        </w:trPr>
        <w:tc>
          <w:tcPr>
            <w:tcW w:w="8838" w:type="dxa"/>
            <w:shd w:val="clear" w:color="auto" w:fill="EF858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E3759F" w:rsidRDefault="00D36B96" w:rsidP="00E3759F">
            <w:pPr>
              <w:spacing w:before="0" w:after="0"/>
              <w:rPr>
                <w:rFonts w:cs="Calibri"/>
              </w:rPr>
            </w:pPr>
            <w:r w:rsidRPr="00E3759F">
              <w:rPr>
                <w:rFonts w:cs="Calibri"/>
                <w:b/>
                <w:color w:val="FFFFFF"/>
              </w:rPr>
              <w:t>3. HIPÓTESIS Y OBJETIVOS</w:t>
            </w:r>
          </w:p>
        </w:tc>
      </w:tr>
      <w:tr w:rsidR="00494A2C" w:rsidRPr="00AD2527">
        <w:trPr>
          <w:jc w:val="center"/>
        </w:trPr>
        <w:tc>
          <w:tcPr>
            <w:tcW w:w="8838" w:type="dxa"/>
            <w:shd w:val="clear" w:color="auto" w:fill="F9E4E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E3759F" w:rsidRDefault="00D36B96" w:rsidP="00E3759F">
            <w:pPr>
              <w:spacing w:before="0" w:after="0"/>
              <w:rPr>
                <w:lang w:val="es-ES"/>
              </w:rPr>
            </w:pPr>
            <w:r w:rsidRPr="00E3759F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>Formule, cuando proceda, la hipótesis o pregunta de investigación y defina de forma clara, concreta y verificable el objetivo general y los objetivos específicos del proyecto.</w:t>
            </w:r>
          </w:p>
        </w:tc>
      </w:tr>
      <w:tr w:rsidR="00494A2C" w:rsidRPr="00AD2527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CA3FDB" w:rsidRDefault="00CA3FDB">
            <w:pPr>
              <w:spacing w:before="0" w:after="0"/>
              <w:rPr>
                <w:lang w:val="es-ES"/>
              </w:rPr>
            </w:pPr>
          </w:p>
        </w:tc>
      </w:tr>
    </w:tbl>
    <w:p w:rsidR="00494A2C" w:rsidRPr="00CA3FDB" w:rsidRDefault="00494A2C">
      <w:pPr>
        <w:spacing w:before="0" w:after="100"/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CA3FDB">
        <w:trPr>
          <w:jc w:val="center"/>
        </w:trPr>
        <w:tc>
          <w:tcPr>
            <w:tcW w:w="8838" w:type="dxa"/>
            <w:shd w:val="clear" w:color="auto" w:fill="EF858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E3759F" w:rsidRDefault="00D36B96" w:rsidP="00E3759F">
            <w:pPr>
              <w:spacing w:before="0" w:after="0"/>
              <w:rPr>
                <w:rFonts w:cs="Calibri"/>
                <w:b/>
                <w:color w:val="FFFFFF"/>
              </w:rPr>
            </w:pPr>
            <w:r w:rsidRPr="00E3759F">
              <w:rPr>
                <w:rFonts w:cs="Calibri"/>
                <w:b/>
                <w:color w:val="FFFFFF"/>
              </w:rPr>
              <w:t>4. METODOLOGÍA</w:t>
            </w:r>
          </w:p>
        </w:tc>
      </w:tr>
      <w:tr w:rsidR="00494A2C" w:rsidRPr="00AD2527">
        <w:trPr>
          <w:jc w:val="center"/>
        </w:trPr>
        <w:tc>
          <w:tcPr>
            <w:tcW w:w="8838" w:type="dxa"/>
            <w:shd w:val="clear" w:color="auto" w:fill="F9E4E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E3759F" w:rsidRDefault="00D36B96" w:rsidP="00E3759F">
            <w:pPr>
              <w:spacing w:before="0" w:after="0"/>
              <w:rPr>
                <w:lang w:val="es-ES"/>
              </w:rPr>
            </w:pPr>
            <w:r w:rsidRPr="00E3759F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>Describa la metodología prevista para alcanzar los objetivos propuestos, incluyendo, cuando proceda, diseño del estudio, población o muestra, variables, técnicas, procedimientos, análisis y otros elementos metodológicos relevantes.</w:t>
            </w:r>
          </w:p>
        </w:tc>
      </w:tr>
      <w:tr w:rsidR="00494A2C" w:rsidRPr="00AD2527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lang w:val="es-ES"/>
              </w:rPr>
            </w:pPr>
          </w:p>
          <w:p w:rsidR="00CA3FDB" w:rsidRDefault="00CA3FDB">
            <w:pPr>
              <w:spacing w:before="0" w:after="0"/>
              <w:rPr>
                <w:lang w:val="es-ES"/>
              </w:rPr>
            </w:pPr>
          </w:p>
          <w:p w:rsidR="00CA3FDB" w:rsidRDefault="00CA3FDB">
            <w:pPr>
              <w:spacing w:before="0" w:after="0"/>
              <w:rPr>
                <w:lang w:val="es-ES"/>
              </w:rPr>
            </w:pPr>
          </w:p>
          <w:p w:rsidR="00CA3FDB" w:rsidRDefault="00CA3FDB">
            <w:pPr>
              <w:spacing w:before="0" w:after="0"/>
              <w:rPr>
                <w:lang w:val="es-ES"/>
              </w:rPr>
            </w:pPr>
          </w:p>
          <w:p w:rsidR="00CA3FDB" w:rsidRPr="00CA3FDB" w:rsidRDefault="00CA3FDB">
            <w:pPr>
              <w:spacing w:before="0" w:after="0"/>
              <w:rPr>
                <w:lang w:val="es-ES"/>
              </w:rPr>
            </w:pPr>
          </w:p>
        </w:tc>
      </w:tr>
    </w:tbl>
    <w:p w:rsidR="00494A2C" w:rsidRPr="00CA3FDB" w:rsidRDefault="00494A2C">
      <w:pPr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AD2527">
        <w:trPr>
          <w:jc w:val="center"/>
        </w:trPr>
        <w:tc>
          <w:tcPr>
            <w:tcW w:w="8838" w:type="dxa"/>
            <w:shd w:val="clear" w:color="auto" w:fill="EF858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CB7149" w:rsidRDefault="00D36B96" w:rsidP="00E3759F">
            <w:pPr>
              <w:spacing w:before="0" w:after="0"/>
              <w:rPr>
                <w:rFonts w:cs="Calibri"/>
                <w:b/>
                <w:color w:val="FFFFFF"/>
                <w:lang w:val="es-ES"/>
              </w:rPr>
            </w:pPr>
            <w:r w:rsidRPr="00CB7149">
              <w:rPr>
                <w:rFonts w:cs="Calibri"/>
                <w:b/>
                <w:color w:val="FFFFFF"/>
                <w:lang w:val="es-ES"/>
              </w:rPr>
              <w:t>5. PLAN DE TRABAJO Y CRONOGRAMA</w:t>
            </w:r>
          </w:p>
        </w:tc>
      </w:tr>
      <w:tr w:rsidR="00494A2C" w:rsidRPr="00AD2527">
        <w:trPr>
          <w:jc w:val="center"/>
        </w:trPr>
        <w:tc>
          <w:tcPr>
            <w:tcW w:w="8838" w:type="dxa"/>
            <w:shd w:val="clear" w:color="auto" w:fill="F9E4E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CB7149" w:rsidRDefault="00D36B96" w:rsidP="00E3759F">
            <w:pPr>
              <w:spacing w:before="0" w:after="0"/>
              <w:rPr>
                <w:lang w:val="es-ES"/>
              </w:rPr>
            </w:pPr>
            <w:r w:rsidRPr="00E3759F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 xml:space="preserve">Describa las actividades o tareas, responsables, principales hitos y resultados previstos. Incluya un cronograma ajustado al periodo </w:t>
            </w:r>
            <w:r w:rsidR="00CB7149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 xml:space="preserve">máximo de ejecución de 24 meses, </w:t>
            </w:r>
            <w:r w:rsidR="00CB7149" w:rsidRPr="00CB7149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>indicando la distribución temporal de las principales actividades o tareas.</w:t>
            </w:r>
          </w:p>
        </w:tc>
      </w:tr>
      <w:tr w:rsidR="00494A2C" w:rsidRPr="00AD2527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Pr="00CA3FDB" w:rsidRDefault="0064428D">
            <w:pPr>
              <w:spacing w:before="0" w:after="0"/>
              <w:rPr>
                <w:lang w:val="es-ES"/>
              </w:rPr>
            </w:pPr>
          </w:p>
        </w:tc>
      </w:tr>
    </w:tbl>
    <w:p w:rsidR="00E3759F" w:rsidRDefault="00E3759F" w:rsidP="00E3759F">
      <w:pPr>
        <w:rPr>
          <w:lang w:val="es-ES"/>
        </w:rPr>
      </w:pPr>
      <w:r>
        <w:rPr>
          <w:lang w:val="es-ES"/>
        </w:rPr>
        <w:br w:type="page"/>
      </w:r>
    </w:p>
    <w:p w:rsidR="00494A2C" w:rsidRPr="00CA3FDB" w:rsidRDefault="00494A2C">
      <w:pPr>
        <w:spacing w:before="0" w:after="100"/>
        <w:rPr>
          <w:lang w:val="es-ES"/>
        </w:rPr>
      </w:pPr>
    </w:p>
    <w:tbl>
      <w:tblPr>
        <w:tblStyle w:val="Tablaconcuadrcula"/>
        <w:tblW w:w="8806" w:type="dxa"/>
        <w:jc w:val="center"/>
        <w:tblLayout w:type="fixed"/>
        <w:tblLook w:val="04A0" w:firstRow="1" w:lastRow="0" w:firstColumn="1" w:lastColumn="0" w:noHBand="0" w:noVBand="1"/>
      </w:tblPr>
      <w:tblGrid>
        <w:gridCol w:w="3539"/>
        <w:gridCol w:w="1879"/>
        <w:gridCol w:w="425"/>
        <w:gridCol w:w="411"/>
        <w:gridCol w:w="426"/>
        <w:gridCol w:w="425"/>
        <w:gridCol w:w="425"/>
        <w:gridCol w:w="425"/>
        <w:gridCol w:w="426"/>
        <w:gridCol w:w="425"/>
      </w:tblGrid>
      <w:tr w:rsidR="00CB7149" w:rsidTr="00CB7149">
        <w:trPr>
          <w:jc w:val="center"/>
        </w:trPr>
        <w:tc>
          <w:tcPr>
            <w:tcW w:w="3539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Pr="00E3759F" w:rsidRDefault="00CB7149">
            <w:pPr>
              <w:spacing w:after="0"/>
              <w:rPr>
                <w:rFonts w:cs="Calibri"/>
                <w:sz w:val="16"/>
                <w:szCs w:val="16"/>
              </w:rPr>
            </w:pPr>
            <w:r w:rsidRPr="00E3759F">
              <w:rPr>
                <w:rFonts w:cs="Calibri"/>
                <w:b/>
                <w:sz w:val="16"/>
                <w:szCs w:val="16"/>
              </w:rPr>
              <w:t>ACTIVIDAD / TAREA</w:t>
            </w:r>
          </w:p>
        </w:tc>
        <w:tc>
          <w:tcPr>
            <w:tcW w:w="1879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Pr="00E3759F" w:rsidRDefault="00CB7149">
            <w:pPr>
              <w:spacing w:after="0"/>
              <w:rPr>
                <w:rFonts w:cs="Calibri"/>
                <w:sz w:val="16"/>
                <w:szCs w:val="16"/>
              </w:rPr>
            </w:pPr>
            <w:r w:rsidRPr="00E3759F">
              <w:rPr>
                <w:rFonts w:cs="Calibri"/>
                <w:b/>
                <w:sz w:val="16"/>
                <w:szCs w:val="16"/>
              </w:rPr>
              <w:t>RESPONSABLE</w:t>
            </w:r>
          </w:p>
        </w:tc>
        <w:tc>
          <w:tcPr>
            <w:tcW w:w="425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Pr="001255D7" w:rsidRDefault="00CB7149">
            <w:pPr>
              <w:spacing w:after="0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T1</w:t>
            </w:r>
          </w:p>
        </w:tc>
        <w:tc>
          <w:tcPr>
            <w:tcW w:w="411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Pr="001255D7" w:rsidRDefault="00CB7149">
            <w:pPr>
              <w:spacing w:after="0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T</w:t>
            </w:r>
            <w:r w:rsidRPr="001255D7">
              <w:rPr>
                <w:rFonts w:cs="Calibri"/>
                <w:b/>
                <w:sz w:val="16"/>
                <w:szCs w:val="16"/>
              </w:rPr>
              <w:t>2</w:t>
            </w:r>
          </w:p>
        </w:tc>
        <w:tc>
          <w:tcPr>
            <w:tcW w:w="426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Pr="001255D7" w:rsidRDefault="00CB7149">
            <w:pPr>
              <w:spacing w:after="0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T</w:t>
            </w:r>
            <w:r w:rsidRPr="001255D7">
              <w:rPr>
                <w:rFonts w:cs="Calibri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Pr="001255D7" w:rsidRDefault="00CB7149">
            <w:pPr>
              <w:spacing w:after="0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T4</w:t>
            </w:r>
          </w:p>
        </w:tc>
        <w:tc>
          <w:tcPr>
            <w:tcW w:w="425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Pr="001255D7" w:rsidRDefault="00CB7149">
            <w:pPr>
              <w:spacing w:after="0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T5</w:t>
            </w:r>
          </w:p>
        </w:tc>
        <w:tc>
          <w:tcPr>
            <w:tcW w:w="425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Pr="001255D7" w:rsidRDefault="00CB7149">
            <w:pPr>
              <w:spacing w:after="0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T6</w:t>
            </w:r>
          </w:p>
        </w:tc>
        <w:tc>
          <w:tcPr>
            <w:tcW w:w="426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Pr="001255D7" w:rsidRDefault="00CB7149">
            <w:pPr>
              <w:spacing w:after="0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T7</w:t>
            </w:r>
          </w:p>
        </w:tc>
        <w:tc>
          <w:tcPr>
            <w:tcW w:w="425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Pr="001255D7" w:rsidRDefault="00CB7149">
            <w:pPr>
              <w:spacing w:after="0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T8</w:t>
            </w:r>
          </w:p>
        </w:tc>
      </w:tr>
      <w:tr w:rsidR="00CB7149" w:rsidTr="00CB7149">
        <w:trPr>
          <w:jc w:val="center"/>
        </w:trPr>
        <w:tc>
          <w:tcPr>
            <w:tcW w:w="35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187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1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</w:tr>
      <w:tr w:rsidR="00CB7149" w:rsidTr="00CB7149">
        <w:trPr>
          <w:jc w:val="center"/>
        </w:trPr>
        <w:tc>
          <w:tcPr>
            <w:tcW w:w="35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187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1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</w:tr>
      <w:tr w:rsidR="00CB7149" w:rsidTr="00CB7149">
        <w:trPr>
          <w:jc w:val="center"/>
        </w:trPr>
        <w:tc>
          <w:tcPr>
            <w:tcW w:w="35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187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1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</w:tr>
      <w:tr w:rsidR="00CB7149" w:rsidTr="00CB7149">
        <w:trPr>
          <w:jc w:val="center"/>
        </w:trPr>
        <w:tc>
          <w:tcPr>
            <w:tcW w:w="35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187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1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</w:tr>
      <w:tr w:rsidR="00CB7149" w:rsidTr="00CB7149">
        <w:trPr>
          <w:jc w:val="center"/>
        </w:trPr>
        <w:tc>
          <w:tcPr>
            <w:tcW w:w="35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187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1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B7149" w:rsidRDefault="00CB7149" w:rsidP="00CA3FDB"/>
        </w:tc>
      </w:tr>
    </w:tbl>
    <w:p w:rsidR="00494A2C" w:rsidRDefault="00494A2C">
      <w:pPr>
        <w:spacing w:before="0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AD2527" w:rsidTr="00AB5CA8">
        <w:trPr>
          <w:jc w:val="center"/>
        </w:trPr>
        <w:tc>
          <w:tcPr>
            <w:tcW w:w="8828" w:type="dxa"/>
            <w:shd w:val="clear" w:color="auto" w:fill="EF858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CB7149" w:rsidRDefault="00D36B96" w:rsidP="00E3759F">
            <w:pPr>
              <w:spacing w:before="0" w:after="0"/>
              <w:rPr>
                <w:rFonts w:cs="Calibri"/>
                <w:b/>
                <w:color w:val="FFFFFF"/>
                <w:lang w:val="es-ES"/>
              </w:rPr>
            </w:pPr>
            <w:r w:rsidRPr="00CB7149">
              <w:rPr>
                <w:rFonts w:cs="Calibri"/>
                <w:b/>
                <w:color w:val="FFFFFF"/>
                <w:lang w:val="es-ES"/>
              </w:rPr>
              <w:t>6. RECURSOS DISPONIBLES PARA LA REALIZACIÓN DEL PROYECTO</w:t>
            </w:r>
          </w:p>
        </w:tc>
      </w:tr>
      <w:tr w:rsidR="00494A2C" w:rsidRPr="00AD2527" w:rsidTr="00AB5CA8">
        <w:trPr>
          <w:jc w:val="center"/>
        </w:trPr>
        <w:tc>
          <w:tcPr>
            <w:tcW w:w="8828" w:type="dxa"/>
            <w:shd w:val="clear" w:color="auto" w:fill="F9E4E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E3759F" w:rsidRDefault="00D36B96" w:rsidP="00E3759F">
            <w:pPr>
              <w:spacing w:before="0" w:after="0"/>
              <w:rPr>
                <w:lang w:val="es-ES"/>
              </w:rPr>
            </w:pPr>
            <w:r w:rsidRPr="00E3759F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>Describa los recursos humanos, infraestructuras, equipamiento, acceso a población, muestras, datos u otros recursos ya disponibles y necesarios para garantizar la viabilidad del proyecto.</w:t>
            </w:r>
          </w:p>
        </w:tc>
      </w:tr>
      <w:tr w:rsidR="00494A2C" w:rsidRPr="00AD2527" w:rsidTr="00AB5CA8">
        <w:trPr>
          <w:jc w:val="center"/>
        </w:trPr>
        <w:tc>
          <w:tcPr>
            <w:tcW w:w="8828" w:type="dxa"/>
            <w:tcBorders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AB5CA8" w:rsidRDefault="00AB5CA8">
            <w:pPr>
              <w:spacing w:before="0" w:after="0"/>
              <w:rPr>
                <w:sz w:val="18"/>
                <w:lang w:val="es-ES"/>
              </w:rPr>
            </w:pPr>
          </w:p>
          <w:p w:rsidR="00AB5CA8" w:rsidRDefault="00AB5CA8">
            <w:pPr>
              <w:spacing w:before="0" w:after="0"/>
              <w:rPr>
                <w:sz w:val="18"/>
                <w:lang w:val="es-ES"/>
              </w:rPr>
            </w:pPr>
          </w:p>
          <w:p w:rsidR="00AB5CA8" w:rsidRDefault="00AB5CA8">
            <w:pPr>
              <w:spacing w:before="0" w:after="0"/>
              <w:rPr>
                <w:sz w:val="18"/>
                <w:lang w:val="es-ES"/>
              </w:rPr>
            </w:pPr>
          </w:p>
          <w:p w:rsidR="00AB5CA8" w:rsidRDefault="00AB5CA8">
            <w:pPr>
              <w:spacing w:before="0" w:after="0"/>
              <w:rPr>
                <w:sz w:val="18"/>
                <w:lang w:val="es-ES"/>
              </w:rPr>
            </w:pPr>
          </w:p>
          <w:p w:rsidR="00AB5CA8" w:rsidRDefault="00AB5CA8">
            <w:pPr>
              <w:spacing w:before="0" w:after="0"/>
              <w:rPr>
                <w:sz w:val="18"/>
                <w:lang w:val="es-ES"/>
              </w:rPr>
            </w:pPr>
          </w:p>
          <w:p w:rsidR="00AB5CA8" w:rsidRDefault="00AB5CA8">
            <w:pPr>
              <w:spacing w:before="0" w:after="0"/>
              <w:rPr>
                <w:sz w:val="18"/>
                <w:lang w:val="es-ES"/>
              </w:rPr>
            </w:pPr>
          </w:p>
          <w:p w:rsidR="00AB5CA8" w:rsidRDefault="00AB5CA8">
            <w:pPr>
              <w:spacing w:before="0" w:after="0"/>
              <w:rPr>
                <w:sz w:val="18"/>
                <w:lang w:val="es-ES"/>
              </w:rPr>
            </w:pPr>
          </w:p>
          <w:p w:rsidR="00AB5CA8" w:rsidRDefault="00AB5CA8">
            <w:pPr>
              <w:spacing w:before="0" w:after="0"/>
              <w:rPr>
                <w:sz w:val="18"/>
                <w:lang w:val="es-ES"/>
              </w:rPr>
            </w:pPr>
          </w:p>
          <w:p w:rsidR="00AB5CA8" w:rsidRPr="00CA3FDB" w:rsidRDefault="00AB5CA8">
            <w:pPr>
              <w:spacing w:before="0" w:after="0"/>
              <w:rPr>
                <w:lang w:val="es-ES"/>
              </w:rPr>
            </w:pPr>
          </w:p>
        </w:tc>
      </w:tr>
      <w:tr w:rsidR="00AB5CA8" w:rsidRPr="00AD2527" w:rsidTr="00AB5CA8">
        <w:trPr>
          <w:jc w:val="center"/>
        </w:trPr>
        <w:tc>
          <w:tcPr>
            <w:tcW w:w="8828" w:type="dxa"/>
            <w:tcBorders>
              <w:left w:val="nil"/>
              <w:right w:val="nil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B5CA8" w:rsidRDefault="00AB5CA8">
            <w:pPr>
              <w:spacing w:before="0" w:after="0"/>
              <w:rPr>
                <w:sz w:val="18"/>
                <w:lang w:val="es-ES"/>
              </w:rPr>
            </w:pPr>
          </w:p>
        </w:tc>
      </w:tr>
      <w:tr w:rsidR="00494A2C" w:rsidRPr="00AD2527" w:rsidTr="00AB5CA8">
        <w:trPr>
          <w:jc w:val="center"/>
        </w:trPr>
        <w:tc>
          <w:tcPr>
            <w:tcW w:w="8828" w:type="dxa"/>
            <w:shd w:val="clear" w:color="auto" w:fill="EF858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AB5CA8" w:rsidRDefault="00D36B96" w:rsidP="00E3759F">
            <w:pPr>
              <w:spacing w:before="0" w:after="0"/>
              <w:rPr>
                <w:rFonts w:cs="Calibri"/>
                <w:b/>
                <w:color w:val="FFFFFF"/>
                <w:lang w:val="es-ES"/>
              </w:rPr>
            </w:pPr>
            <w:r w:rsidRPr="00CB7149">
              <w:rPr>
                <w:rFonts w:cs="Calibri"/>
                <w:b/>
                <w:color w:val="FFFFFF"/>
                <w:lang w:val="es-ES"/>
              </w:rPr>
              <w:t>7. COMPOSICIÓN Y ADECUACIÓN DEL EQUIPO INVESTIGADOR</w:t>
            </w:r>
          </w:p>
        </w:tc>
      </w:tr>
      <w:tr w:rsidR="00494A2C" w:rsidRPr="00AD2527" w:rsidTr="00AB5CA8">
        <w:trPr>
          <w:jc w:val="center"/>
        </w:trPr>
        <w:tc>
          <w:tcPr>
            <w:tcW w:w="8828" w:type="dxa"/>
            <w:shd w:val="clear" w:color="auto" w:fill="F9E4E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2F7A15" w:rsidRDefault="00D36B96">
            <w:pPr>
              <w:spacing w:after="0"/>
              <w:rPr>
                <w:lang w:val="es-ES"/>
              </w:rPr>
            </w:pPr>
            <w:r w:rsidRPr="00E3759F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 xml:space="preserve">Justifique la adecuación y complementariedad del equipo investigador en relación con los objetivos y la metodología del proyecto. Describa los perfiles, competencias y capacidades científico-técnicas relevantes, así como su carácter multidisciplinar y colaborativo </w:t>
            </w:r>
            <w:r w:rsidR="00CB7149" w:rsidRPr="00CB7149">
              <w:rPr>
                <w:rFonts w:cs="Calibri"/>
                <w:bCs/>
                <w:i/>
                <w:color w:val="7F7F7F" w:themeColor="text1" w:themeTint="80"/>
                <w:sz w:val="20"/>
                <w:szCs w:val="20"/>
                <w:lang w:val="es-ES"/>
              </w:rPr>
              <w:t>incluyendo, cuando proceda, la participación de profesionales de diferentes perfiles, centros, áreas sanitarias o grupos de investigación de IDISCAM</w:t>
            </w:r>
            <w:r w:rsidR="00CB7149" w:rsidRPr="00CB7149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>.</w:t>
            </w:r>
            <w:r w:rsidR="002F7A15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 xml:space="preserve"> </w:t>
            </w:r>
            <w:r w:rsidR="002F7A15" w:rsidRPr="002F7A15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 xml:space="preserve">Cuando resulte aplicable conforme al mecanismo seleccionado, describa asimismo la capacidad del entorno investigador y, en su caso, el papel del </w:t>
            </w:r>
            <w:proofErr w:type="spellStart"/>
            <w:r w:rsidR="002F7A15" w:rsidRPr="002F7A15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>co</w:t>
            </w:r>
            <w:proofErr w:type="spellEnd"/>
            <w:r w:rsidR="002F7A15" w:rsidRPr="002F7A15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>-IP en el acompañamiento y apoyo científico al Investigador Principal.</w:t>
            </w:r>
          </w:p>
        </w:tc>
      </w:tr>
      <w:tr w:rsidR="00494A2C" w:rsidRPr="00AD2527" w:rsidTr="00AB5CA8">
        <w:trPr>
          <w:jc w:val="center"/>
        </w:trPr>
        <w:tc>
          <w:tcPr>
            <w:tcW w:w="88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B5CA8" w:rsidRDefault="00AB5CA8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CA3FDB" w:rsidRDefault="00CA3FDB">
            <w:pPr>
              <w:spacing w:before="0" w:after="0"/>
              <w:rPr>
                <w:lang w:val="es-ES"/>
              </w:rPr>
            </w:pPr>
          </w:p>
        </w:tc>
      </w:tr>
      <w:tr w:rsidR="00494A2C" w:rsidRPr="00AD2527" w:rsidTr="00AB5CA8">
        <w:trPr>
          <w:jc w:val="center"/>
        </w:trPr>
        <w:tc>
          <w:tcPr>
            <w:tcW w:w="8828" w:type="dxa"/>
            <w:shd w:val="clear" w:color="auto" w:fill="EF858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AB5CA8" w:rsidRDefault="00D36B96" w:rsidP="00E3759F">
            <w:pPr>
              <w:spacing w:before="0" w:after="0"/>
              <w:rPr>
                <w:rFonts w:cs="Calibri"/>
                <w:b/>
                <w:color w:val="FFFFFF"/>
                <w:lang w:val="es-ES"/>
              </w:rPr>
            </w:pPr>
            <w:r w:rsidRPr="00AB5CA8">
              <w:rPr>
                <w:rFonts w:cs="Calibri"/>
                <w:b/>
                <w:color w:val="FFFFFF"/>
                <w:lang w:val="es-ES"/>
              </w:rPr>
              <w:lastRenderedPageBreak/>
              <w:t>8. RELEVANCIA, APLICABILIDAD E IMPACTO ESPERADO</w:t>
            </w:r>
          </w:p>
        </w:tc>
      </w:tr>
      <w:tr w:rsidR="00494A2C" w:rsidRPr="00AD2527" w:rsidTr="00AB5CA8">
        <w:trPr>
          <w:jc w:val="center"/>
        </w:trPr>
        <w:tc>
          <w:tcPr>
            <w:tcW w:w="8828" w:type="dxa"/>
            <w:shd w:val="clear" w:color="auto" w:fill="F9E4E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Default="00D36B96" w:rsidP="00E3759F">
            <w:pPr>
              <w:spacing w:before="0" w:after="0"/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</w:pPr>
            <w:r w:rsidRPr="00E3759F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>Justifique la relevancia específica de la propuesta para el ámbito del mecanismo seleccionado y describa la aplicabilidad, utilidad y potencial impacto de los resultados en la salud, la práctica asistencial o la prestación de servicios sanitarios en Castilla-La Mancha. Cuando proceda, indique su potencial de transferencia o implementación.</w:t>
            </w:r>
          </w:p>
          <w:p w:rsidR="00AD2527" w:rsidRPr="00AD2527" w:rsidRDefault="00AD2527" w:rsidP="00E3759F">
            <w:pPr>
              <w:spacing w:before="0" w:after="0"/>
              <w:rPr>
                <w:lang w:val="es-ES"/>
              </w:rPr>
            </w:pPr>
            <w:r w:rsidRPr="00AD2527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>En el caso de Proyectos de Investigación en Atención Hospitalaria, deberá justificarse específicamente la vinculación entre el problema o necesidad clínica o asistencial objeto de estudio y su potencial aplicación en los pacientes o en la mejora de la atención hospitalaria</w:t>
            </w:r>
            <w:r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>.</w:t>
            </w:r>
          </w:p>
        </w:tc>
      </w:tr>
      <w:tr w:rsidR="00494A2C" w:rsidRPr="00AD2527" w:rsidTr="00AB5CA8">
        <w:trPr>
          <w:trHeight w:hRule="exact" w:val="1134"/>
          <w:jc w:val="center"/>
        </w:trPr>
        <w:tc>
          <w:tcPr>
            <w:tcW w:w="88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CA3FDB" w:rsidRDefault="00CA3FDB">
            <w:pPr>
              <w:spacing w:before="0" w:after="0"/>
              <w:rPr>
                <w:lang w:val="es-ES"/>
              </w:rPr>
            </w:pPr>
          </w:p>
        </w:tc>
      </w:tr>
    </w:tbl>
    <w:p w:rsidR="00494A2C" w:rsidRPr="00CA3FDB" w:rsidRDefault="00494A2C">
      <w:pPr>
        <w:spacing w:before="0" w:after="100"/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43"/>
        <w:gridCol w:w="2942"/>
        <w:gridCol w:w="2943"/>
      </w:tblGrid>
      <w:tr w:rsidR="00494A2C">
        <w:trPr>
          <w:jc w:val="center"/>
        </w:trPr>
        <w:tc>
          <w:tcPr>
            <w:tcW w:w="8838" w:type="dxa"/>
            <w:gridSpan w:val="3"/>
            <w:shd w:val="clear" w:color="auto" w:fill="EF858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E3759F" w:rsidRDefault="00D36B96" w:rsidP="00E3759F">
            <w:pPr>
              <w:spacing w:before="0" w:after="0"/>
              <w:rPr>
                <w:rFonts w:cs="Calibri"/>
                <w:b/>
                <w:color w:val="FFFFFF"/>
              </w:rPr>
            </w:pPr>
            <w:r w:rsidRPr="00E3759F">
              <w:rPr>
                <w:rFonts w:cs="Calibri"/>
                <w:b/>
                <w:color w:val="FFFFFF"/>
              </w:rPr>
              <w:t>9. PRESUPUESTO SOLICITADO Y JUSTIFICACIÓN</w:t>
            </w:r>
          </w:p>
        </w:tc>
      </w:tr>
      <w:tr w:rsidR="00494A2C" w:rsidRPr="00CA3FDB">
        <w:trPr>
          <w:jc w:val="center"/>
        </w:trPr>
        <w:tc>
          <w:tcPr>
            <w:tcW w:w="8838" w:type="dxa"/>
            <w:gridSpan w:val="3"/>
            <w:shd w:val="clear" w:color="auto" w:fill="F9E4E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Default="00D36B96" w:rsidP="00E3759F">
            <w:pPr>
              <w:spacing w:before="0" w:after="0"/>
            </w:pPr>
            <w:r w:rsidRPr="00E3759F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>Desglose el presupuesto solicitado por conceptos y justifique su necesidad y vinculación directa con el proyecto. La cuantía máxima solicitada no podrá superar 6.000 €.</w:t>
            </w:r>
          </w:p>
        </w:tc>
      </w:tr>
      <w:tr w:rsidR="00494A2C" w:rsidRPr="00CA3FDB">
        <w:trPr>
          <w:jc w:val="center"/>
        </w:trPr>
        <w:tc>
          <w:tcPr>
            <w:tcW w:w="2946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sz w:val="16"/>
                <w:lang w:val="es-ES"/>
              </w:rPr>
              <w:t>CONCEPTO</w:t>
            </w:r>
          </w:p>
        </w:tc>
        <w:tc>
          <w:tcPr>
            <w:tcW w:w="2946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sz w:val="16"/>
                <w:lang w:val="es-ES"/>
              </w:rPr>
              <w:t>IMPORTE (€)</w:t>
            </w:r>
          </w:p>
        </w:tc>
        <w:tc>
          <w:tcPr>
            <w:tcW w:w="2946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sz w:val="16"/>
                <w:lang w:val="es-ES"/>
              </w:rPr>
              <w:t>JUSTIFICACIÓN</w:t>
            </w:r>
          </w:p>
        </w:tc>
      </w:tr>
      <w:tr w:rsidR="00494A2C" w:rsidRPr="00CA3FDB">
        <w:trPr>
          <w:trHeight w:val="454"/>
          <w:jc w:val="center"/>
        </w:trPr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E3759F" w:rsidRDefault="002849AD" w:rsidP="00CA3FDB">
            <w:pPr>
              <w:rPr>
                <w:rFonts w:cs="Calibri"/>
                <w:sz w:val="16"/>
                <w:szCs w:val="16"/>
                <w:lang w:val="es-ES"/>
              </w:rPr>
            </w:pPr>
            <w:r w:rsidRPr="00E3759F">
              <w:rPr>
                <w:rFonts w:cs="Calibri"/>
                <w:sz w:val="16"/>
                <w:szCs w:val="16"/>
                <w:lang w:val="es-ES"/>
              </w:rPr>
              <w:t>Material fungible</w:t>
            </w: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  <w:lang w:val="es-ES"/>
              </w:rPr>
            </w:pP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  <w:lang w:val="es-ES"/>
              </w:rPr>
            </w:pPr>
          </w:p>
        </w:tc>
      </w:tr>
      <w:tr w:rsidR="00494A2C" w:rsidRPr="00AD2527">
        <w:trPr>
          <w:trHeight w:val="454"/>
          <w:jc w:val="center"/>
        </w:trPr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E3759F" w:rsidRDefault="002849AD" w:rsidP="00CA3FDB">
            <w:pPr>
              <w:rPr>
                <w:rFonts w:cs="Calibri"/>
                <w:sz w:val="16"/>
                <w:szCs w:val="16"/>
                <w:lang w:val="es-ES"/>
              </w:rPr>
            </w:pPr>
            <w:r w:rsidRPr="00E3759F">
              <w:rPr>
                <w:rFonts w:cs="Calibri"/>
                <w:sz w:val="16"/>
                <w:szCs w:val="16"/>
                <w:lang w:val="es-ES"/>
              </w:rPr>
              <w:t xml:space="preserve">Pequeño material </w:t>
            </w:r>
            <w:proofErr w:type="spellStart"/>
            <w:r w:rsidRPr="00E3759F">
              <w:rPr>
                <w:rFonts w:cs="Calibri"/>
                <w:sz w:val="16"/>
                <w:szCs w:val="16"/>
                <w:lang w:val="es-ES"/>
              </w:rPr>
              <w:t>inventariable</w:t>
            </w:r>
            <w:proofErr w:type="spellEnd"/>
            <w:r w:rsidRPr="00E3759F">
              <w:rPr>
                <w:rFonts w:cs="Calibri"/>
                <w:sz w:val="16"/>
                <w:szCs w:val="16"/>
                <w:lang w:val="es-ES"/>
              </w:rPr>
              <w:t xml:space="preserve"> / equipamiento informático</w:t>
            </w: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  <w:lang w:val="es-ES"/>
              </w:rPr>
            </w:pP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  <w:lang w:val="es-ES"/>
              </w:rPr>
            </w:pPr>
          </w:p>
        </w:tc>
      </w:tr>
      <w:tr w:rsidR="00494A2C">
        <w:trPr>
          <w:trHeight w:val="454"/>
          <w:jc w:val="center"/>
        </w:trPr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E3759F" w:rsidRDefault="002849AD" w:rsidP="00CA3FDB">
            <w:pPr>
              <w:rPr>
                <w:rFonts w:cs="Calibri"/>
                <w:sz w:val="16"/>
                <w:szCs w:val="16"/>
              </w:rPr>
            </w:pPr>
            <w:proofErr w:type="spellStart"/>
            <w:r w:rsidRPr="00E3759F">
              <w:rPr>
                <w:rFonts w:cs="Calibri"/>
                <w:sz w:val="16"/>
                <w:szCs w:val="16"/>
              </w:rPr>
              <w:t>Servicios</w:t>
            </w:r>
            <w:proofErr w:type="spellEnd"/>
            <w:r w:rsidRPr="00E3759F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3759F">
              <w:rPr>
                <w:rFonts w:cs="Calibri"/>
                <w:sz w:val="16"/>
                <w:szCs w:val="16"/>
              </w:rPr>
              <w:t>externos</w:t>
            </w:r>
            <w:proofErr w:type="spellEnd"/>
            <w:r w:rsidRPr="00E3759F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3759F">
              <w:rPr>
                <w:rFonts w:cs="Calibri"/>
                <w:sz w:val="16"/>
                <w:szCs w:val="16"/>
              </w:rPr>
              <w:t>especializados</w:t>
            </w:r>
            <w:proofErr w:type="spellEnd"/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</w:rPr>
            </w:pP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</w:rPr>
            </w:pPr>
          </w:p>
        </w:tc>
      </w:tr>
      <w:tr w:rsidR="00494A2C">
        <w:trPr>
          <w:trHeight w:val="454"/>
          <w:jc w:val="center"/>
        </w:trPr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E3759F" w:rsidRDefault="002849AD" w:rsidP="00CA3FDB">
            <w:pPr>
              <w:rPr>
                <w:rFonts w:cs="Calibri"/>
                <w:sz w:val="16"/>
                <w:szCs w:val="16"/>
              </w:rPr>
            </w:pPr>
            <w:r w:rsidRPr="00E3759F">
              <w:rPr>
                <w:rFonts w:cs="Calibri"/>
                <w:sz w:val="16"/>
                <w:szCs w:val="16"/>
              </w:rPr>
              <w:t>Publicación y difusión</w:t>
            </w: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</w:rPr>
            </w:pP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</w:rPr>
            </w:pPr>
          </w:p>
        </w:tc>
      </w:tr>
      <w:tr w:rsidR="00494A2C" w:rsidRPr="00AD2527">
        <w:trPr>
          <w:trHeight w:val="454"/>
          <w:jc w:val="center"/>
        </w:trPr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E3759F" w:rsidRDefault="002849AD" w:rsidP="00CA3FDB">
            <w:pPr>
              <w:rPr>
                <w:rFonts w:cs="Calibri"/>
                <w:sz w:val="16"/>
                <w:szCs w:val="16"/>
                <w:lang w:val="es-ES"/>
              </w:rPr>
            </w:pPr>
            <w:r w:rsidRPr="00E3759F">
              <w:rPr>
                <w:rFonts w:cs="Calibri"/>
                <w:sz w:val="16"/>
                <w:szCs w:val="16"/>
                <w:lang w:val="es-ES"/>
              </w:rPr>
              <w:t>Viajes, dietas e inscripción a congresos</w:t>
            </w: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  <w:lang w:val="es-ES"/>
              </w:rPr>
            </w:pP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  <w:lang w:val="es-ES"/>
              </w:rPr>
            </w:pPr>
          </w:p>
        </w:tc>
      </w:tr>
      <w:tr w:rsidR="00494A2C">
        <w:trPr>
          <w:trHeight w:val="454"/>
          <w:jc w:val="center"/>
        </w:trPr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E3759F" w:rsidRDefault="002849AD" w:rsidP="00CA3FDB">
            <w:pPr>
              <w:rPr>
                <w:rFonts w:cs="Calibri"/>
                <w:sz w:val="16"/>
                <w:szCs w:val="16"/>
              </w:rPr>
            </w:pPr>
            <w:proofErr w:type="spellStart"/>
            <w:r w:rsidRPr="00E3759F">
              <w:rPr>
                <w:rFonts w:cs="Calibri"/>
                <w:sz w:val="16"/>
                <w:szCs w:val="16"/>
              </w:rPr>
              <w:t>Otros</w:t>
            </w:r>
            <w:proofErr w:type="spellEnd"/>
            <w:r w:rsidRPr="00E3759F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3759F">
              <w:rPr>
                <w:rFonts w:cs="Calibri"/>
                <w:sz w:val="16"/>
                <w:szCs w:val="16"/>
              </w:rPr>
              <w:t>gastos</w:t>
            </w:r>
            <w:proofErr w:type="spellEnd"/>
            <w:r w:rsidRPr="00E3759F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3759F">
              <w:rPr>
                <w:rFonts w:cs="Calibri"/>
                <w:sz w:val="16"/>
                <w:szCs w:val="16"/>
              </w:rPr>
              <w:t>directamente</w:t>
            </w:r>
            <w:proofErr w:type="spellEnd"/>
            <w:r w:rsidRPr="00E3759F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3759F">
              <w:rPr>
                <w:rFonts w:cs="Calibri"/>
                <w:sz w:val="16"/>
                <w:szCs w:val="16"/>
              </w:rPr>
              <w:t>relacionados</w:t>
            </w:r>
            <w:proofErr w:type="spellEnd"/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</w:rPr>
            </w:pP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</w:rPr>
            </w:pPr>
          </w:p>
        </w:tc>
      </w:tr>
      <w:tr w:rsidR="00494A2C">
        <w:trPr>
          <w:trHeight w:val="454"/>
          <w:jc w:val="center"/>
        </w:trPr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2849AD">
            <w:pPr>
              <w:spacing w:before="0" w:after="0"/>
            </w:pPr>
            <w:r>
              <w:rPr>
                <w:b/>
                <w:sz w:val="16"/>
              </w:rPr>
              <w:t>TOTAL SOLICITADO</w:t>
            </w: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</w:pP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</w:pPr>
          </w:p>
        </w:tc>
      </w:tr>
    </w:tbl>
    <w:p w:rsidR="00494A2C" w:rsidRDefault="00494A2C">
      <w:pPr>
        <w:spacing w:before="0"/>
      </w:pPr>
    </w:p>
    <w:p w:rsidR="00D36B96" w:rsidRDefault="00D36B96">
      <w:pPr>
        <w:spacing w:before="0"/>
      </w:pPr>
    </w:p>
    <w:p w:rsidR="00D36B96" w:rsidRDefault="00D36B96">
      <w:pPr>
        <w:spacing w:before="0"/>
      </w:pPr>
    </w:p>
    <w:p w:rsidR="00D36B96" w:rsidRDefault="00D36B96">
      <w:pPr>
        <w:spacing w:before="0"/>
      </w:pPr>
    </w:p>
    <w:p w:rsidR="00D36B96" w:rsidRDefault="00D36B96">
      <w:pPr>
        <w:spacing w:before="0"/>
      </w:pPr>
    </w:p>
    <w:p w:rsidR="00D36B96" w:rsidRDefault="00D36B96">
      <w:pPr>
        <w:spacing w:before="0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AD2527" w:rsidTr="00AB5CA8">
        <w:trPr>
          <w:jc w:val="center"/>
        </w:trPr>
        <w:tc>
          <w:tcPr>
            <w:tcW w:w="8828" w:type="dxa"/>
            <w:shd w:val="clear" w:color="auto" w:fill="EF858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Pr="00AB5CA8" w:rsidRDefault="00D36B96" w:rsidP="00E3759F">
            <w:pPr>
              <w:spacing w:before="0" w:after="0"/>
              <w:rPr>
                <w:rFonts w:cs="Calibri"/>
                <w:b/>
                <w:color w:val="FFFFFF"/>
                <w:lang w:val="es-ES"/>
              </w:rPr>
            </w:pPr>
            <w:r w:rsidRPr="00AB5CA8">
              <w:rPr>
                <w:rFonts w:cs="Calibri"/>
                <w:b/>
                <w:color w:val="FFFFFF"/>
                <w:lang w:val="es-ES"/>
              </w:rPr>
              <w:t>10. ENTIDADES COLABORADORAS (EN SU CASO)</w:t>
            </w:r>
          </w:p>
        </w:tc>
      </w:tr>
      <w:tr w:rsidR="00494A2C" w:rsidTr="00AB5CA8">
        <w:trPr>
          <w:jc w:val="center"/>
        </w:trPr>
        <w:tc>
          <w:tcPr>
            <w:tcW w:w="8828" w:type="dxa"/>
            <w:shd w:val="clear" w:color="auto" w:fill="F9E4E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D5630" w:rsidRDefault="00D36B96" w:rsidP="00E3759F">
            <w:pPr>
              <w:spacing w:before="0" w:after="0"/>
            </w:pPr>
            <w:r w:rsidRPr="00E3759F">
              <w:rPr>
                <w:rFonts w:cs="Calibri"/>
                <w:i/>
                <w:color w:val="7F7F7F" w:themeColor="text1" w:themeTint="80"/>
                <w:sz w:val="20"/>
                <w:szCs w:val="20"/>
                <w:lang w:val="es-ES"/>
              </w:rPr>
              <w:t>Cuando participen empresas u otras entidades colaboradoras, describa su experiencia o capacidades relevantes, el papel que desempeñarán en el proyecto y su aportación al mismo. Si no procede, indique “No aplica”.</w:t>
            </w:r>
          </w:p>
        </w:tc>
      </w:tr>
      <w:tr w:rsidR="00494A2C" w:rsidTr="00AB5CA8">
        <w:trPr>
          <w:trHeight w:hRule="exact" w:val="850"/>
          <w:jc w:val="center"/>
        </w:trPr>
        <w:tc>
          <w:tcPr>
            <w:tcW w:w="88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sz w:val="18"/>
              </w:rPr>
            </w:pPr>
          </w:p>
          <w:p w:rsidR="00CA3FDB" w:rsidRDefault="00CA3FDB">
            <w:pPr>
              <w:spacing w:before="0" w:after="0"/>
              <w:rPr>
                <w:sz w:val="18"/>
              </w:rPr>
            </w:pPr>
          </w:p>
          <w:p w:rsidR="00CA3FDB" w:rsidRDefault="00CA3FDB">
            <w:pPr>
              <w:spacing w:before="0" w:after="0"/>
            </w:pPr>
          </w:p>
        </w:tc>
      </w:tr>
    </w:tbl>
    <w:p w:rsidR="00672C1E" w:rsidRDefault="00672C1E"/>
    <w:sectPr w:rsidR="00672C1E" w:rsidSect="002849AD">
      <w:headerReference w:type="first" r:id="rId12"/>
      <w:footerReference w:type="first" r:id="rId13"/>
      <w:pgSz w:w="12240" w:h="15840"/>
      <w:pgMar w:top="1417" w:right="1701" w:bottom="1417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7A5" w:rsidRDefault="00DF37A5" w:rsidP="00DF37A5">
      <w:pPr>
        <w:spacing w:before="0" w:after="0" w:line="240" w:lineRule="auto"/>
      </w:pPr>
      <w:r>
        <w:separator/>
      </w:r>
    </w:p>
  </w:endnote>
  <w:endnote w:type="continuationSeparator" w:id="0">
    <w:p w:rsidR="00DF37A5" w:rsidRDefault="00DF37A5" w:rsidP="00DF37A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9724030"/>
      <w:docPartObj>
        <w:docPartGallery w:val="Page Numbers (Bottom of Page)"/>
        <w:docPartUnique/>
      </w:docPartObj>
    </w:sdtPr>
    <w:sdtEndPr/>
    <w:sdtContent>
      <w:p w:rsidR="00DF37A5" w:rsidRDefault="00DF37A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2F3" w:rsidRPr="004D22F3">
          <w:rPr>
            <w:noProof/>
            <w:lang w:val="es-ES"/>
          </w:rPr>
          <w:t>5</w:t>
        </w:r>
        <w:r>
          <w:fldChar w:fldCharType="end"/>
        </w:r>
      </w:p>
    </w:sdtContent>
  </w:sdt>
  <w:p w:rsidR="00DF37A5" w:rsidRDefault="00DF37A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0207650"/>
      <w:docPartObj>
        <w:docPartGallery w:val="Page Numbers (Bottom of Page)"/>
        <w:docPartUnique/>
      </w:docPartObj>
    </w:sdtPr>
    <w:sdtEndPr/>
    <w:sdtContent>
      <w:p w:rsidR="002849AD" w:rsidRDefault="002849A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2F3" w:rsidRPr="004D22F3">
          <w:rPr>
            <w:noProof/>
            <w:lang w:val="es-ES"/>
          </w:rPr>
          <w:t>1</w:t>
        </w:r>
        <w:r>
          <w:fldChar w:fldCharType="end"/>
        </w:r>
      </w:p>
    </w:sdtContent>
  </w:sdt>
  <w:p w:rsidR="002849AD" w:rsidRDefault="002849A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7A5" w:rsidRDefault="00DF37A5" w:rsidP="00DF37A5">
      <w:pPr>
        <w:spacing w:before="0" w:after="0" w:line="240" w:lineRule="auto"/>
      </w:pPr>
      <w:r>
        <w:separator/>
      </w:r>
    </w:p>
  </w:footnote>
  <w:footnote w:type="continuationSeparator" w:id="0">
    <w:p w:rsidR="00DF37A5" w:rsidRDefault="00DF37A5" w:rsidP="00DF37A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7A5" w:rsidRDefault="00DF37A5">
    <w:pPr>
      <w:pStyle w:val="Encabezado"/>
    </w:pPr>
    <w:r>
      <w:rPr>
        <w:noProof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2170E906" wp14:editId="03A84088">
          <wp:simplePos x="0" y="0"/>
          <wp:positionH relativeFrom="margin">
            <wp:posOffset>4834393</wp:posOffset>
          </wp:positionH>
          <wp:positionV relativeFrom="paragraph">
            <wp:posOffset>87464</wp:posOffset>
          </wp:positionV>
          <wp:extent cx="774598" cy="483577"/>
          <wp:effectExtent l="0" t="0" r="698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C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98" cy="483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noProof/>
        <w:color w:val="595959" w:themeColor="text1" w:themeTint="A6"/>
        <w:sz w:val="18"/>
        <w:szCs w:val="18"/>
        <w:lang w:val="es-ES" w:eastAsia="es-ES"/>
      </w:rPr>
      <w:drawing>
        <wp:inline distT="0" distB="0" distL="0" distR="0" wp14:anchorId="68C06178" wp14:editId="37681E0C">
          <wp:extent cx="912678" cy="442443"/>
          <wp:effectExtent l="0" t="0" r="190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queño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17" cy="455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F37A5" w:rsidRDefault="00DF37A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9AD" w:rsidRDefault="002849AD">
    <w:pPr>
      <w:pStyle w:val="Encabezado"/>
    </w:pPr>
    <w:r>
      <w:rPr>
        <w:noProof/>
        <w:sz w:val="18"/>
        <w:szCs w:val="18"/>
        <w:lang w:val="es-ES" w:eastAsia="es-ES"/>
      </w:rPr>
      <w:drawing>
        <wp:anchor distT="0" distB="0" distL="114300" distR="114300" simplePos="0" relativeHeight="251660288" behindDoc="0" locked="0" layoutInCell="1" allowOverlap="1" wp14:anchorId="6B089782" wp14:editId="43A9535B">
          <wp:simplePos x="0" y="0"/>
          <wp:positionH relativeFrom="margin">
            <wp:posOffset>4747407</wp:posOffset>
          </wp:positionH>
          <wp:positionV relativeFrom="paragraph">
            <wp:posOffset>88070</wp:posOffset>
          </wp:positionV>
          <wp:extent cx="774598" cy="483577"/>
          <wp:effectExtent l="0" t="0" r="698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C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98" cy="483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noProof/>
        <w:color w:val="595959" w:themeColor="text1" w:themeTint="A6"/>
        <w:sz w:val="18"/>
        <w:szCs w:val="18"/>
        <w:lang w:val="es-ES" w:eastAsia="es-ES"/>
      </w:rPr>
      <w:drawing>
        <wp:inline distT="0" distB="0" distL="0" distR="0" wp14:anchorId="0495531C" wp14:editId="6FA2005B">
          <wp:extent cx="912678" cy="442443"/>
          <wp:effectExtent l="0" t="0" r="190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queño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17" cy="455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849AD" w:rsidRDefault="002849A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9AD" w:rsidRDefault="002849AD">
    <w:pPr>
      <w:pStyle w:val="Encabezado"/>
    </w:pPr>
    <w:r>
      <w:rPr>
        <w:noProof/>
        <w:sz w:val="18"/>
        <w:szCs w:val="18"/>
        <w:lang w:val="es-ES" w:eastAsia="es-ES"/>
      </w:rPr>
      <w:drawing>
        <wp:anchor distT="0" distB="0" distL="114300" distR="114300" simplePos="0" relativeHeight="251662336" behindDoc="0" locked="0" layoutInCell="1" allowOverlap="1" wp14:anchorId="7173552A" wp14:editId="709732FA">
          <wp:simplePos x="0" y="0"/>
          <wp:positionH relativeFrom="margin">
            <wp:posOffset>4747407</wp:posOffset>
          </wp:positionH>
          <wp:positionV relativeFrom="paragraph">
            <wp:posOffset>88070</wp:posOffset>
          </wp:positionV>
          <wp:extent cx="774598" cy="483577"/>
          <wp:effectExtent l="0" t="0" r="698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C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98" cy="483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noProof/>
        <w:color w:val="595959" w:themeColor="text1" w:themeTint="A6"/>
        <w:sz w:val="18"/>
        <w:szCs w:val="18"/>
        <w:lang w:val="es-ES" w:eastAsia="es-ES"/>
      </w:rPr>
      <w:drawing>
        <wp:inline distT="0" distB="0" distL="0" distR="0" wp14:anchorId="738B916F" wp14:editId="4C574FD3">
          <wp:extent cx="912678" cy="442443"/>
          <wp:effectExtent l="0" t="0" r="190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queño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17" cy="455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849AD" w:rsidRDefault="002849A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FE4352"/>
    <w:multiLevelType w:val="hybridMultilevel"/>
    <w:tmpl w:val="D8086292"/>
    <w:lvl w:ilvl="0" w:tplc="9A52DC9A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057A1F"/>
    <w:multiLevelType w:val="hybridMultilevel"/>
    <w:tmpl w:val="95729B1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595CB5"/>
    <w:multiLevelType w:val="hybridMultilevel"/>
    <w:tmpl w:val="B120C9A8"/>
    <w:lvl w:ilvl="0" w:tplc="E64ED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C673B1"/>
    <w:multiLevelType w:val="multilevel"/>
    <w:tmpl w:val="47724E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1F2CCD"/>
    <w:multiLevelType w:val="hybridMultilevel"/>
    <w:tmpl w:val="BE347E46"/>
    <w:lvl w:ilvl="0" w:tplc="9A52DC9A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1"/>
  </w:num>
  <w:num w:numId="12">
    <w:abstractNumId w:val="10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3597"/>
    <w:rsid w:val="000B551F"/>
    <w:rsid w:val="001255D7"/>
    <w:rsid w:val="00135A08"/>
    <w:rsid w:val="0015074B"/>
    <w:rsid w:val="001A3C0F"/>
    <w:rsid w:val="001D5630"/>
    <w:rsid w:val="001E30A0"/>
    <w:rsid w:val="001F75B8"/>
    <w:rsid w:val="002849AD"/>
    <w:rsid w:val="0029639D"/>
    <w:rsid w:val="002F7A15"/>
    <w:rsid w:val="00326F90"/>
    <w:rsid w:val="004661B2"/>
    <w:rsid w:val="00494A2C"/>
    <w:rsid w:val="004D22F3"/>
    <w:rsid w:val="004E0BF6"/>
    <w:rsid w:val="004F186D"/>
    <w:rsid w:val="004F2959"/>
    <w:rsid w:val="0064428D"/>
    <w:rsid w:val="00672C1E"/>
    <w:rsid w:val="006F66AD"/>
    <w:rsid w:val="0071735B"/>
    <w:rsid w:val="007337AD"/>
    <w:rsid w:val="00811D1E"/>
    <w:rsid w:val="008F7F59"/>
    <w:rsid w:val="00930B33"/>
    <w:rsid w:val="00973B8F"/>
    <w:rsid w:val="00A21D2C"/>
    <w:rsid w:val="00AA1D8D"/>
    <w:rsid w:val="00AB5CA8"/>
    <w:rsid w:val="00AD2527"/>
    <w:rsid w:val="00AD3275"/>
    <w:rsid w:val="00B43AD8"/>
    <w:rsid w:val="00B47730"/>
    <w:rsid w:val="00BC4F69"/>
    <w:rsid w:val="00BF0488"/>
    <w:rsid w:val="00C804FF"/>
    <w:rsid w:val="00C92749"/>
    <w:rsid w:val="00CA3FDB"/>
    <w:rsid w:val="00CB0664"/>
    <w:rsid w:val="00CB7149"/>
    <w:rsid w:val="00CF579C"/>
    <w:rsid w:val="00D26B9E"/>
    <w:rsid w:val="00D36B96"/>
    <w:rsid w:val="00DF1174"/>
    <w:rsid w:val="00DF1464"/>
    <w:rsid w:val="00DF37A5"/>
    <w:rsid w:val="00E3759F"/>
    <w:rsid w:val="00E451E9"/>
    <w:rsid w:val="00F514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  <w14:docId w14:val="7775FF14"/>
  <w15:docId w15:val="{2B7FDC96-2F7F-4ED6-A12C-FFD72320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AD8"/>
    <w:pPr>
      <w:spacing w:before="120" w:after="120"/>
      <w:jc w:val="both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973B8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595959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973B8F"/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C804FF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C927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27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92749"/>
    <w:rPr>
      <w:rFonts w:ascii="Calibri" w:hAnsi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27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92749"/>
    <w:rPr>
      <w:rFonts w:ascii="Calibri" w:hAnsi="Calibri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274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274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35A0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6B9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idiscam.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C1B9B-DC4B-4C90-AFCE-746B180971DF}"/>
      </w:docPartPr>
      <w:docPartBody>
        <w:p w:rsidR="00CD5919" w:rsidRDefault="009104C3">
          <w:r w:rsidRPr="007C4172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4C3"/>
    <w:rsid w:val="009104C3"/>
    <w:rsid w:val="00CD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104C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DC1995-AD9A-43DB-BA60-AFBC7ED49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927</Words>
  <Characters>5101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Modelo de Memoria Científico-Técnica IDISCAM IMPULSE 2026</vt:lpstr>
      <vt:lpstr/>
    </vt:vector>
  </TitlesOfParts>
  <Manager/>
  <Company/>
  <LinksUpToDate>false</LinksUpToDate>
  <CharactersWithSpaces>6016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Memoria Científico-Técnica IDISCAM IMPULSE 2026</dc:title>
  <dc:subject>Convocatoria Intramural IDISCAM 2026</dc:subject>
  <dc:creator>IDISCAM</dc:creator>
  <cp:keywords/>
  <dc:description>generated by python-docx</dc:description>
  <cp:lastModifiedBy>AITANA GONZALEZ LAZARO-CARRASCO</cp:lastModifiedBy>
  <cp:revision>3</cp:revision>
  <dcterms:created xsi:type="dcterms:W3CDTF">2026-09-29T22:34:00Z</dcterms:created>
  <dcterms:modified xsi:type="dcterms:W3CDTF">2026-09-30T08:48:00Z</dcterms:modified>
  <cp:category/>
</cp:coreProperties>
</file>