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B33" w:rsidRPr="000D0718" w:rsidRDefault="007337AD" w:rsidP="00973B8F">
      <w:pPr>
        <w:pStyle w:val="Ttulo1"/>
        <w:jc w:val="left"/>
        <w:rPr>
          <w:lang w:val="es-ES"/>
        </w:rPr>
      </w:pPr>
      <w:r>
        <w:rPr>
          <w:lang w:val="es-ES"/>
        </w:rPr>
        <w:t xml:space="preserve">IDISCAM </w:t>
      </w:r>
      <w:r w:rsidR="005B6A93">
        <w:rPr>
          <w:lang w:val="es-ES"/>
        </w:rPr>
        <w:t xml:space="preserve">INTRAMURALES </w:t>
      </w:r>
      <w:r>
        <w:rPr>
          <w:lang w:val="es-ES"/>
        </w:rPr>
        <w:t>2026</w:t>
      </w:r>
    </w:p>
    <w:p w:rsidR="005B6A93" w:rsidRDefault="007337AD" w:rsidP="005B6A93">
      <w:pPr>
        <w:rPr>
          <w:b/>
          <w:lang w:val="es-ES"/>
        </w:rPr>
      </w:pPr>
      <w:r w:rsidRPr="005B6A93">
        <w:rPr>
          <w:lang w:val="es-ES"/>
        </w:rPr>
        <w:t>Modelo común de solicitud para los</w:t>
      </w:r>
      <w:r w:rsidR="005B6A93">
        <w:rPr>
          <w:lang w:val="es-ES"/>
        </w:rPr>
        <w:t xml:space="preserve"> siguientes mecanismos:</w:t>
      </w:r>
      <w:r w:rsidRPr="005B6A93">
        <w:rPr>
          <w:lang w:val="es-ES"/>
        </w:rPr>
        <w:t xml:space="preserve"> </w:t>
      </w:r>
    </w:p>
    <w:p w:rsidR="005B6A93" w:rsidRPr="005B6A93" w:rsidRDefault="005B6A93" w:rsidP="005B6A93">
      <w:pPr>
        <w:pStyle w:val="Prrafodelista"/>
        <w:numPr>
          <w:ilvl w:val="0"/>
          <w:numId w:val="10"/>
        </w:numPr>
        <w:rPr>
          <w:lang w:val="es-ES"/>
        </w:rPr>
      </w:pPr>
      <w:r w:rsidRPr="005B6A93">
        <w:rPr>
          <w:lang w:val="es-ES"/>
        </w:rPr>
        <w:t>Proyectos de Investigación en Atención Primaria</w:t>
      </w:r>
    </w:p>
    <w:p w:rsidR="005B6A93" w:rsidRPr="005B6A93" w:rsidRDefault="005B6A93" w:rsidP="005B6A93">
      <w:pPr>
        <w:pStyle w:val="Prrafodelista"/>
        <w:numPr>
          <w:ilvl w:val="0"/>
          <w:numId w:val="10"/>
        </w:numPr>
        <w:rPr>
          <w:lang w:val="es-ES"/>
        </w:rPr>
      </w:pPr>
      <w:r w:rsidRPr="005B6A93">
        <w:rPr>
          <w:lang w:val="es-ES"/>
        </w:rPr>
        <w:t>Proyectos de Investigación en Enfermería</w:t>
      </w:r>
    </w:p>
    <w:p w:rsidR="005B6A93" w:rsidRPr="005B6A93" w:rsidRDefault="005B6A93" w:rsidP="005B6A93">
      <w:pPr>
        <w:pStyle w:val="Prrafodelista"/>
        <w:numPr>
          <w:ilvl w:val="0"/>
          <w:numId w:val="10"/>
        </w:numPr>
        <w:rPr>
          <w:lang w:val="es-ES"/>
        </w:rPr>
      </w:pPr>
      <w:r w:rsidRPr="005B6A93">
        <w:rPr>
          <w:lang w:val="es-ES"/>
        </w:rPr>
        <w:t>Proyectos de Investigación para Investigadores Emergentes</w:t>
      </w:r>
    </w:p>
    <w:p w:rsidR="005B6A93" w:rsidRPr="005B6A93" w:rsidRDefault="005B6A93" w:rsidP="005B6A93">
      <w:pPr>
        <w:pStyle w:val="Prrafodelista"/>
        <w:numPr>
          <w:ilvl w:val="0"/>
          <w:numId w:val="10"/>
        </w:numPr>
        <w:rPr>
          <w:lang w:val="es-ES"/>
        </w:rPr>
      </w:pPr>
      <w:r w:rsidRPr="005B6A93">
        <w:rPr>
          <w:lang w:val="es-ES"/>
        </w:rPr>
        <w:t>Proyectos de Investi</w:t>
      </w:r>
      <w:r>
        <w:rPr>
          <w:lang w:val="es-ES"/>
        </w:rPr>
        <w:t>gación en Atención Hospitalaria</w:t>
      </w:r>
    </w:p>
    <w:p w:rsidR="00930B33" w:rsidRDefault="007337AD" w:rsidP="005B6A93">
      <w:pPr>
        <w:rPr>
          <w:lang w:val="es-ES"/>
        </w:rPr>
      </w:pPr>
      <w:r w:rsidRPr="005B6A93">
        <w:rPr>
          <w:lang w:val="es-ES"/>
        </w:rPr>
        <w:t>La solicitud deberá cumplimentarse conforme a las Bases Generales y a las bases específicas del mecanismo seleccionado.</w:t>
      </w:r>
    </w:p>
    <w:tbl>
      <w:tblPr>
        <w:tblW w:w="9355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930B33" w:rsidRPr="003F3ADB" w:rsidTr="00D213E1">
        <w:trPr>
          <w:jc w:val="center"/>
        </w:trPr>
        <w:tc>
          <w:tcPr>
            <w:tcW w:w="9355" w:type="dxa"/>
            <w:gridSpan w:val="2"/>
            <w:shd w:val="clear" w:color="auto" w:fill="F28E9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lang w:val="es-ES"/>
              </w:rPr>
            </w:pPr>
            <w:r w:rsidRPr="00973B8F">
              <w:rPr>
                <w:b/>
                <w:color w:val="FFFFFF"/>
                <w:lang w:val="es-ES"/>
              </w:rPr>
              <w:t>DATOS DEL INVESTIGADOR/A PRINCIPAL</w:t>
            </w:r>
          </w:p>
        </w:tc>
      </w:tr>
      <w:tr w:rsidR="00930B33" w:rsidTr="00D213E1">
        <w:trPr>
          <w:jc w:val="center"/>
        </w:trPr>
        <w:tc>
          <w:tcPr>
            <w:tcW w:w="300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NOMBRE Y APELLIDOS: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  <w:tr w:rsidR="00930B33" w:rsidTr="00D213E1">
        <w:trPr>
          <w:jc w:val="center"/>
        </w:trPr>
        <w:tc>
          <w:tcPr>
            <w:tcW w:w="300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DNI / NIE: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  <w:tr w:rsidR="00930B33" w:rsidTr="00D213E1">
        <w:trPr>
          <w:jc w:val="center"/>
        </w:trPr>
        <w:tc>
          <w:tcPr>
            <w:tcW w:w="300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ENTIDAD / CENTRO: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  <w:tr w:rsidR="00930B33" w:rsidTr="00D213E1">
        <w:trPr>
          <w:jc w:val="center"/>
        </w:trPr>
        <w:tc>
          <w:tcPr>
            <w:tcW w:w="300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CATEGORÍA PROFESIONAL: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  <w:tr w:rsidR="00930B33" w:rsidTr="00D213E1">
        <w:trPr>
          <w:jc w:val="center"/>
        </w:trPr>
        <w:tc>
          <w:tcPr>
            <w:tcW w:w="300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GRUPO DE INVESTIGACIÓN IDISCAM: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  <w:tr w:rsidR="00930B33" w:rsidTr="00D213E1">
        <w:trPr>
          <w:jc w:val="center"/>
        </w:trPr>
        <w:tc>
          <w:tcPr>
            <w:tcW w:w="300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EMAIL / TELÉFONO: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  <w:tr w:rsidR="00930B33" w:rsidTr="00D213E1">
        <w:trPr>
          <w:jc w:val="center"/>
        </w:trPr>
        <w:tc>
          <w:tcPr>
            <w:tcW w:w="300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ORCID: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</w:tbl>
    <w:p w:rsidR="00930B33" w:rsidRDefault="00930B33">
      <w:pPr>
        <w:spacing w:after="0"/>
      </w:pPr>
    </w:p>
    <w:tbl>
      <w:tblPr>
        <w:tblW w:w="0" w:type="auto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930B33" w:rsidRPr="003F3ADB" w:rsidTr="00973B8F">
        <w:trPr>
          <w:jc w:val="center"/>
        </w:trPr>
        <w:tc>
          <w:tcPr>
            <w:tcW w:w="8838" w:type="dxa"/>
            <w:gridSpan w:val="2"/>
            <w:tcBorders>
              <w:bottom w:val="single" w:sz="4" w:space="0" w:color="7F7F7F" w:themeColor="text1" w:themeTint="80"/>
            </w:tcBorders>
            <w:shd w:val="clear" w:color="auto" w:fill="F28E9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 w:rsidP="005B6A93">
            <w:pPr>
              <w:spacing w:before="0" w:after="0" w:line="240" w:lineRule="auto"/>
              <w:rPr>
                <w:lang w:val="es-ES"/>
              </w:rPr>
            </w:pPr>
            <w:r w:rsidRPr="00973B8F">
              <w:rPr>
                <w:b/>
                <w:color w:val="FFFFFF"/>
                <w:lang w:val="es-ES"/>
              </w:rPr>
              <w:t>DATOS DEL CO-IP (EN SU CASO)</w:t>
            </w:r>
          </w:p>
        </w:tc>
      </w:tr>
      <w:tr w:rsidR="00930B33" w:rsidTr="00973B8F">
        <w:trPr>
          <w:jc w:val="center"/>
        </w:trPr>
        <w:tc>
          <w:tcPr>
            <w:tcW w:w="30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NOMBRE Y APELLIDOS:</w:t>
            </w:r>
          </w:p>
        </w:tc>
        <w:tc>
          <w:tcPr>
            <w:tcW w:w="635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  <w:tr w:rsidR="00930B33" w:rsidTr="00973B8F">
        <w:trPr>
          <w:jc w:val="center"/>
        </w:trPr>
        <w:tc>
          <w:tcPr>
            <w:tcW w:w="30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ENTIDAD / CENTRO:</w:t>
            </w:r>
          </w:p>
        </w:tc>
        <w:tc>
          <w:tcPr>
            <w:tcW w:w="635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  <w:tr w:rsidR="00930B33" w:rsidTr="00973B8F">
        <w:trPr>
          <w:jc w:val="center"/>
        </w:trPr>
        <w:tc>
          <w:tcPr>
            <w:tcW w:w="30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GRUPO DE INVESTIGACIÓN IDISCAM:</w:t>
            </w:r>
          </w:p>
        </w:tc>
        <w:tc>
          <w:tcPr>
            <w:tcW w:w="635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  <w:tr w:rsidR="00930B33" w:rsidTr="00973B8F">
        <w:trPr>
          <w:jc w:val="center"/>
        </w:trPr>
        <w:tc>
          <w:tcPr>
            <w:tcW w:w="30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EMAIL:</w:t>
            </w:r>
          </w:p>
        </w:tc>
        <w:tc>
          <w:tcPr>
            <w:tcW w:w="635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  <w:tr w:rsidR="00930B33" w:rsidTr="00973B8F">
        <w:trPr>
          <w:jc w:val="center"/>
        </w:trPr>
        <w:tc>
          <w:tcPr>
            <w:tcW w:w="30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ORCID:</w:t>
            </w:r>
          </w:p>
        </w:tc>
        <w:tc>
          <w:tcPr>
            <w:tcW w:w="635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Default="00930B33">
            <w:pPr>
              <w:spacing w:before="0" w:after="0" w:line="240" w:lineRule="auto"/>
            </w:pPr>
          </w:p>
        </w:tc>
      </w:tr>
    </w:tbl>
    <w:p w:rsidR="00D213E1" w:rsidRDefault="00D213E1">
      <w:pPr>
        <w:spacing w:after="0"/>
      </w:pPr>
    </w:p>
    <w:p w:rsidR="00D213E1" w:rsidRDefault="00D213E1" w:rsidP="00D213E1">
      <w:r>
        <w:br w:type="page"/>
      </w:r>
    </w:p>
    <w:tbl>
      <w:tblPr>
        <w:tblW w:w="0" w:type="auto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930B33" w:rsidTr="00973B8F">
        <w:trPr>
          <w:jc w:val="center"/>
        </w:trPr>
        <w:tc>
          <w:tcPr>
            <w:tcW w:w="8838" w:type="dxa"/>
            <w:gridSpan w:val="2"/>
            <w:tcBorders>
              <w:bottom w:val="single" w:sz="4" w:space="0" w:color="7F7F7F" w:themeColor="text1" w:themeTint="80"/>
            </w:tcBorders>
            <w:shd w:val="clear" w:color="auto" w:fill="EF858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859F4" w:rsidRPr="005B6A93" w:rsidRDefault="007D47D2" w:rsidP="005B6A93">
            <w:pPr>
              <w:spacing w:before="0" w:after="0" w:line="240" w:lineRule="auto"/>
              <w:rPr>
                <w:rFonts w:cs="Calibri"/>
              </w:rPr>
            </w:pPr>
            <w:r w:rsidRPr="005B6A93">
              <w:rPr>
                <w:rFonts w:cs="Calibri"/>
                <w:b/>
                <w:color w:val="FFFFFF"/>
              </w:rPr>
              <w:lastRenderedPageBreak/>
              <w:t>IDENTIFICACIÓN DEL PROYECTO</w:t>
            </w:r>
          </w:p>
        </w:tc>
      </w:tr>
      <w:tr w:rsidR="00930B33" w:rsidRPr="005B6A93" w:rsidTr="00973B8F">
        <w:trPr>
          <w:jc w:val="center"/>
        </w:trPr>
        <w:tc>
          <w:tcPr>
            <w:tcW w:w="3005" w:type="dxa"/>
            <w:tcBorders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859F4" w:rsidRPr="005B6A93" w:rsidRDefault="007D47D2">
            <w:pPr>
              <w:spacing w:after="0"/>
              <w:rPr>
                <w:rFonts w:cs="Calibri"/>
                <w:sz w:val="20"/>
                <w:szCs w:val="20"/>
              </w:rPr>
            </w:pPr>
            <w:r w:rsidRPr="005B6A93">
              <w:rPr>
                <w:rFonts w:cs="Calibri"/>
                <w:b/>
                <w:sz w:val="20"/>
                <w:szCs w:val="20"/>
              </w:rPr>
              <w:t>MECANISMO DE APOYO:</w:t>
            </w:r>
          </w:p>
        </w:tc>
        <w:sdt>
          <w:sdtPr>
            <w:rPr>
              <w:lang w:val="es-ES"/>
            </w:rPr>
            <w:id w:val="-327446268"/>
            <w:placeholder>
              <w:docPart w:val="DefaultPlaceholder_1081868575"/>
            </w:placeholder>
            <w:showingPlcHdr/>
            <w:comboBox>
              <w:listItem w:value="Elija un elemento."/>
              <w:listItem w:displayText="Atención Primaria" w:value="Atención Primaria"/>
              <w:listItem w:displayText="Enfermería" w:value="Enfermería"/>
              <w:listItem w:displayText="Investigadores Emergentes" w:value="Investigadores Emergentes"/>
              <w:listItem w:displayText="Atención Hospitalaria" w:value="Atención Hospitalaria"/>
            </w:comboBox>
          </w:sdtPr>
          <w:sdtEndPr/>
          <w:sdtContent>
            <w:tc>
              <w:tcPr>
                <w:tcW w:w="6350" w:type="dxa"/>
                <w:tcBorders>
                  <w:left w:val="single" w:sz="4" w:space="0" w:color="7F7F7F" w:themeColor="text1" w:themeTint="80"/>
                </w:tcBorders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:rsidR="000859F4" w:rsidRPr="005B6A93" w:rsidRDefault="005B6A93">
                <w:pPr>
                  <w:spacing w:after="0"/>
                  <w:rPr>
                    <w:lang w:val="es-ES"/>
                  </w:rPr>
                </w:pPr>
                <w:r w:rsidRPr="005518CD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930B33" w:rsidRPr="00973B8F" w:rsidTr="00973B8F">
        <w:trPr>
          <w:trHeight w:val="403"/>
          <w:jc w:val="center"/>
        </w:trPr>
        <w:tc>
          <w:tcPr>
            <w:tcW w:w="3005" w:type="dxa"/>
            <w:tcBorders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859F4" w:rsidRPr="005B6A93" w:rsidRDefault="007D47D2">
            <w:pPr>
              <w:spacing w:after="0"/>
              <w:rPr>
                <w:rFonts w:cs="Calibri"/>
                <w:sz w:val="20"/>
                <w:szCs w:val="20"/>
              </w:rPr>
            </w:pPr>
            <w:r w:rsidRPr="005B6A93">
              <w:rPr>
                <w:rFonts w:cs="Calibri"/>
                <w:b/>
                <w:sz w:val="20"/>
                <w:szCs w:val="20"/>
              </w:rPr>
              <w:t>TÍTULO DEL PROYECTO:</w:t>
            </w:r>
          </w:p>
        </w:tc>
        <w:tc>
          <w:tcPr>
            <w:tcW w:w="6350" w:type="dxa"/>
            <w:tcBorders>
              <w:lef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859F4" w:rsidRDefault="000859F4">
            <w:pPr>
              <w:spacing w:after="0"/>
            </w:pPr>
          </w:p>
        </w:tc>
      </w:tr>
      <w:tr w:rsidR="00930B33" w:rsidRPr="00973B8F" w:rsidTr="00973B8F">
        <w:trPr>
          <w:jc w:val="center"/>
        </w:trPr>
        <w:tc>
          <w:tcPr>
            <w:tcW w:w="3005" w:type="dxa"/>
            <w:tcBorders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859F4" w:rsidRPr="005B6A93" w:rsidRDefault="007D47D2">
            <w:pPr>
              <w:spacing w:after="0"/>
              <w:rPr>
                <w:rFonts w:cs="Calibri"/>
                <w:sz w:val="20"/>
                <w:szCs w:val="20"/>
              </w:rPr>
            </w:pPr>
            <w:r w:rsidRPr="005B6A93">
              <w:rPr>
                <w:rFonts w:cs="Calibri"/>
                <w:b/>
                <w:sz w:val="20"/>
                <w:szCs w:val="20"/>
              </w:rPr>
              <w:t>DURACIÓN PREVISTA (MESES):</w:t>
            </w:r>
          </w:p>
        </w:tc>
        <w:tc>
          <w:tcPr>
            <w:tcW w:w="6350" w:type="dxa"/>
            <w:tcBorders>
              <w:lef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859F4" w:rsidRDefault="000859F4">
            <w:pPr>
              <w:spacing w:after="0"/>
            </w:pPr>
          </w:p>
        </w:tc>
      </w:tr>
      <w:tr w:rsidR="00930B33" w:rsidRPr="00D213E1" w:rsidTr="00973B8F">
        <w:trPr>
          <w:jc w:val="center"/>
        </w:trPr>
        <w:tc>
          <w:tcPr>
            <w:tcW w:w="3005" w:type="dxa"/>
            <w:tcBorders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859F4" w:rsidRPr="005B6A93" w:rsidRDefault="007D47D2">
            <w:pPr>
              <w:spacing w:after="0"/>
              <w:rPr>
                <w:rFonts w:cs="Calibri"/>
                <w:sz w:val="20"/>
                <w:szCs w:val="20"/>
              </w:rPr>
            </w:pPr>
            <w:r w:rsidRPr="005B6A93">
              <w:rPr>
                <w:rFonts w:cs="Calibri"/>
                <w:b/>
                <w:sz w:val="20"/>
                <w:szCs w:val="20"/>
              </w:rPr>
              <w:t>PALABRAS CLAVE:</w:t>
            </w:r>
          </w:p>
        </w:tc>
        <w:tc>
          <w:tcPr>
            <w:tcW w:w="6350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859F4" w:rsidRDefault="000859F4">
            <w:pPr>
              <w:spacing w:after="0"/>
            </w:pPr>
          </w:p>
        </w:tc>
      </w:tr>
      <w:tr w:rsidR="00930B33" w:rsidRPr="003F3ADB" w:rsidTr="00973B8F">
        <w:trPr>
          <w:jc w:val="center"/>
        </w:trPr>
        <w:tc>
          <w:tcPr>
            <w:tcW w:w="3005" w:type="dxa"/>
            <w:tcBorders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859F4" w:rsidRPr="005B6A93" w:rsidRDefault="007D47D2">
            <w:pPr>
              <w:spacing w:after="0"/>
              <w:rPr>
                <w:rFonts w:cs="Calibri"/>
                <w:sz w:val="20"/>
                <w:szCs w:val="20"/>
                <w:lang w:val="es-ES"/>
              </w:rPr>
            </w:pPr>
            <w:r w:rsidRPr="005B6A93">
              <w:rPr>
                <w:rFonts w:cs="Calibri"/>
                <w:b/>
                <w:sz w:val="20"/>
                <w:szCs w:val="20"/>
                <w:lang w:val="es-ES"/>
              </w:rPr>
              <w:t>ÁMBITO / CENTRO PRINCIPAL DE EJECUCIÓN:</w:t>
            </w:r>
          </w:p>
        </w:tc>
        <w:tc>
          <w:tcPr>
            <w:tcW w:w="6350" w:type="dxa"/>
            <w:tcBorders>
              <w:lef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859F4" w:rsidRPr="005B6A93" w:rsidRDefault="000859F4">
            <w:pPr>
              <w:spacing w:after="0"/>
              <w:rPr>
                <w:lang w:val="es-ES"/>
              </w:rPr>
            </w:pPr>
          </w:p>
        </w:tc>
      </w:tr>
    </w:tbl>
    <w:p w:rsidR="00930B33" w:rsidRPr="00973B8F" w:rsidRDefault="00930B33">
      <w:pPr>
        <w:spacing w:after="0"/>
        <w:rPr>
          <w:lang w:val="es-ES"/>
        </w:rPr>
      </w:pPr>
    </w:p>
    <w:tbl>
      <w:tblPr>
        <w:tblStyle w:val="Tablaconcuadrcula"/>
        <w:tblW w:w="9386" w:type="dxa"/>
        <w:jc w:val="center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Look w:val="04A0" w:firstRow="1" w:lastRow="0" w:firstColumn="1" w:lastColumn="0" w:noHBand="0" w:noVBand="1"/>
      </w:tblPr>
      <w:tblGrid>
        <w:gridCol w:w="2357"/>
        <w:gridCol w:w="2324"/>
        <w:gridCol w:w="2154"/>
        <w:gridCol w:w="2551"/>
      </w:tblGrid>
      <w:tr w:rsidR="00930B33" w:rsidRPr="00D213E1" w:rsidTr="00973B8F">
        <w:trPr>
          <w:jc w:val="center"/>
        </w:trPr>
        <w:tc>
          <w:tcPr>
            <w:tcW w:w="9386" w:type="dxa"/>
            <w:gridSpan w:val="4"/>
            <w:shd w:val="clear" w:color="auto" w:fill="EF858B"/>
            <w:vAlign w:val="center"/>
          </w:tcPr>
          <w:p w:rsidR="000859F4" w:rsidRPr="005B6A93" w:rsidRDefault="007D47D2" w:rsidP="005B6A93">
            <w:pPr>
              <w:rPr>
                <w:rFonts w:cs="Calibri"/>
              </w:rPr>
            </w:pPr>
            <w:r w:rsidRPr="005B6A93">
              <w:rPr>
                <w:rFonts w:cs="Calibri"/>
                <w:b/>
                <w:color w:val="FFFFFF"/>
              </w:rPr>
              <w:t>EQUIPO INVESTIGADOR</w:t>
            </w:r>
          </w:p>
        </w:tc>
      </w:tr>
      <w:tr w:rsidR="00930B33" w:rsidRPr="003F3ADB" w:rsidTr="00973B8F">
        <w:trPr>
          <w:jc w:val="center"/>
        </w:trPr>
        <w:tc>
          <w:tcPr>
            <w:tcW w:w="2357" w:type="dxa"/>
            <w:shd w:val="clear" w:color="auto" w:fill="FCE8E9"/>
            <w:vAlign w:val="center"/>
          </w:tcPr>
          <w:p w:rsidR="000859F4" w:rsidRPr="005B6A93" w:rsidRDefault="007D47D2">
            <w:pPr>
              <w:spacing w:after="0"/>
              <w:rPr>
                <w:rFonts w:cs="Calibri"/>
                <w:sz w:val="18"/>
                <w:szCs w:val="18"/>
              </w:rPr>
            </w:pPr>
            <w:r w:rsidRPr="005B6A93">
              <w:rPr>
                <w:rFonts w:cs="Calibri"/>
                <w:b/>
                <w:sz w:val="18"/>
                <w:szCs w:val="18"/>
              </w:rPr>
              <w:t>NOMBRE Y APELLIDOS</w:t>
            </w:r>
          </w:p>
        </w:tc>
        <w:tc>
          <w:tcPr>
            <w:tcW w:w="2324" w:type="dxa"/>
            <w:shd w:val="clear" w:color="auto" w:fill="FCE8E9"/>
            <w:vAlign w:val="center"/>
          </w:tcPr>
          <w:p w:rsidR="000859F4" w:rsidRPr="005B6A93" w:rsidRDefault="007D47D2">
            <w:pPr>
              <w:spacing w:after="0"/>
              <w:rPr>
                <w:rFonts w:cs="Calibri"/>
                <w:sz w:val="18"/>
                <w:szCs w:val="18"/>
              </w:rPr>
            </w:pPr>
            <w:r w:rsidRPr="005B6A93">
              <w:rPr>
                <w:rFonts w:cs="Calibri"/>
                <w:b/>
                <w:sz w:val="18"/>
                <w:szCs w:val="18"/>
              </w:rPr>
              <w:t>ENTIDAD / CENTRO</w:t>
            </w:r>
          </w:p>
        </w:tc>
        <w:tc>
          <w:tcPr>
            <w:tcW w:w="2154" w:type="dxa"/>
            <w:shd w:val="clear" w:color="auto" w:fill="FCE8E9"/>
            <w:vAlign w:val="center"/>
          </w:tcPr>
          <w:p w:rsidR="000859F4" w:rsidRPr="005B6A93" w:rsidRDefault="007D47D2">
            <w:pPr>
              <w:spacing w:after="0"/>
              <w:rPr>
                <w:rFonts w:cs="Calibri"/>
                <w:sz w:val="18"/>
                <w:szCs w:val="18"/>
              </w:rPr>
            </w:pPr>
            <w:r w:rsidRPr="005B6A93">
              <w:rPr>
                <w:rFonts w:cs="Calibri"/>
                <w:b/>
                <w:sz w:val="18"/>
                <w:szCs w:val="18"/>
              </w:rPr>
              <w:t>GRUPO IDISCAM</w:t>
            </w:r>
          </w:p>
        </w:tc>
        <w:tc>
          <w:tcPr>
            <w:tcW w:w="2551" w:type="dxa"/>
            <w:shd w:val="clear" w:color="auto" w:fill="FCE8E9"/>
            <w:vAlign w:val="center"/>
          </w:tcPr>
          <w:p w:rsidR="000859F4" w:rsidRPr="005B6A93" w:rsidRDefault="00110BAD">
            <w:pPr>
              <w:spacing w:after="0"/>
              <w:rPr>
                <w:rFonts w:cs="Calibri"/>
                <w:sz w:val="18"/>
                <w:szCs w:val="18"/>
                <w:lang w:val="es-ES"/>
              </w:rPr>
            </w:pPr>
            <w:r>
              <w:rPr>
                <w:rFonts w:cs="Calibri"/>
                <w:b/>
                <w:sz w:val="18"/>
                <w:szCs w:val="18"/>
                <w:lang w:val="es-ES"/>
              </w:rPr>
              <w:t>CATEGORÍA PROFESIONAL</w:t>
            </w:r>
            <w:r w:rsidR="007D47D2" w:rsidRPr="005B6A93">
              <w:rPr>
                <w:rFonts w:cs="Calibri"/>
                <w:b/>
                <w:sz w:val="18"/>
                <w:szCs w:val="18"/>
                <w:lang w:val="es-ES"/>
              </w:rPr>
              <w:t xml:space="preserve"> / FUNCIÓN EN EL PROYECTO</w:t>
            </w:r>
          </w:p>
        </w:tc>
      </w:tr>
      <w:tr w:rsidR="00930B33" w:rsidRPr="003F3ADB" w:rsidTr="00973B8F">
        <w:trPr>
          <w:jc w:val="center"/>
        </w:trPr>
        <w:tc>
          <w:tcPr>
            <w:tcW w:w="2357" w:type="dxa"/>
          </w:tcPr>
          <w:p w:rsidR="00930B33" w:rsidRPr="005B6A93" w:rsidRDefault="00930B33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324" w:type="dxa"/>
          </w:tcPr>
          <w:p w:rsidR="00930B33" w:rsidRPr="005B6A93" w:rsidRDefault="00930B33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154" w:type="dxa"/>
          </w:tcPr>
          <w:p w:rsidR="00930B33" w:rsidRPr="005B6A93" w:rsidRDefault="00930B33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551" w:type="dxa"/>
          </w:tcPr>
          <w:p w:rsidR="00930B33" w:rsidRPr="005B6A93" w:rsidRDefault="00930B33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  <w:tr w:rsidR="00930B33" w:rsidRPr="003F3ADB" w:rsidTr="00973B8F">
        <w:trPr>
          <w:jc w:val="center"/>
        </w:trPr>
        <w:tc>
          <w:tcPr>
            <w:tcW w:w="2357" w:type="dxa"/>
          </w:tcPr>
          <w:p w:rsidR="00930B33" w:rsidRPr="005B6A93" w:rsidRDefault="00930B33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324" w:type="dxa"/>
          </w:tcPr>
          <w:p w:rsidR="00930B33" w:rsidRPr="005B6A93" w:rsidRDefault="00930B33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154" w:type="dxa"/>
          </w:tcPr>
          <w:p w:rsidR="00930B33" w:rsidRPr="005B6A93" w:rsidRDefault="00930B33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551" w:type="dxa"/>
          </w:tcPr>
          <w:p w:rsidR="00930B33" w:rsidRPr="005B6A93" w:rsidRDefault="00930B33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  <w:tr w:rsidR="00973B8F" w:rsidRPr="003F3ADB" w:rsidTr="00973B8F">
        <w:trPr>
          <w:jc w:val="center"/>
        </w:trPr>
        <w:tc>
          <w:tcPr>
            <w:tcW w:w="2357" w:type="dxa"/>
          </w:tcPr>
          <w:p w:rsidR="00973B8F" w:rsidRPr="005B6A93" w:rsidRDefault="00973B8F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324" w:type="dxa"/>
          </w:tcPr>
          <w:p w:rsidR="00973B8F" w:rsidRPr="005B6A93" w:rsidRDefault="00973B8F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154" w:type="dxa"/>
          </w:tcPr>
          <w:p w:rsidR="00973B8F" w:rsidRPr="005B6A93" w:rsidRDefault="00973B8F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551" w:type="dxa"/>
          </w:tcPr>
          <w:p w:rsidR="00973B8F" w:rsidRPr="005B6A93" w:rsidRDefault="00973B8F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  <w:tr w:rsidR="00973B8F" w:rsidRPr="003F3ADB" w:rsidTr="00973B8F">
        <w:trPr>
          <w:jc w:val="center"/>
        </w:trPr>
        <w:tc>
          <w:tcPr>
            <w:tcW w:w="2357" w:type="dxa"/>
          </w:tcPr>
          <w:p w:rsidR="00973B8F" w:rsidRPr="005B6A93" w:rsidRDefault="00973B8F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324" w:type="dxa"/>
          </w:tcPr>
          <w:p w:rsidR="00973B8F" w:rsidRPr="005B6A93" w:rsidRDefault="00973B8F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154" w:type="dxa"/>
          </w:tcPr>
          <w:p w:rsidR="00973B8F" w:rsidRPr="005B6A93" w:rsidRDefault="00973B8F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551" w:type="dxa"/>
          </w:tcPr>
          <w:p w:rsidR="00973B8F" w:rsidRPr="005B6A93" w:rsidRDefault="00973B8F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  <w:tr w:rsidR="00973B8F" w:rsidRPr="003F3ADB" w:rsidTr="00973B8F">
        <w:trPr>
          <w:jc w:val="center"/>
        </w:trPr>
        <w:tc>
          <w:tcPr>
            <w:tcW w:w="2357" w:type="dxa"/>
          </w:tcPr>
          <w:p w:rsidR="00973B8F" w:rsidRPr="005B6A93" w:rsidRDefault="00973B8F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324" w:type="dxa"/>
          </w:tcPr>
          <w:p w:rsidR="00973B8F" w:rsidRPr="005B6A93" w:rsidRDefault="00973B8F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154" w:type="dxa"/>
          </w:tcPr>
          <w:p w:rsidR="00973B8F" w:rsidRPr="005B6A93" w:rsidRDefault="00973B8F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551" w:type="dxa"/>
          </w:tcPr>
          <w:p w:rsidR="00973B8F" w:rsidRPr="005B6A93" w:rsidRDefault="00973B8F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  <w:tr w:rsidR="00973B8F" w:rsidRPr="003F3ADB" w:rsidTr="00973B8F">
        <w:trPr>
          <w:jc w:val="center"/>
        </w:trPr>
        <w:tc>
          <w:tcPr>
            <w:tcW w:w="2357" w:type="dxa"/>
          </w:tcPr>
          <w:p w:rsidR="00973B8F" w:rsidRPr="005B6A93" w:rsidRDefault="00973B8F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324" w:type="dxa"/>
          </w:tcPr>
          <w:p w:rsidR="00973B8F" w:rsidRPr="005B6A93" w:rsidRDefault="00973B8F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154" w:type="dxa"/>
          </w:tcPr>
          <w:p w:rsidR="00973B8F" w:rsidRPr="005B6A93" w:rsidRDefault="00973B8F">
            <w:pPr>
              <w:spacing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2551" w:type="dxa"/>
          </w:tcPr>
          <w:p w:rsidR="00973B8F" w:rsidRPr="005B6A93" w:rsidRDefault="00973B8F">
            <w:pPr>
              <w:spacing w:after="0"/>
              <w:rPr>
                <w:sz w:val="20"/>
                <w:szCs w:val="20"/>
                <w:lang w:val="es-ES"/>
              </w:rPr>
            </w:pPr>
          </w:p>
        </w:tc>
      </w:tr>
    </w:tbl>
    <w:p w:rsidR="00930B33" w:rsidRPr="005B6A93" w:rsidRDefault="00930B33">
      <w:pPr>
        <w:spacing w:after="0"/>
        <w:rPr>
          <w:lang w:val="es-ES"/>
        </w:rPr>
      </w:pPr>
    </w:p>
    <w:tbl>
      <w:tblPr>
        <w:tblW w:w="9502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3152"/>
        <w:gridCol w:w="6350"/>
      </w:tblGrid>
      <w:tr w:rsidR="00930B33" w:rsidRPr="003F3ADB" w:rsidTr="00D213E1">
        <w:trPr>
          <w:jc w:val="center"/>
        </w:trPr>
        <w:tc>
          <w:tcPr>
            <w:tcW w:w="9502" w:type="dxa"/>
            <w:gridSpan w:val="2"/>
            <w:tcBorders>
              <w:bottom w:val="single" w:sz="4" w:space="0" w:color="7F7F7F" w:themeColor="text1" w:themeTint="80"/>
            </w:tcBorders>
            <w:shd w:val="clear" w:color="auto" w:fill="F28E9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rPr>
                <w:lang w:val="es-ES"/>
              </w:rPr>
            </w:pPr>
            <w:r w:rsidRPr="00973B8F">
              <w:rPr>
                <w:b/>
                <w:color w:val="FFFFFF"/>
                <w:lang w:val="es-ES"/>
              </w:rPr>
              <w:t>ENTIDADES COLABORADORAS (EN SU CASO)</w:t>
            </w:r>
          </w:p>
        </w:tc>
      </w:tr>
      <w:tr w:rsidR="00930B33" w:rsidTr="00D213E1">
        <w:trPr>
          <w:jc w:val="center"/>
        </w:trPr>
        <w:tc>
          <w:tcPr>
            <w:tcW w:w="3152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5B6A93" w:rsidRDefault="007337AD">
            <w:pPr>
              <w:spacing w:before="0" w:after="0" w:line="240" w:lineRule="auto"/>
              <w:rPr>
                <w:rFonts w:cs="Calibri"/>
                <w:sz w:val="20"/>
                <w:szCs w:val="20"/>
              </w:rPr>
            </w:pPr>
            <w:r w:rsidRPr="005B6A93">
              <w:rPr>
                <w:rFonts w:cs="Calibri"/>
                <w:b/>
                <w:sz w:val="20"/>
                <w:szCs w:val="20"/>
              </w:rPr>
              <w:t>ENTIDAD / EMPRESA:</w:t>
            </w:r>
          </w:p>
        </w:tc>
        <w:tc>
          <w:tcPr>
            <w:tcW w:w="6350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930B33"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 w:rsidR="00930B33" w:rsidRPr="00D213E1" w:rsidTr="00D213E1">
        <w:trPr>
          <w:jc w:val="center"/>
        </w:trPr>
        <w:tc>
          <w:tcPr>
            <w:tcW w:w="315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0859F4" w:rsidRPr="005B6A93" w:rsidRDefault="007D47D2">
            <w:pPr>
              <w:spacing w:after="0"/>
              <w:rPr>
                <w:rFonts w:cs="Calibri"/>
                <w:sz w:val="20"/>
                <w:szCs w:val="20"/>
              </w:rPr>
            </w:pPr>
            <w:r w:rsidRPr="005B6A93">
              <w:rPr>
                <w:rFonts w:cs="Calibri"/>
                <w:b/>
                <w:sz w:val="20"/>
                <w:szCs w:val="20"/>
              </w:rPr>
              <w:t>PARTICIPACIÓN EN EL PROYECTO:</w:t>
            </w:r>
          </w:p>
        </w:tc>
        <w:tc>
          <w:tcPr>
            <w:tcW w:w="6350" w:type="dxa"/>
            <w:tcBorders>
              <w:top w:val="nil"/>
              <w:lef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930B33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</w:p>
        </w:tc>
      </w:tr>
    </w:tbl>
    <w:p w:rsidR="005B6A93" w:rsidRDefault="005B6A93">
      <w:pPr>
        <w:spacing w:after="0"/>
        <w:rPr>
          <w:lang w:val="es-ES"/>
        </w:rPr>
      </w:pPr>
    </w:p>
    <w:p w:rsidR="005B6A93" w:rsidRDefault="005B6A93" w:rsidP="005B6A93">
      <w:pPr>
        <w:rPr>
          <w:lang w:val="es-ES"/>
        </w:rPr>
      </w:pPr>
      <w:r>
        <w:rPr>
          <w:lang w:val="es-ES"/>
        </w:rPr>
        <w:br w:type="page"/>
      </w:r>
    </w:p>
    <w:p w:rsidR="00930B33" w:rsidRPr="00973B8F" w:rsidRDefault="00930B33">
      <w:pPr>
        <w:spacing w:after="0"/>
        <w:rPr>
          <w:lang w:val="es-ES"/>
        </w:rPr>
      </w:pPr>
    </w:p>
    <w:tbl>
      <w:tblPr>
        <w:tblW w:w="9365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3015"/>
        <w:gridCol w:w="6350"/>
      </w:tblGrid>
      <w:tr w:rsidR="00930B33" w:rsidTr="007D47D2">
        <w:trPr>
          <w:jc w:val="center"/>
        </w:trPr>
        <w:tc>
          <w:tcPr>
            <w:tcW w:w="9365" w:type="dxa"/>
            <w:gridSpan w:val="2"/>
            <w:shd w:val="clear" w:color="auto" w:fill="F28E9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</w:pPr>
            <w:r w:rsidRPr="00973B8F">
              <w:rPr>
                <w:b/>
                <w:color w:val="FFFFFF"/>
              </w:rPr>
              <w:t>AUTORIZACIONES Y ASPECTOS ÉTICOS</w:t>
            </w:r>
          </w:p>
        </w:tc>
      </w:tr>
      <w:tr w:rsidR="00930B33" w:rsidTr="007D47D2">
        <w:trPr>
          <w:jc w:val="center"/>
        </w:trPr>
        <w:tc>
          <w:tcPr>
            <w:tcW w:w="3015" w:type="dxa"/>
            <w:tcBorders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jc w:val="left"/>
              <w:rPr>
                <w:sz w:val="20"/>
                <w:szCs w:val="20"/>
                <w:lang w:val="es-ES"/>
              </w:rPr>
            </w:pPr>
            <w:r w:rsidRPr="00973B8F">
              <w:rPr>
                <w:b/>
                <w:sz w:val="20"/>
                <w:szCs w:val="20"/>
                <w:lang w:val="es-ES"/>
              </w:rPr>
              <w:t>¿REQUIERE INFORME FAVORABLE DEL CEIm?</w:t>
            </w:r>
          </w:p>
        </w:tc>
        <w:sdt>
          <w:sdtPr>
            <w:rPr>
              <w:sz w:val="20"/>
              <w:szCs w:val="20"/>
            </w:rPr>
            <w:id w:val="1789627383"/>
            <w:placeholder>
              <w:docPart w:val="DefaultPlaceholder_1081868575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6350" w:type="dxa"/>
                <w:tcBorders>
                  <w:left w:val="single" w:sz="4" w:space="0" w:color="7F7F7F" w:themeColor="text1" w:themeTint="80"/>
                </w:tcBorders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:rsidR="00930B33" w:rsidRPr="00973B8F" w:rsidRDefault="00973B8F">
                <w:pPr>
                  <w:spacing w:after="0"/>
                  <w:jc w:val="left"/>
                  <w:rPr>
                    <w:sz w:val="20"/>
                    <w:szCs w:val="20"/>
                  </w:rPr>
                </w:pPr>
                <w:r w:rsidRPr="005518CD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930B33" w:rsidTr="007D47D2">
        <w:trPr>
          <w:jc w:val="center"/>
        </w:trPr>
        <w:tc>
          <w:tcPr>
            <w:tcW w:w="3015" w:type="dxa"/>
            <w:tcBorders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jc w:val="left"/>
              <w:rPr>
                <w:sz w:val="20"/>
                <w:szCs w:val="20"/>
                <w:lang w:val="es-ES"/>
              </w:rPr>
            </w:pPr>
            <w:r w:rsidRPr="00973B8F">
              <w:rPr>
                <w:b/>
                <w:sz w:val="20"/>
                <w:szCs w:val="20"/>
                <w:lang w:val="es-ES"/>
              </w:rPr>
              <w:t>¿REQUIERE AUTORIZACIÓN DE LA AEMPS?</w:t>
            </w:r>
          </w:p>
        </w:tc>
        <w:sdt>
          <w:sdtPr>
            <w:rPr>
              <w:sz w:val="20"/>
              <w:szCs w:val="20"/>
            </w:rPr>
            <w:id w:val="-302395020"/>
            <w:placeholder>
              <w:docPart w:val="DefaultPlaceholder_1081868575"/>
            </w:placeholder>
            <w:showingPlcHdr/>
            <w:comboBox>
              <w:listItem w:value="Elija un elemento."/>
              <w:listItem w:displayText="Sí" w:value="Sí"/>
              <w:listItem w:displayText="No" w:value="No"/>
            </w:comboBox>
          </w:sdtPr>
          <w:sdtEndPr/>
          <w:sdtContent>
            <w:tc>
              <w:tcPr>
                <w:tcW w:w="6350" w:type="dxa"/>
                <w:tcBorders>
                  <w:left w:val="single" w:sz="4" w:space="0" w:color="7F7F7F" w:themeColor="text1" w:themeTint="80"/>
                </w:tcBorders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:rsidR="00930B33" w:rsidRPr="00973B8F" w:rsidRDefault="00973B8F">
                <w:pPr>
                  <w:spacing w:after="0"/>
                  <w:jc w:val="left"/>
                  <w:rPr>
                    <w:sz w:val="20"/>
                    <w:szCs w:val="20"/>
                  </w:rPr>
                </w:pPr>
                <w:r w:rsidRPr="005518CD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930B33" w:rsidRPr="00973B8F" w:rsidTr="007D47D2">
        <w:trPr>
          <w:jc w:val="center"/>
        </w:trPr>
        <w:tc>
          <w:tcPr>
            <w:tcW w:w="3015" w:type="dxa"/>
            <w:tcBorders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973B8F" w:rsidRDefault="007337AD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973B8F">
              <w:rPr>
                <w:b/>
                <w:sz w:val="20"/>
                <w:szCs w:val="20"/>
              </w:rPr>
              <w:t>¿REQUIERE OTRAS AUTORIZACIONES PRECEPTIVAS?</w:t>
            </w:r>
          </w:p>
        </w:tc>
        <w:sdt>
          <w:sdtPr>
            <w:rPr>
              <w:sz w:val="20"/>
              <w:szCs w:val="20"/>
              <w:lang w:val="es-ES"/>
            </w:rPr>
            <w:id w:val="-907226548"/>
            <w:placeholder>
              <w:docPart w:val="DefaultPlaceholder_1081868575"/>
            </w:placeholder>
            <w:showingPlcHdr/>
            <w:comboBox>
              <w:listItem w:value="Elija un elemento."/>
              <w:listItem w:displayText="Sí" w:value="Sí"/>
              <w:listItem w:displayText="No" w:value="No"/>
              <w:listItem w:displayText="En caso afirmativo, indicar cuales:                                                                                                                                       " w:value="En caso afirmativo, indicar cuales:                                                                                                                                       "/>
            </w:comboBox>
          </w:sdtPr>
          <w:sdtEndPr/>
          <w:sdtContent>
            <w:tc>
              <w:tcPr>
                <w:tcW w:w="6350" w:type="dxa"/>
                <w:tcBorders>
                  <w:left w:val="single" w:sz="4" w:space="0" w:color="7F7F7F" w:themeColor="text1" w:themeTint="80"/>
                </w:tcBorders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:rsidR="00930B33" w:rsidRPr="00973B8F" w:rsidRDefault="00F514F4">
                <w:pPr>
                  <w:spacing w:after="0"/>
                  <w:jc w:val="left"/>
                  <w:rPr>
                    <w:sz w:val="20"/>
                    <w:szCs w:val="20"/>
                    <w:lang w:val="es-ES"/>
                  </w:rPr>
                </w:pPr>
                <w:r w:rsidRPr="005518CD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930B33" w:rsidRPr="00973B8F" w:rsidRDefault="00930B33">
      <w:pPr>
        <w:spacing w:after="0"/>
        <w:rPr>
          <w:lang w:val="es-ES"/>
        </w:rPr>
      </w:pPr>
    </w:p>
    <w:tbl>
      <w:tblPr>
        <w:tblW w:w="9356" w:type="dxa"/>
        <w:tblInd w:w="-28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978"/>
        <w:gridCol w:w="6378"/>
      </w:tblGrid>
      <w:tr w:rsidR="00930B33" w:rsidTr="00F514F4">
        <w:tc>
          <w:tcPr>
            <w:tcW w:w="9356" w:type="dxa"/>
            <w:gridSpan w:val="2"/>
            <w:tcBorders>
              <w:bottom w:val="nil"/>
            </w:tcBorders>
            <w:shd w:val="clear" w:color="auto" w:fill="F28E9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F514F4" w:rsidRDefault="007337AD">
            <w:pPr>
              <w:spacing w:before="0" w:after="0" w:line="240" w:lineRule="auto"/>
              <w:jc w:val="left"/>
            </w:pPr>
            <w:r w:rsidRPr="00F514F4">
              <w:rPr>
                <w:b/>
                <w:color w:val="FFFFFF"/>
              </w:rPr>
              <w:t>DOCUMENTACIÓN ADJUNTA</w:t>
            </w:r>
          </w:p>
        </w:tc>
      </w:tr>
      <w:tr w:rsidR="00930B33" w:rsidRPr="003F3ADB" w:rsidTr="00F514F4">
        <w:tc>
          <w:tcPr>
            <w:tcW w:w="2978" w:type="dxa"/>
            <w:tcBorders>
              <w:top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F514F4" w:rsidRDefault="007337AD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F514F4">
              <w:rPr>
                <w:b/>
                <w:sz w:val="20"/>
                <w:szCs w:val="20"/>
              </w:rPr>
              <w:t>DOCUMENTACIÓN:</w:t>
            </w:r>
          </w:p>
        </w:tc>
        <w:tc>
          <w:tcPr>
            <w:tcW w:w="6378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B6A93" w:rsidRPr="000340B6" w:rsidRDefault="000340B6" w:rsidP="005B6A93">
            <w:pPr>
              <w:rPr>
                <w:sz w:val="20"/>
                <w:szCs w:val="20"/>
                <w:lang w:val="es-ES"/>
              </w:rPr>
            </w:pPr>
            <w:sdt>
              <w:sdtPr>
                <w:rPr>
                  <w:sz w:val="20"/>
                  <w:szCs w:val="20"/>
                  <w:lang w:val="es-ES"/>
                </w:rPr>
                <w:id w:val="2115164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6A93" w:rsidRPr="000340B6">
                  <w:rPr>
                    <w:rFonts w:ascii="MS Gothic" w:eastAsia="MS Gothic" w:hAnsi="MS Gothic" w:hint="eastAsia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5B6A93" w:rsidRPr="000340B6">
              <w:rPr>
                <w:sz w:val="20"/>
                <w:szCs w:val="20"/>
                <w:lang w:val="es-ES"/>
              </w:rPr>
              <w:t xml:space="preserve"> </w:t>
            </w:r>
            <w:r w:rsidR="00D213E1" w:rsidRPr="000340B6">
              <w:rPr>
                <w:sz w:val="20"/>
                <w:szCs w:val="20"/>
                <w:lang w:val="es-ES"/>
              </w:rPr>
              <w:t xml:space="preserve">Memoria científico-técnica del proyecto, </w:t>
            </w:r>
            <w:r w:rsidR="005B6A93" w:rsidRPr="000340B6">
              <w:rPr>
                <w:sz w:val="20"/>
                <w:szCs w:val="20"/>
                <w:lang w:val="es-ES"/>
              </w:rPr>
              <w:t>conforme al modelo normalizado.</w:t>
            </w:r>
          </w:p>
          <w:p w:rsidR="00F514F4" w:rsidRPr="000340B6" w:rsidRDefault="000340B6" w:rsidP="005B6A93">
            <w:pPr>
              <w:rPr>
                <w:sz w:val="20"/>
                <w:szCs w:val="20"/>
                <w:lang w:val="es-ES"/>
              </w:rPr>
            </w:pPr>
            <w:sdt>
              <w:sdtPr>
                <w:rPr>
                  <w:sz w:val="20"/>
                  <w:szCs w:val="20"/>
                  <w:lang w:val="es-ES"/>
                </w:rPr>
                <w:id w:val="-161096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6A93" w:rsidRPr="000340B6">
                  <w:rPr>
                    <w:rFonts w:ascii="MS Gothic" w:eastAsia="MS Gothic" w:hAnsi="MS Gothic" w:hint="eastAsia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5B6A93" w:rsidRPr="000340B6">
              <w:rPr>
                <w:sz w:val="20"/>
                <w:szCs w:val="20"/>
                <w:lang w:val="es-ES"/>
              </w:rPr>
              <w:t xml:space="preserve"> </w:t>
            </w:r>
            <w:r w:rsidR="00D213E1" w:rsidRPr="000340B6">
              <w:rPr>
                <w:sz w:val="20"/>
                <w:szCs w:val="20"/>
                <w:lang w:val="es-ES"/>
              </w:rPr>
              <w:t xml:space="preserve">CVA del/de la Investigador/a </w:t>
            </w:r>
            <w:r w:rsidR="005B6A93" w:rsidRPr="000340B6">
              <w:rPr>
                <w:sz w:val="20"/>
                <w:szCs w:val="20"/>
                <w:lang w:val="es-ES"/>
              </w:rPr>
              <w:t>Principal</w:t>
            </w:r>
          </w:p>
          <w:p w:rsidR="005B6A93" w:rsidRPr="000340B6" w:rsidRDefault="000340B6" w:rsidP="005B6A93">
            <w:pPr>
              <w:rPr>
                <w:sz w:val="20"/>
                <w:szCs w:val="20"/>
                <w:lang w:val="es-ES"/>
              </w:rPr>
            </w:pPr>
            <w:sdt>
              <w:sdtPr>
                <w:rPr>
                  <w:sz w:val="20"/>
                  <w:szCs w:val="20"/>
                  <w:lang w:val="es-ES"/>
                </w:rPr>
                <w:id w:val="-1703538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6A93" w:rsidRPr="000340B6">
                  <w:rPr>
                    <w:rFonts w:ascii="MS Gothic" w:eastAsia="MS Gothic" w:hAnsi="MS Gothic" w:hint="eastAsia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5B6A93" w:rsidRPr="000340B6">
              <w:rPr>
                <w:sz w:val="20"/>
                <w:szCs w:val="20"/>
                <w:lang w:val="es-ES"/>
              </w:rPr>
              <w:t xml:space="preserve"> CVA del/de la co-Investigador/a Principal</w:t>
            </w:r>
          </w:p>
          <w:p w:rsidR="003F3ADB" w:rsidRPr="000340B6" w:rsidRDefault="000340B6" w:rsidP="005B6A93">
            <w:pPr>
              <w:rPr>
                <w:sz w:val="20"/>
                <w:szCs w:val="20"/>
                <w:lang w:val="es-ES"/>
              </w:rPr>
            </w:pPr>
            <w:sdt>
              <w:sdtPr>
                <w:rPr>
                  <w:sz w:val="20"/>
                  <w:szCs w:val="20"/>
                  <w:lang w:val="es-ES"/>
                </w:rPr>
                <w:id w:val="861323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ADB" w:rsidRPr="000340B6">
                  <w:rPr>
                    <w:rFonts w:ascii="MS Gothic" w:eastAsia="MS Gothic" w:hAnsi="MS Gothic" w:hint="eastAsia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3F3ADB" w:rsidRPr="000340B6">
              <w:rPr>
                <w:sz w:val="20"/>
                <w:szCs w:val="20"/>
                <w:lang w:val="es-ES"/>
              </w:rPr>
              <w:t xml:space="preserve"> </w:t>
            </w:r>
            <w:r w:rsidR="003F3ADB" w:rsidRPr="000340B6">
              <w:rPr>
                <w:bCs/>
                <w:sz w:val="20"/>
                <w:szCs w:val="20"/>
                <w:lang w:val="es-ES"/>
              </w:rPr>
              <w:t>Documentación acreditativa de la situación profesional del/de la Investigador/a Principal, cuando resulte exigible conforme a las bases específicas del mecanismo seleccionado.</w:t>
            </w:r>
          </w:p>
          <w:p w:rsidR="00930B33" w:rsidRPr="000340B6" w:rsidRDefault="00930B33" w:rsidP="007337AD">
            <w:pPr>
              <w:jc w:val="left"/>
              <w:rPr>
                <w:sz w:val="20"/>
                <w:szCs w:val="20"/>
                <w:lang w:val="es-ES"/>
              </w:rPr>
            </w:pPr>
          </w:p>
        </w:tc>
      </w:tr>
      <w:tr w:rsidR="00F514F4" w:rsidRPr="003F3ADB" w:rsidTr="00F514F4">
        <w:tc>
          <w:tcPr>
            <w:tcW w:w="297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514F4" w:rsidRPr="005B6A93" w:rsidRDefault="00F514F4" w:rsidP="005B6A93">
            <w:pPr>
              <w:spacing w:before="0" w:after="0" w:line="240" w:lineRule="auto"/>
              <w:jc w:val="left"/>
              <w:rPr>
                <w:b/>
                <w:sz w:val="10"/>
                <w:szCs w:val="10"/>
                <w:lang w:val="es-ES"/>
              </w:rPr>
            </w:pPr>
          </w:p>
        </w:tc>
        <w:tc>
          <w:tcPr>
            <w:tcW w:w="637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F514F4" w:rsidRPr="000340B6" w:rsidRDefault="00F514F4" w:rsidP="005B6A93">
            <w:pPr>
              <w:spacing w:before="0" w:after="0" w:line="240" w:lineRule="auto"/>
              <w:jc w:val="left"/>
              <w:rPr>
                <w:rFonts w:cs="Calibri"/>
                <w:sz w:val="20"/>
                <w:szCs w:val="20"/>
                <w:lang w:val="es-ES"/>
              </w:rPr>
            </w:pPr>
          </w:p>
        </w:tc>
      </w:tr>
      <w:tr w:rsidR="00930B33" w:rsidTr="00F514F4">
        <w:tc>
          <w:tcPr>
            <w:tcW w:w="9356" w:type="dxa"/>
            <w:gridSpan w:val="2"/>
            <w:tcBorders>
              <w:top w:val="single" w:sz="4" w:space="0" w:color="7F7F7F" w:themeColor="text1" w:themeTint="80"/>
            </w:tcBorders>
            <w:shd w:val="clear" w:color="auto" w:fill="F28E9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0340B6" w:rsidRDefault="007337AD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340B6">
              <w:rPr>
                <w:b/>
                <w:color w:val="FFFFFF"/>
                <w:sz w:val="20"/>
                <w:szCs w:val="20"/>
              </w:rPr>
              <w:t>DECLARACIONES RESPONSABLES</w:t>
            </w:r>
          </w:p>
        </w:tc>
      </w:tr>
      <w:tr w:rsidR="00930B33" w:rsidRPr="003F3ADB" w:rsidTr="00F514F4">
        <w:tc>
          <w:tcPr>
            <w:tcW w:w="297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F514F4" w:rsidRDefault="007337AD">
            <w:pPr>
              <w:spacing w:before="0" w:after="0" w:line="240" w:lineRule="auto"/>
              <w:jc w:val="left"/>
              <w:rPr>
                <w:sz w:val="20"/>
                <w:szCs w:val="20"/>
                <w:lang w:val="es-ES"/>
              </w:rPr>
            </w:pPr>
            <w:r w:rsidRPr="00F514F4">
              <w:rPr>
                <w:b/>
                <w:sz w:val="20"/>
                <w:szCs w:val="20"/>
                <w:lang w:val="es-ES"/>
              </w:rPr>
              <w:t>EL/LA INVESTIGADOR/A PRINCIPAL DECLARA:</w:t>
            </w:r>
          </w:p>
        </w:tc>
        <w:tc>
          <w:tcPr>
            <w:tcW w:w="637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B6A93" w:rsidRPr="000340B6" w:rsidRDefault="000340B6">
            <w:pPr>
              <w:jc w:val="left"/>
              <w:rPr>
                <w:sz w:val="20"/>
                <w:szCs w:val="20"/>
                <w:lang w:val="es-ES"/>
              </w:rPr>
            </w:pPr>
            <w:sdt>
              <w:sdtPr>
                <w:rPr>
                  <w:sz w:val="20"/>
                  <w:szCs w:val="20"/>
                  <w:lang w:val="es-ES"/>
                </w:rPr>
                <w:id w:val="-773631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7D2" w:rsidRPr="000340B6">
                  <w:rPr>
                    <w:rFonts w:ascii="MS Gothic" w:eastAsia="MS Gothic" w:hAnsi="MS Gothic" w:hint="eastAsia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7D47D2" w:rsidRPr="000340B6">
              <w:rPr>
                <w:sz w:val="20"/>
                <w:szCs w:val="20"/>
                <w:lang w:val="es-ES"/>
              </w:rPr>
              <w:t xml:space="preserve"> Que cumple los requisitos establecidos en las Bases Generales y en las bases específicas del m</w:t>
            </w:r>
            <w:r w:rsidR="005B6A93" w:rsidRPr="000340B6">
              <w:rPr>
                <w:sz w:val="20"/>
                <w:szCs w:val="20"/>
                <w:lang w:val="es-ES"/>
              </w:rPr>
              <w:t xml:space="preserve">ecanismo de apoyo seleccionado. </w:t>
            </w:r>
          </w:p>
          <w:p w:rsidR="005B6A93" w:rsidRPr="000340B6" w:rsidRDefault="000340B6" w:rsidP="005B6A93">
            <w:pPr>
              <w:jc w:val="left"/>
              <w:rPr>
                <w:sz w:val="20"/>
                <w:szCs w:val="20"/>
                <w:lang w:val="es-ES"/>
              </w:rPr>
            </w:pPr>
            <w:sdt>
              <w:sdtPr>
                <w:rPr>
                  <w:sz w:val="20"/>
                  <w:szCs w:val="20"/>
                  <w:lang w:val="es-ES"/>
                </w:rPr>
                <w:id w:val="-1492404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6A93" w:rsidRPr="000340B6">
                  <w:rPr>
                    <w:rFonts w:ascii="MS Gothic" w:eastAsia="MS Gothic" w:hAnsi="MS Gothic" w:hint="eastAsia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7D47D2" w:rsidRPr="000340B6">
              <w:rPr>
                <w:sz w:val="20"/>
                <w:szCs w:val="20"/>
                <w:lang w:val="es-ES"/>
              </w:rPr>
              <w:t xml:space="preserve"> Que los datos consignados en la solicitud y en la documentación aportada son veraces.</w:t>
            </w:r>
          </w:p>
          <w:p w:rsidR="005B6A93" w:rsidRPr="000340B6" w:rsidRDefault="000340B6" w:rsidP="005B6A93">
            <w:pPr>
              <w:jc w:val="left"/>
              <w:rPr>
                <w:rFonts w:ascii="Arial" w:hAnsi="Arial"/>
                <w:sz w:val="20"/>
                <w:szCs w:val="20"/>
                <w:lang w:val="es-ES"/>
              </w:rPr>
            </w:pPr>
            <w:sdt>
              <w:sdtPr>
                <w:rPr>
                  <w:sz w:val="20"/>
                  <w:szCs w:val="20"/>
                  <w:lang w:val="es-ES"/>
                </w:rPr>
                <w:id w:val="-946534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6A93" w:rsidRPr="000340B6">
                  <w:rPr>
                    <w:rFonts w:ascii="MS Gothic" w:eastAsia="MS Gothic" w:hAnsi="MS Gothic" w:hint="eastAsia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7D47D2" w:rsidRPr="000340B6">
              <w:rPr>
                <w:sz w:val="20"/>
                <w:szCs w:val="20"/>
                <w:lang w:val="es-ES"/>
              </w:rPr>
              <w:t xml:space="preserve"> Que el equipo investigador indicado cumple los requisitos de adscripci</w:t>
            </w:r>
            <w:r w:rsidR="007D47D2" w:rsidRPr="000340B6">
              <w:rPr>
                <w:rFonts w:cs="Calibri"/>
                <w:sz w:val="20"/>
                <w:szCs w:val="20"/>
                <w:lang w:val="es-ES"/>
              </w:rPr>
              <w:t>ó</w:t>
            </w:r>
            <w:r w:rsidR="007D47D2" w:rsidRPr="000340B6">
              <w:rPr>
                <w:sz w:val="20"/>
                <w:szCs w:val="20"/>
                <w:lang w:val="es-ES"/>
              </w:rPr>
              <w:t>n y dem</w:t>
            </w:r>
            <w:r w:rsidR="007D47D2" w:rsidRPr="000340B6">
              <w:rPr>
                <w:rFonts w:cs="Calibri"/>
                <w:sz w:val="20"/>
                <w:szCs w:val="20"/>
                <w:lang w:val="es-ES"/>
              </w:rPr>
              <w:t>á</w:t>
            </w:r>
            <w:r w:rsidR="007D47D2" w:rsidRPr="000340B6">
              <w:rPr>
                <w:sz w:val="20"/>
                <w:szCs w:val="20"/>
                <w:lang w:val="es-ES"/>
              </w:rPr>
              <w:t>s condiciones estab</w:t>
            </w:r>
            <w:r w:rsidR="005B6A93" w:rsidRPr="000340B6">
              <w:rPr>
                <w:sz w:val="20"/>
                <w:szCs w:val="20"/>
                <w:lang w:val="es-ES"/>
              </w:rPr>
              <w:t>lecidas en las bases aplicables</w:t>
            </w:r>
            <w:r w:rsidR="005B6A93" w:rsidRPr="000340B6">
              <w:rPr>
                <w:rFonts w:ascii="Segoe UI Symbol" w:hAnsi="Segoe UI Symbol" w:cs="Segoe UI Symbol"/>
                <w:sz w:val="20"/>
                <w:szCs w:val="20"/>
                <w:lang w:val="es-ES"/>
              </w:rPr>
              <w:t xml:space="preserve"> </w:t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es-ES"/>
                </w:rPr>
                <w:id w:val="645792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6A93" w:rsidRPr="000340B6">
                  <w:rPr>
                    <w:rFonts w:ascii="MS Gothic" w:eastAsia="MS Gothic" w:hAnsi="MS Gothic" w:cs="Segoe UI Symbol" w:hint="eastAsia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7D47D2" w:rsidRPr="000340B6">
              <w:rPr>
                <w:sz w:val="20"/>
                <w:szCs w:val="20"/>
                <w:lang w:val="es-ES"/>
              </w:rPr>
              <w:t xml:space="preserve"> Que conoce y acepta las condiciones de la convocatoria</w:t>
            </w:r>
            <w:r w:rsidR="007D47D2" w:rsidRPr="000340B6">
              <w:rPr>
                <w:rFonts w:ascii="Arial" w:hAnsi="Arial"/>
                <w:sz w:val="20"/>
                <w:szCs w:val="20"/>
                <w:lang w:val="es-ES"/>
              </w:rPr>
              <w:t>.</w:t>
            </w:r>
          </w:p>
        </w:tc>
      </w:tr>
    </w:tbl>
    <w:p w:rsidR="00930B33" w:rsidRPr="00F514F4" w:rsidRDefault="007337AD" w:rsidP="005B6A93">
      <w:pPr>
        <w:rPr>
          <w:lang w:val="es-ES"/>
        </w:rPr>
      </w:pPr>
      <w:bookmarkStart w:id="0" w:name="_GoBack"/>
      <w:bookmarkEnd w:id="0"/>
      <w:r w:rsidRPr="00F514F4">
        <w:rPr>
          <w:b/>
          <w:lang w:val="es-ES"/>
        </w:rPr>
        <w:t>Firma del/de la Investigador/a Principal:</w:t>
      </w:r>
    </w:p>
    <w:p w:rsidR="005B6A93" w:rsidRDefault="005B6A93">
      <w:pPr>
        <w:rPr>
          <w:lang w:val="es-ES"/>
        </w:rPr>
      </w:pPr>
    </w:p>
    <w:p w:rsidR="005B6A93" w:rsidRPr="00973B8F" w:rsidRDefault="005B6A93">
      <w:pPr>
        <w:rPr>
          <w:lang w:val="es-ES"/>
        </w:rPr>
      </w:pPr>
    </w:p>
    <w:p w:rsidR="00D213E1" w:rsidRPr="000340B6" w:rsidRDefault="007337AD" w:rsidP="000340B6">
      <w:pPr>
        <w:rPr>
          <w:lang w:val="es-ES"/>
        </w:rPr>
      </w:pPr>
      <w:r w:rsidRPr="00F514F4">
        <w:rPr>
          <w:lang w:val="es-ES"/>
        </w:rPr>
        <w:t>A fecha de firma digital</w:t>
      </w:r>
      <w:r w:rsidR="00F514F4" w:rsidRPr="00F514F4">
        <w:rPr>
          <w:lang w:val="es-ES"/>
        </w:rPr>
        <w:t>.</w:t>
      </w:r>
      <w:r w:rsidR="00D213E1">
        <w:rPr>
          <w:sz w:val="20"/>
          <w:szCs w:val="20"/>
          <w:lang w:val="es-ES"/>
        </w:rPr>
        <w:br w:type="page"/>
      </w:r>
    </w:p>
    <w:p w:rsidR="00F514F4" w:rsidRPr="00F514F4" w:rsidRDefault="00F514F4" w:rsidP="00F514F4">
      <w:pPr>
        <w:jc w:val="left"/>
        <w:rPr>
          <w:sz w:val="20"/>
          <w:szCs w:val="20"/>
          <w:lang w:val="es-ES"/>
        </w:rPr>
      </w:pP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9117"/>
      </w:tblGrid>
      <w:tr w:rsidR="00930B33" w:rsidTr="00F514F4">
        <w:tc>
          <w:tcPr>
            <w:tcW w:w="9117" w:type="dxa"/>
            <w:shd w:val="clear" w:color="auto" w:fill="D9D9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30B33" w:rsidRPr="00F514F4" w:rsidRDefault="007337AD">
            <w:pPr>
              <w:spacing w:before="0" w:after="0"/>
              <w:jc w:val="left"/>
            </w:pPr>
            <w:r w:rsidRPr="00F514F4">
              <w:rPr>
                <w:b/>
              </w:rPr>
              <w:t>INSTRUCCIONES PARA EL ENVÍO</w:t>
            </w:r>
          </w:p>
        </w:tc>
      </w:tr>
      <w:tr w:rsidR="00930B33" w:rsidRPr="003F3ADB" w:rsidTr="00F514F4">
        <w:tc>
          <w:tcPr>
            <w:tcW w:w="91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5B6A93" w:rsidRDefault="007D47D2" w:rsidP="005B6A93">
            <w:pPr>
              <w:rPr>
                <w:b/>
                <w:lang w:val="es-ES"/>
              </w:rPr>
            </w:pPr>
            <w:r w:rsidRPr="005B6A93">
              <w:rPr>
                <w:b/>
                <w:lang w:val="es-ES"/>
              </w:rPr>
              <w:t>IMPORTANTE: Este apartado de instrucciones deberá eliminarse antes de generar el documento definitivo en PDF.</w:t>
            </w:r>
          </w:p>
          <w:p w:rsidR="004643CD" w:rsidRDefault="007D47D2" w:rsidP="004643CD">
            <w:pPr>
              <w:rPr>
                <w:lang w:val="es-ES"/>
              </w:rPr>
            </w:pPr>
            <w:r w:rsidRPr="005B6A93">
              <w:rPr>
                <w:lang w:val="es-ES"/>
              </w:rPr>
              <w:t xml:space="preserve">Una vez cumplimentado el formulario, deberá generarse una copia en formato PDF y nombrarse utilizando la inicial del nombre y el primer apellido del/de la Investigador/a Principal, seguidos del término </w:t>
            </w:r>
            <w:r w:rsidR="004643CD">
              <w:rPr>
                <w:lang w:val="es-ES"/>
              </w:rPr>
              <w:t xml:space="preserve">del mecanismo correspondiente </w:t>
            </w:r>
            <w:r w:rsidRPr="005B6A93">
              <w:rPr>
                <w:lang w:val="es-ES"/>
              </w:rPr>
              <w:t>2026.</w:t>
            </w:r>
          </w:p>
          <w:p w:rsidR="004643CD" w:rsidRDefault="007D47D2" w:rsidP="004643CD">
            <w:pPr>
              <w:rPr>
                <w:b/>
                <w:lang w:val="es-ES"/>
              </w:rPr>
            </w:pPr>
            <w:r w:rsidRPr="005B6A93">
              <w:rPr>
                <w:b/>
                <w:lang w:val="es-ES"/>
              </w:rPr>
              <w:t xml:space="preserve">Ejemplo: </w:t>
            </w:r>
            <w:r w:rsidR="004643CD">
              <w:rPr>
                <w:b/>
                <w:lang w:val="es-ES"/>
              </w:rPr>
              <w:t>L</w:t>
            </w:r>
            <w:r w:rsidRPr="005B6A93">
              <w:rPr>
                <w:b/>
                <w:lang w:val="es-ES"/>
              </w:rPr>
              <w:t>_</w:t>
            </w:r>
            <w:r w:rsidR="004643CD">
              <w:rPr>
                <w:b/>
                <w:lang w:val="es-ES"/>
              </w:rPr>
              <w:t>Pasteur</w:t>
            </w:r>
            <w:r w:rsidRPr="005B6A93">
              <w:rPr>
                <w:b/>
                <w:lang w:val="es-ES"/>
              </w:rPr>
              <w:t>_P</w:t>
            </w:r>
            <w:r w:rsidR="004643CD">
              <w:rPr>
                <w:b/>
                <w:lang w:val="es-ES"/>
              </w:rPr>
              <w:t>RIMARIA</w:t>
            </w:r>
            <w:r w:rsidRPr="005B6A93">
              <w:rPr>
                <w:b/>
                <w:lang w:val="es-ES"/>
              </w:rPr>
              <w:t>2026.pdf</w:t>
            </w:r>
          </w:p>
          <w:p w:rsidR="004643CD" w:rsidRDefault="004643CD" w:rsidP="004643CD">
            <w:pPr>
              <w:rPr>
                <w:b/>
                <w:lang w:val="es-ES"/>
              </w:rPr>
            </w:pPr>
            <w:r>
              <w:rPr>
                <w:b/>
                <w:lang w:val="es-ES"/>
              </w:rPr>
              <w:t xml:space="preserve">                  I</w:t>
            </w:r>
            <w:r w:rsidRPr="005B6A93">
              <w:rPr>
                <w:b/>
                <w:lang w:val="es-ES"/>
              </w:rPr>
              <w:t>_</w:t>
            </w:r>
            <w:r>
              <w:rPr>
                <w:b/>
                <w:lang w:val="es-ES"/>
              </w:rPr>
              <w:t>Zendal</w:t>
            </w:r>
            <w:r w:rsidRPr="005B6A93">
              <w:rPr>
                <w:b/>
                <w:lang w:val="es-ES"/>
              </w:rPr>
              <w:t>_</w:t>
            </w:r>
            <w:r w:rsidR="004B2807">
              <w:rPr>
                <w:b/>
                <w:lang w:val="es-ES"/>
              </w:rPr>
              <w:t>ENFERMERI</w:t>
            </w:r>
            <w:r>
              <w:rPr>
                <w:b/>
                <w:lang w:val="es-ES"/>
              </w:rPr>
              <w:t>A</w:t>
            </w:r>
            <w:r w:rsidRPr="005B6A93">
              <w:rPr>
                <w:b/>
                <w:lang w:val="es-ES"/>
              </w:rPr>
              <w:t>2026.pdf</w:t>
            </w:r>
          </w:p>
          <w:p w:rsidR="004643CD" w:rsidRPr="004B2807" w:rsidRDefault="004643CD" w:rsidP="004643CD">
            <w:pPr>
              <w:rPr>
                <w:b/>
                <w:lang w:val="es-ES"/>
              </w:rPr>
            </w:pPr>
            <w:r w:rsidRPr="004B2807">
              <w:rPr>
                <w:b/>
                <w:lang w:val="es-ES"/>
              </w:rPr>
              <w:t xml:space="preserve">                  M_Curie_EMERGENTE2026.pdf</w:t>
            </w:r>
          </w:p>
          <w:p w:rsidR="004643CD" w:rsidRPr="009369F1" w:rsidRDefault="004643CD" w:rsidP="004643CD">
            <w:pPr>
              <w:rPr>
                <w:b/>
                <w:lang w:val="es-ES"/>
              </w:rPr>
            </w:pPr>
            <w:r w:rsidRPr="009369F1">
              <w:rPr>
                <w:b/>
                <w:lang w:val="es-ES"/>
              </w:rPr>
              <w:t xml:space="preserve">                  S_Ochoa_HOSPITALARIA2026.pdf</w:t>
            </w:r>
          </w:p>
          <w:p w:rsidR="000859F4" w:rsidRDefault="007D47D2" w:rsidP="004643CD">
            <w:pPr>
              <w:rPr>
                <w:lang w:val="es-ES"/>
              </w:rPr>
            </w:pPr>
            <w:r w:rsidRPr="005B6A93">
              <w:rPr>
                <w:lang w:val="es-ES"/>
              </w:rPr>
              <w:t>El documento en formato PDF deberá remitirse por correo elec</w:t>
            </w:r>
            <w:r w:rsidR="009369F1">
              <w:rPr>
                <w:lang w:val="es-ES"/>
              </w:rPr>
              <w:t xml:space="preserve">trónico a </w:t>
            </w:r>
            <w:hyperlink r:id="rId8" w:history="1">
              <w:r w:rsidR="009369F1" w:rsidRPr="007C4172">
                <w:rPr>
                  <w:rStyle w:val="Hipervnculo"/>
                  <w:lang w:val="es-ES"/>
                </w:rPr>
                <w:t>secretaria@idiscam.es</w:t>
              </w:r>
            </w:hyperlink>
            <w:r w:rsidR="009369F1">
              <w:rPr>
                <w:lang w:val="es-ES"/>
              </w:rPr>
              <w:t xml:space="preserve"> </w:t>
            </w:r>
            <w:r w:rsidRPr="005B6A93">
              <w:rPr>
                <w:lang w:val="es-ES"/>
              </w:rPr>
              <w:t>de acuerdo con las indicaci</w:t>
            </w:r>
            <w:r w:rsidR="004643CD">
              <w:rPr>
                <w:lang w:val="es-ES"/>
              </w:rPr>
              <w:t>ones establecidas en las bases.</w:t>
            </w:r>
          </w:p>
          <w:p w:rsidR="004643CD" w:rsidRPr="005B6A93" w:rsidRDefault="004643CD" w:rsidP="004643CD">
            <w:pPr>
              <w:rPr>
                <w:lang w:val="es-ES"/>
              </w:rPr>
            </w:pPr>
          </w:p>
        </w:tc>
      </w:tr>
    </w:tbl>
    <w:p w:rsidR="00D62CDA" w:rsidRPr="00973B8F" w:rsidRDefault="00D62CDA">
      <w:pPr>
        <w:rPr>
          <w:lang w:val="es-ES"/>
        </w:rPr>
      </w:pPr>
    </w:p>
    <w:sectPr w:rsidR="00D62CDA" w:rsidRPr="00973B8F" w:rsidSect="00DF37A5">
      <w:headerReference w:type="default" r:id="rId9"/>
      <w:footerReference w:type="default" r:id="rId10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7A5" w:rsidRDefault="00DF37A5" w:rsidP="00DF37A5">
      <w:pPr>
        <w:spacing w:before="0" w:after="0" w:line="240" w:lineRule="auto"/>
      </w:pPr>
      <w:r>
        <w:separator/>
      </w:r>
    </w:p>
  </w:endnote>
  <w:endnote w:type="continuationSeparator" w:id="0">
    <w:p w:rsidR="00DF37A5" w:rsidRDefault="00DF37A5" w:rsidP="00DF37A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9724030"/>
      <w:docPartObj>
        <w:docPartGallery w:val="Page Numbers (Bottom of Page)"/>
        <w:docPartUnique/>
      </w:docPartObj>
    </w:sdtPr>
    <w:sdtEndPr/>
    <w:sdtContent>
      <w:p w:rsidR="00DF37A5" w:rsidRDefault="00DF37A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40B6" w:rsidRPr="000340B6">
          <w:rPr>
            <w:noProof/>
            <w:lang w:val="es-ES"/>
          </w:rPr>
          <w:t>4</w:t>
        </w:r>
        <w:r>
          <w:fldChar w:fldCharType="end"/>
        </w:r>
      </w:p>
    </w:sdtContent>
  </w:sdt>
  <w:p w:rsidR="00DF37A5" w:rsidRDefault="00DF37A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7A5" w:rsidRDefault="00DF37A5" w:rsidP="00DF37A5">
      <w:pPr>
        <w:spacing w:before="0" w:after="0" w:line="240" w:lineRule="auto"/>
      </w:pPr>
      <w:r>
        <w:separator/>
      </w:r>
    </w:p>
  </w:footnote>
  <w:footnote w:type="continuationSeparator" w:id="0">
    <w:p w:rsidR="00DF37A5" w:rsidRDefault="00DF37A5" w:rsidP="00DF37A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7A5" w:rsidRDefault="00DF37A5">
    <w:pPr>
      <w:pStyle w:val="Encabezado"/>
    </w:pPr>
    <w:r>
      <w:rPr>
        <w:noProof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2170E906" wp14:editId="03A84088">
          <wp:simplePos x="0" y="0"/>
          <wp:positionH relativeFrom="margin">
            <wp:posOffset>4834393</wp:posOffset>
          </wp:positionH>
          <wp:positionV relativeFrom="paragraph">
            <wp:posOffset>87464</wp:posOffset>
          </wp:positionV>
          <wp:extent cx="774598" cy="483577"/>
          <wp:effectExtent l="0" t="0" r="698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JC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98" cy="483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b/>
        <w:noProof/>
        <w:color w:val="595959" w:themeColor="text1" w:themeTint="A6"/>
        <w:sz w:val="18"/>
        <w:szCs w:val="18"/>
        <w:lang w:val="es-ES" w:eastAsia="es-ES"/>
      </w:rPr>
      <w:drawing>
        <wp:inline distT="0" distB="0" distL="0" distR="0" wp14:anchorId="68C06178" wp14:editId="37681E0C">
          <wp:extent cx="912678" cy="442443"/>
          <wp:effectExtent l="0" t="0" r="1905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equeño colo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117" cy="455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F37A5" w:rsidRDefault="00DF37A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595CB5"/>
    <w:multiLevelType w:val="hybridMultilevel"/>
    <w:tmpl w:val="B120C9A8"/>
    <w:lvl w:ilvl="0" w:tplc="E64EDC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0B6"/>
    <w:rsid w:val="00034616"/>
    <w:rsid w:val="0006063C"/>
    <w:rsid w:val="000859F4"/>
    <w:rsid w:val="000B551F"/>
    <w:rsid w:val="000D0718"/>
    <w:rsid w:val="000F3091"/>
    <w:rsid w:val="00110BAD"/>
    <w:rsid w:val="00135A08"/>
    <w:rsid w:val="0015074B"/>
    <w:rsid w:val="001A3C0F"/>
    <w:rsid w:val="001E30A0"/>
    <w:rsid w:val="001F75B8"/>
    <w:rsid w:val="0029639D"/>
    <w:rsid w:val="00326F90"/>
    <w:rsid w:val="003F3ADB"/>
    <w:rsid w:val="004643CD"/>
    <w:rsid w:val="004B2807"/>
    <w:rsid w:val="004B4DC3"/>
    <w:rsid w:val="004F186D"/>
    <w:rsid w:val="004F2959"/>
    <w:rsid w:val="005B6A93"/>
    <w:rsid w:val="006E069A"/>
    <w:rsid w:val="006F66AD"/>
    <w:rsid w:val="0071735B"/>
    <w:rsid w:val="007337AD"/>
    <w:rsid w:val="007D47D2"/>
    <w:rsid w:val="00811D1E"/>
    <w:rsid w:val="008F7F59"/>
    <w:rsid w:val="00930B33"/>
    <w:rsid w:val="009369F1"/>
    <w:rsid w:val="00973B8F"/>
    <w:rsid w:val="00A21D2C"/>
    <w:rsid w:val="00AA1D8D"/>
    <w:rsid w:val="00AD3275"/>
    <w:rsid w:val="00B43AD8"/>
    <w:rsid w:val="00B47730"/>
    <w:rsid w:val="00BF0488"/>
    <w:rsid w:val="00C804FF"/>
    <w:rsid w:val="00C92749"/>
    <w:rsid w:val="00CB0664"/>
    <w:rsid w:val="00CF579C"/>
    <w:rsid w:val="00D213E1"/>
    <w:rsid w:val="00D62CDA"/>
    <w:rsid w:val="00DF1174"/>
    <w:rsid w:val="00DF1464"/>
    <w:rsid w:val="00DF37A5"/>
    <w:rsid w:val="00E451E9"/>
    <w:rsid w:val="00F514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4:docId w14:val="4E4CD7DC"/>
  <w15:docId w15:val="{2B7FDC96-2F7F-4ED6-A12C-FFD72320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AD8"/>
    <w:pPr>
      <w:spacing w:before="120" w:after="120"/>
      <w:jc w:val="both"/>
    </w:pPr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973B8F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FF7C8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595959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973B8F"/>
    <w:rPr>
      <w:rFonts w:asciiTheme="majorHAnsi" w:eastAsiaTheme="majorEastAsia" w:hAnsiTheme="majorHAnsi" w:cstheme="majorBidi"/>
      <w:b/>
      <w:bCs/>
      <w:color w:val="FF7C80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C804FF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C927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927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92749"/>
    <w:rPr>
      <w:rFonts w:ascii="Calibri" w:hAnsi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927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92749"/>
    <w:rPr>
      <w:rFonts w:ascii="Calibri" w:hAnsi="Calibri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9274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2749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35A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@idiscam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ED2FF-6447-4C03-A1D4-D6CB1A0D3284}"/>
      </w:docPartPr>
      <w:docPartBody>
        <w:p w:rsidR="00176355" w:rsidRDefault="003F086C">
          <w:r w:rsidRPr="005518CD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37"/>
    <w:rsid w:val="00176355"/>
    <w:rsid w:val="003F086C"/>
    <w:rsid w:val="006B0964"/>
    <w:rsid w:val="00A8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F086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0657E2-3BFC-4400-A920-70127E4A9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469</Words>
  <Characters>2584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Modelo de Solicitud IDISCAM IMPULSE 2026</vt:lpstr>
      <vt:lpstr/>
    </vt:vector>
  </TitlesOfParts>
  <Manager/>
  <Company/>
  <LinksUpToDate>false</LinksUpToDate>
  <CharactersWithSpaces>3047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Solicitud IDISCAM IMPULSE 2026</dc:title>
  <dc:subject>Convocatoria Intramural IDISCAM 2026</dc:subject>
  <dc:creator>IDISCAM</dc:creator>
  <cp:keywords/>
  <dc:description>generated by python-docx</dc:description>
  <cp:lastModifiedBy>AITANA GONZALEZ LAZARO-CARRASCO</cp:lastModifiedBy>
  <cp:revision>2</cp:revision>
  <dcterms:created xsi:type="dcterms:W3CDTF">2026-09-30T09:07:00Z</dcterms:created>
  <dcterms:modified xsi:type="dcterms:W3CDTF">2026-09-30T09:07:00Z</dcterms:modified>
  <cp:category/>
</cp:coreProperties>
</file>